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D874B" w14:textId="77777777" w:rsidR="00214C21" w:rsidRDefault="00B41876">
      <w:pPr>
        <w:spacing w:after="1100"/>
      </w:pPr>
      <w:r>
        <w:rPr>
          <w:noProof/>
        </w:rPr>
        <w:drawing>
          <wp:inline distT="0" distB="0" distL="0" distR="0" wp14:anchorId="22389CEA" wp14:editId="70E881A4">
            <wp:extent cx="2015999" cy="406980"/>
            <wp:effectExtent l="0" t="0" r="0" b="0"/>
            <wp:docPr id="1" name="Picture 1" descr="Decoratieve geometrische vormen in FirmFocus kleu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focus-logo.png"/>
                    <pic:cNvPicPr/>
                  </pic:nvPicPr>
                  <pic:blipFill>
                    <a:blip r:embed="rId8"/>
                    <a:stretch>
                      <a:fillRect/>
                    </a:stretch>
                  </pic:blipFill>
                  <pic:spPr>
                    <a:xfrm>
                      <a:off x="0" y="0"/>
                      <a:ext cx="2015999" cy="406980"/>
                    </a:xfrm>
                    <a:prstGeom prst="rect">
                      <a:avLst/>
                    </a:prstGeom>
                  </pic:spPr>
                </pic:pic>
              </a:graphicData>
            </a:graphic>
          </wp:inline>
        </w:drawing>
      </w:r>
    </w:p>
    <w:p w14:paraId="574C1D4A" w14:textId="77777777" w:rsidR="00214C21" w:rsidRDefault="00B41876">
      <w:pPr>
        <w:pStyle w:val="Sectielabel"/>
      </w:pPr>
      <w:r>
        <w:t>ONDERNEMINGSPLAN TEMPLATE</w:t>
      </w:r>
    </w:p>
    <w:p w14:paraId="1E0C7FF1" w14:textId="77777777" w:rsidR="00214C21" w:rsidRDefault="00B41876">
      <w:pPr>
        <w:pStyle w:val="Title"/>
      </w:pPr>
      <w:r>
        <w:t>Ondernemingsplan</w:t>
      </w:r>
    </w:p>
    <w:p w14:paraId="60951525" w14:textId="77777777" w:rsidR="00214C21" w:rsidRDefault="00B41876">
      <w:pPr>
        <w:pStyle w:val="Subtitle"/>
      </w:pPr>
      <w:r>
        <w:t>Uw onderneming en de onderbouwing van uw plannen</w:t>
      </w:r>
    </w:p>
    <w:p w14:paraId="5259090D" w14:textId="77777777" w:rsidR="00214C21" w:rsidRDefault="001B51A9">
      <w:pPr>
        <w:pStyle w:val="Invulveld"/>
        <w:spacing w:before="400"/>
      </w:pPr>
      <w:sdt>
        <w:sdtPr>
          <w:alias w:val="Naam van uw onderneming"/>
          <w:tag w:val="bedrijfsnaam"/>
          <w:id w:val="1000"/>
        </w:sdtPr>
        <w:sdtEndPr/>
        <w:sdtContent>
          <w:r w:rsidR="00B41876">
            <w:rPr>
              <w:color w:val="000000"/>
            </w:rPr>
            <w:t>[Naam van uw onderneming]</w:t>
          </w:r>
        </w:sdtContent>
      </w:sdt>
    </w:p>
    <w:p w14:paraId="3CBD250B" w14:textId="77777777" w:rsidR="00214C21" w:rsidRDefault="00B41876">
      <w:r>
        <w:rPr>
          <w:b/>
        </w:rPr>
        <w:t xml:space="preserve">Ondernemer  </w:t>
      </w:r>
      <w:sdt>
        <w:sdtPr>
          <w:alias w:val="Naam ondernemer of ondernemersteam"/>
          <w:tag w:val="auteurs"/>
          <w:id w:val="1001"/>
        </w:sdtPr>
        <w:sdtEndPr/>
        <w:sdtContent>
          <w:r>
            <w:t>[Naam ondernemer of ondernemersteam]</w:t>
          </w:r>
        </w:sdtContent>
      </w:sdt>
    </w:p>
    <w:p w14:paraId="3F42F15C" w14:textId="77777777" w:rsidR="00214C21" w:rsidRDefault="00B41876">
      <w:r>
        <w:rPr>
          <w:b/>
        </w:rPr>
        <w:t xml:space="preserve">Branche  </w:t>
      </w:r>
      <w:sdt>
        <w:sdtPr>
          <w:alias w:val="Branche en SBI code"/>
          <w:tag w:val="branche"/>
          <w:id w:val="1002"/>
        </w:sdtPr>
        <w:sdtEndPr/>
        <w:sdtContent>
          <w:r>
            <w:t>[Branche en SBI code]</w:t>
          </w:r>
        </w:sdtContent>
      </w:sdt>
    </w:p>
    <w:p w14:paraId="06323283" w14:textId="77777777" w:rsidR="00214C21" w:rsidRDefault="00B41876">
      <w:r>
        <w:rPr>
          <w:b/>
        </w:rPr>
        <w:t xml:space="preserve">Planperiode  </w:t>
      </w:r>
      <w:sdt>
        <w:sdtPr>
          <w:alias w:val="Startmaand en jaar tot eindmaand en jaar"/>
          <w:tag w:val="periode"/>
          <w:id w:val="1003"/>
        </w:sdtPr>
        <w:sdtEndPr/>
        <w:sdtContent>
          <w:r>
            <w:t>[Startmaand en jaar tot eindmaand en jaar]</w:t>
          </w:r>
        </w:sdtContent>
      </w:sdt>
    </w:p>
    <w:p w14:paraId="4EC88822" w14:textId="77777777" w:rsidR="00214C21" w:rsidRDefault="00B41876">
      <w:r>
        <w:rPr>
          <w:b/>
        </w:rPr>
        <w:t xml:space="preserve">Versie en datum  </w:t>
      </w:r>
      <w:sdt>
        <w:sdtPr>
          <w:alias w:val="Versienummer en datum"/>
          <w:tag w:val="versie"/>
          <w:id w:val="1004"/>
        </w:sdtPr>
        <w:sdtEndPr/>
        <w:sdtContent>
          <w:r>
            <w:t>[Versienummer en datum]</w:t>
          </w:r>
        </w:sdtContent>
      </w:sdt>
    </w:p>
    <w:p w14:paraId="7E1B5132" w14:textId="77777777" w:rsidR="00214C21" w:rsidRDefault="00B41876">
      <w:r>
        <w:rPr>
          <w:b/>
        </w:rPr>
        <w:t xml:space="preserve">Doel en lezer  </w:t>
      </w:r>
      <w:sdt>
        <w:sdtPr>
          <w:alias w:val="Bijvoorbeeld startbesluit, groei of financiering"/>
          <w:tag w:val="plandoel"/>
          <w:id w:val="1005"/>
        </w:sdtPr>
        <w:sdtEndPr/>
        <w:sdtContent>
          <w:r>
            <w:t>[Bijvoorbeeld startbesluit, groei of financiering]</w:t>
          </w:r>
        </w:sdtContent>
      </w:sdt>
    </w:p>
    <w:p w14:paraId="7906EAFD" w14:textId="77777777" w:rsidR="00214C21" w:rsidRDefault="00B41876">
      <w:pPr>
        <w:pStyle w:val="Kleinetekst"/>
      </w:pPr>
      <w:r>
        <w:t>Een invulbaar plan voor nieuwe en bestaande ondernemingen</w:t>
      </w:r>
    </w:p>
    <w:p w14:paraId="1971E79F" w14:textId="77777777" w:rsidR="00214C21" w:rsidRDefault="00B41876">
      <w:pPr>
        <w:spacing w:before="440"/>
      </w:pPr>
      <w:r>
        <w:rPr>
          <w:noProof/>
        </w:rPr>
        <w:drawing>
          <wp:inline distT="0" distB="0" distL="0" distR="0" wp14:anchorId="22C2591B" wp14:editId="14E12346">
            <wp:extent cx="5976000" cy="1394400"/>
            <wp:effectExtent l="0" t="0" r="0" b="0"/>
            <wp:docPr id="2" name="Picture 2" descr="Decoratieve geometrische vormen in FirmFocus kleu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art.png"/>
                    <pic:cNvPicPr/>
                  </pic:nvPicPr>
                  <pic:blipFill>
                    <a:blip r:embed="rId9"/>
                    <a:stretch>
                      <a:fillRect/>
                    </a:stretch>
                  </pic:blipFill>
                  <pic:spPr>
                    <a:xfrm>
                      <a:off x="0" y="0"/>
                      <a:ext cx="5976000" cy="1394400"/>
                    </a:xfrm>
                    <a:prstGeom prst="rect">
                      <a:avLst/>
                    </a:prstGeom>
                  </pic:spPr>
                </pic:pic>
              </a:graphicData>
            </a:graphic>
          </wp:inline>
        </w:drawing>
      </w:r>
    </w:p>
    <w:p w14:paraId="41CF6E0B" w14:textId="2EFA76CA" w:rsidR="00214C21" w:rsidRDefault="00B41876">
      <w:hyperlink r:id="rId10">
        <w:r>
          <w:rPr>
            <w:color w:val="2472AA"/>
            <w:sz w:val="18"/>
          </w:rPr>
          <w:t>Ontwikkeld door FirmFocus</w:t>
        </w:r>
      </w:hyperlink>
    </w:p>
    <w:p w14:paraId="4DBD6713" w14:textId="77777777" w:rsidR="00214C21" w:rsidRDefault="00B41876">
      <w:r>
        <w:br w:type="page"/>
      </w:r>
    </w:p>
    <w:p w14:paraId="76281DE3" w14:textId="77777777" w:rsidR="00214C21" w:rsidRDefault="00B41876">
      <w:pPr>
        <w:pStyle w:val="Sectielabel"/>
      </w:pPr>
      <w:r>
        <w:lastRenderedPageBreak/>
        <w:t>START HIER</w:t>
      </w:r>
    </w:p>
    <w:p w14:paraId="7C0F936F" w14:textId="77777777" w:rsidR="00214C21" w:rsidRDefault="00B41876">
      <w:pPr>
        <w:pStyle w:val="Paginatitel"/>
      </w:pPr>
      <w:r>
        <w:t>Zo gebruikt u dit plan</w:t>
      </w:r>
    </w:p>
    <w:p w14:paraId="7C9800D5" w14:textId="77777777" w:rsidR="00214C21" w:rsidRDefault="00B41876">
      <w:r>
        <w:t>Dit document helpt u uw onderneming te beschrijven, belangrijke aannames te toetsen en de uitvoering financieel haalbaar te maken. U schrijft voor uzelf en, wanneer relevant, voor een financier of zakelijke partner.</w:t>
      </w:r>
    </w:p>
    <w:p w14:paraId="6E64E0CA" w14:textId="77777777" w:rsidR="00214C21" w:rsidRDefault="00B41876">
      <w:pPr>
        <w:pStyle w:val="Heading2"/>
      </w:pPr>
      <w:r>
        <w:t>Maak het plan van u</w:t>
      </w:r>
    </w:p>
    <w:p w14:paraId="2F109780" w14:textId="77777777" w:rsidR="00214C21" w:rsidRDefault="00B41876">
      <w:r>
        <w:t>Vervang de tekst tussen vierkante haken door uw eigen informatie. De invulvelden zijn bewerkbare Word-inhoudsbesturingselementen: klik in een veld en vervang de voorbeeldinstructie. Voeg alinea’s en tabelregels toe waar dat nodig is. Het document is niet vergrendeld.</w:t>
      </w:r>
    </w:p>
    <w:p w14:paraId="2A90D58E" w14:textId="77777777" w:rsidR="00214C21" w:rsidRDefault="00B41876">
      <w:r>
        <w:t>De grijze invulhulp legt uit wat u moet onderbouwen. Verwijder deze hulp vóór u het plan deelt. Houd de tekst met uw eigen antwoorden zwart. Gebruik in Word de stijlen Kop 1 en Kop 2 om hoofdstukken en paragrafen toe te voegen.</w:t>
      </w:r>
    </w:p>
    <w:p w14:paraId="115D6A14" w14:textId="77777777" w:rsidR="00214C21" w:rsidRDefault="00B41876">
      <w:pPr>
        <w:pStyle w:val="Heading2"/>
      </w:pPr>
      <w:r>
        <w:t>Werk in een praktische volgorde</w:t>
      </w:r>
    </w:p>
    <w:p w14:paraId="47BB2B4D" w14:textId="77777777" w:rsidR="00214C21" w:rsidRDefault="00B41876">
      <w:pPr>
        <w:ind w:left="198" w:hanging="198"/>
      </w:pPr>
      <w:r>
        <w:t>•  Vul eerst onderneming, ondernemer en aanbod in. Onderzoek daarna klant, markt en concurrentie.</w:t>
      </w:r>
    </w:p>
    <w:p w14:paraId="7278FEFD" w14:textId="77777777" w:rsidR="00214C21" w:rsidRDefault="00B41876">
      <w:pPr>
        <w:ind w:left="198" w:hanging="198"/>
      </w:pPr>
      <w:r>
        <w:t>•  Vertaal uw bevindingen naar strategische keuzes, marketing en organisatie.</w:t>
      </w:r>
    </w:p>
    <w:p w14:paraId="26DB1DD5" w14:textId="77777777" w:rsidR="00214C21" w:rsidRDefault="00B41876">
      <w:pPr>
        <w:ind w:left="198" w:hanging="198"/>
      </w:pPr>
      <w:r>
        <w:t>•  Reken omzet, kosten, financiering en maandelijkse kasstromen door. Test ook een tegenvallend scenario.</w:t>
      </w:r>
    </w:p>
    <w:p w14:paraId="3F1439D6" w14:textId="77777777" w:rsidR="00214C21" w:rsidRDefault="00B41876">
      <w:pPr>
        <w:ind w:left="198" w:hanging="198"/>
      </w:pPr>
      <w:r>
        <w:t>•  Schrijf de samenvatting als laatste. Controleer dat de tekst, cijfers en acties op elkaar aansluiten.</w:t>
      </w:r>
    </w:p>
    <w:p w14:paraId="05FBAF32" w14:textId="77777777" w:rsidR="00214C21" w:rsidRDefault="00B41876">
      <w:pPr>
        <w:pStyle w:val="Heading2"/>
      </w:pPr>
      <w:r>
        <w:t>Pas de diepgang aan uw situatie aan</w:t>
      </w:r>
    </w:p>
    <w:p w14:paraId="237CCC96" w14:textId="77777777" w:rsidR="00214C21" w:rsidRDefault="00B41876">
      <w:r>
        <w:t>Starter: focus op klantbewijs, haalbaarheid, benodigde middelen en de eerste verkopen. Bestaand bedrijf: voeg recente realisaties, knelpunten en de verwachte verbetering toe. Financieringsaanvraag: onderbouw de aanvraag met offertes, financiële overzichten, eigen inbreng en terugbetaalcapaciteit.</w:t>
      </w:r>
    </w:p>
    <w:p w14:paraId="05C14B8C" w14:textId="77777777" w:rsidR="00214C21" w:rsidRDefault="00B41876">
      <w:r>
        <w:t>Niet van toepassing? Benoem kort waarom en verwijder de overbodige invulruimte. Bij een overname horen ook waardering, boekenonderzoek, overdracht en financiering van de koopsom in uw bijlagen.</w:t>
      </w:r>
    </w:p>
    <w:p w14:paraId="637BDE0C" w14:textId="77777777" w:rsidR="00214C21" w:rsidRDefault="00B41876">
      <w:pPr>
        <w:pStyle w:val="Heading2"/>
      </w:pPr>
      <w:r>
        <w:t>Houd feiten en aannames uit elkaar</w:t>
      </w:r>
    </w:p>
    <w:p w14:paraId="2202684C" w14:textId="77777777" w:rsidR="00214C21" w:rsidRDefault="00B41876">
      <w:r>
        <w:t>Noteer bij belangrijke cijfers de bron, periode en definitie. Geef aan of informatie gemeten, bevestigd of nog een aanname is. Een branchegemiddelde geeft context; uw eigen onderneming kan daarvan afwijken.</w:t>
      </w:r>
    </w:p>
    <w:p w14:paraId="516801B4" w14:textId="77777777" w:rsidR="00214C21" w:rsidRDefault="00B41876">
      <w:pPr>
        <w:pStyle w:val="Heading2"/>
      </w:pPr>
      <w:r>
        <w:t>Maak het document klaar om te delen</w:t>
      </w:r>
    </w:p>
    <w:p w14:paraId="1E1624EB" w14:textId="77777777" w:rsidR="00214C21" w:rsidRDefault="00B41876">
      <w:r>
        <w:t>Verwijder ongebruikte velden en invulhulp. Werk in Word de inhoudsopgave bij via rechtsklikken en Veld bijwerken. Controleer daarna paginering en bijlagen. Deel alleen persoonsgegevens en vertrouwelijke stukken die de lezer nodig heeft.</w:t>
      </w:r>
    </w:p>
    <w:p w14:paraId="52930CA2" w14:textId="77777777" w:rsidR="00214C21" w:rsidRDefault="00B41876">
      <w:r>
        <w:br w:type="page"/>
      </w:r>
    </w:p>
    <w:p w14:paraId="6E5884B5" w14:textId="77777777" w:rsidR="00214C21" w:rsidRDefault="00B41876">
      <w:pPr>
        <w:pStyle w:val="Sectielabel"/>
      </w:pPr>
      <w:r>
        <w:lastRenderedPageBreak/>
        <w:t>NAVIGATIE</w:t>
      </w:r>
    </w:p>
    <w:p w14:paraId="54E7F622" w14:textId="77777777" w:rsidR="00214C21" w:rsidRDefault="00B41876">
      <w:pPr>
        <w:pStyle w:val="Paginatitel"/>
      </w:pPr>
      <w:r>
        <w:t>Inhoud</w:t>
      </w:r>
    </w:p>
    <w:p w14:paraId="61DA6338" w14:textId="77777777" w:rsidR="00214C21" w:rsidRDefault="00B41876">
      <w:r>
        <w:t>Volg de volgorde hieronder of gebruik de koppen in het navigatievenster van Word. De hoofdstukken in deze inhoudsopgave zijn aanklikbaar.</w:t>
      </w:r>
    </w:p>
    <w:p w14:paraId="07C94DDF" w14:textId="2A42D596" w:rsidR="008A47A4" w:rsidRDefault="00B41876">
      <w:pPr>
        <w:pStyle w:val="TOC1"/>
        <w:tabs>
          <w:tab w:val="right" w:leader="dot" w:pos="9402"/>
        </w:tabs>
        <w:rPr>
          <w:rFonts w:asciiTheme="minorHAnsi" w:hAnsiTheme="minorHAnsi"/>
          <w:noProof/>
          <w:color w:val="auto"/>
          <w:kern w:val="2"/>
          <w:sz w:val="24"/>
          <w:szCs w:val="24"/>
          <w:lang w:val="en-NL" w:eastAsia="en-NL"/>
          <w14:ligatures w14:val="standardContextual"/>
        </w:rPr>
      </w:pPr>
      <w:r>
        <w:fldChar w:fldCharType="begin"/>
      </w:r>
      <w:r>
        <w:instrText>TOC \o "1-1" \h \z \u</w:instrText>
      </w:r>
      <w:r>
        <w:fldChar w:fldCharType="separate"/>
      </w:r>
      <w:hyperlink w:anchor="_Toc242630364" w:history="1">
        <w:r w:rsidR="008A47A4" w:rsidRPr="00FE06AA">
          <w:rPr>
            <w:rStyle w:val="Hyperlink"/>
            <w:noProof/>
          </w:rPr>
          <w:t>Samenvatting</w:t>
        </w:r>
        <w:r w:rsidR="008A47A4">
          <w:rPr>
            <w:noProof/>
            <w:webHidden/>
          </w:rPr>
          <w:tab/>
        </w:r>
        <w:r w:rsidR="008A47A4">
          <w:rPr>
            <w:noProof/>
            <w:webHidden/>
          </w:rPr>
          <w:fldChar w:fldCharType="begin"/>
        </w:r>
        <w:r w:rsidR="008A47A4">
          <w:rPr>
            <w:noProof/>
            <w:webHidden/>
          </w:rPr>
          <w:instrText xml:space="preserve"> PAGEREF _Toc242630364 \h </w:instrText>
        </w:r>
        <w:r w:rsidR="008A47A4">
          <w:rPr>
            <w:noProof/>
            <w:webHidden/>
          </w:rPr>
        </w:r>
        <w:r w:rsidR="008A47A4">
          <w:rPr>
            <w:noProof/>
            <w:webHidden/>
          </w:rPr>
          <w:fldChar w:fldCharType="separate"/>
        </w:r>
        <w:r w:rsidR="008A47A4">
          <w:rPr>
            <w:noProof/>
            <w:webHidden/>
          </w:rPr>
          <w:t>4</w:t>
        </w:r>
        <w:r w:rsidR="008A47A4">
          <w:rPr>
            <w:noProof/>
            <w:webHidden/>
          </w:rPr>
          <w:fldChar w:fldCharType="end"/>
        </w:r>
      </w:hyperlink>
    </w:p>
    <w:p w14:paraId="50BD0DBF" w14:textId="24B736DA"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65" w:history="1">
        <w:r w:rsidRPr="00FE06AA">
          <w:rPr>
            <w:rStyle w:val="Hyperlink"/>
            <w:noProof/>
          </w:rPr>
          <w:t>De onderneming</w:t>
        </w:r>
        <w:r>
          <w:rPr>
            <w:noProof/>
            <w:webHidden/>
          </w:rPr>
          <w:tab/>
        </w:r>
        <w:r>
          <w:rPr>
            <w:noProof/>
            <w:webHidden/>
          </w:rPr>
          <w:fldChar w:fldCharType="begin"/>
        </w:r>
        <w:r>
          <w:rPr>
            <w:noProof/>
            <w:webHidden/>
          </w:rPr>
          <w:instrText xml:space="preserve"> PAGEREF _Toc242630365 \h </w:instrText>
        </w:r>
        <w:r>
          <w:rPr>
            <w:noProof/>
            <w:webHidden/>
          </w:rPr>
        </w:r>
        <w:r>
          <w:rPr>
            <w:noProof/>
            <w:webHidden/>
          </w:rPr>
          <w:fldChar w:fldCharType="separate"/>
        </w:r>
        <w:r>
          <w:rPr>
            <w:noProof/>
            <w:webHidden/>
          </w:rPr>
          <w:t>5</w:t>
        </w:r>
        <w:r>
          <w:rPr>
            <w:noProof/>
            <w:webHidden/>
          </w:rPr>
          <w:fldChar w:fldCharType="end"/>
        </w:r>
      </w:hyperlink>
    </w:p>
    <w:p w14:paraId="7FC538E4" w14:textId="18F3B126"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66" w:history="1">
        <w:r w:rsidRPr="00FE06AA">
          <w:rPr>
            <w:rStyle w:val="Hyperlink"/>
            <w:noProof/>
          </w:rPr>
          <w:t>De ondernemer en het team</w:t>
        </w:r>
        <w:r>
          <w:rPr>
            <w:noProof/>
            <w:webHidden/>
          </w:rPr>
          <w:tab/>
        </w:r>
        <w:r>
          <w:rPr>
            <w:noProof/>
            <w:webHidden/>
          </w:rPr>
          <w:fldChar w:fldCharType="begin"/>
        </w:r>
        <w:r>
          <w:rPr>
            <w:noProof/>
            <w:webHidden/>
          </w:rPr>
          <w:instrText xml:space="preserve"> PAGEREF _Toc242630366 \h </w:instrText>
        </w:r>
        <w:r>
          <w:rPr>
            <w:noProof/>
            <w:webHidden/>
          </w:rPr>
        </w:r>
        <w:r>
          <w:rPr>
            <w:noProof/>
            <w:webHidden/>
          </w:rPr>
          <w:fldChar w:fldCharType="separate"/>
        </w:r>
        <w:r>
          <w:rPr>
            <w:noProof/>
            <w:webHidden/>
          </w:rPr>
          <w:t>6</w:t>
        </w:r>
        <w:r>
          <w:rPr>
            <w:noProof/>
            <w:webHidden/>
          </w:rPr>
          <w:fldChar w:fldCharType="end"/>
        </w:r>
      </w:hyperlink>
    </w:p>
    <w:p w14:paraId="4C24813B" w14:textId="3CE998C4"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67" w:history="1">
        <w:r w:rsidRPr="00FE06AA">
          <w:rPr>
            <w:rStyle w:val="Hyperlink"/>
            <w:noProof/>
          </w:rPr>
          <w:t>Klantwaarde en verdienmodel</w:t>
        </w:r>
        <w:r>
          <w:rPr>
            <w:noProof/>
            <w:webHidden/>
          </w:rPr>
          <w:tab/>
        </w:r>
        <w:r>
          <w:rPr>
            <w:noProof/>
            <w:webHidden/>
          </w:rPr>
          <w:fldChar w:fldCharType="begin"/>
        </w:r>
        <w:r>
          <w:rPr>
            <w:noProof/>
            <w:webHidden/>
          </w:rPr>
          <w:instrText xml:space="preserve"> PAGEREF _Toc242630367 \h </w:instrText>
        </w:r>
        <w:r>
          <w:rPr>
            <w:noProof/>
            <w:webHidden/>
          </w:rPr>
        </w:r>
        <w:r>
          <w:rPr>
            <w:noProof/>
            <w:webHidden/>
          </w:rPr>
          <w:fldChar w:fldCharType="separate"/>
        </w:r>
        <w:r>
          <w:rPr>
            <w:noProof/>
            <w:webHidden/>
          </w:rPr>
          <w:t>7</w:t>
        </w:r>
        <w:r>
          <w:rPr>
            <w:noProof/>
            <w:webHidden/>
          </w:rPr>
          <w:fldChar w:fldCharType="end"/>
        </w:r>
      </w:hyperlink>
    </w:p>
    <w:p w14:paraId="2F7E9EC2" w14:textId="6F479B7C"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68" w:history="1">
        <w:r w:rsidRPr="00FE06AA">
          <w:rPr>
            <w:rStyle w:val="Hyperlink"/>
            <w:noProof/>
          </w:rPr>
          <w:t>Klantbewijs en aannames</w:t>
        </w:r>
        <w:r>
          <w:rPr>
            <w:noProof/>
            <w:webHidden/>
          </w:rPr>
          <w:tab/>
        </w:r>
        <w:r>
          <w:rPr>
            <w:noProof/>
            <w:webHidden/>
          </w:rPr>
          <w:fldChar w:fldCharType="begin"/>
        </w:r>
        <w:r>
          <w:rPr>
            <w:noProof/>
            <w:webHidden/>
          </w:rPr>
          <w:instrText xml:space="preserve"> PAGEREF _Toc242630368 \h </w:instrText>
        </w:r>
        <w:r>
          <w:rPr>
            <w:noProof/>
            <w:webHidden/>
          </w:rPr>
        </w:r>
        <w:r>
          <w:rPr>
            <w:noProof/>
            <w:webHidden/>
          </w:rPr>
          <w:fldChar w:fldCharType="separate"/>
        </w:r>
        <w:r>
          <w:rPr>
            <w:noProof/>
            <w:webHidden/>
          </w:rPr>
          <w:t>8</w:t>
        </w:r>
        <w:r>
          <w:rPr>
            <w:noProof/>
            <w:webHidden/>
          </w:rPr>
          <w:fldChar w:fldCharType="end"/>
        </w:r>
      </w:hyperlink>
    </w:p>
    <w:p w14:paraId="279D48A7" w14:textId="03A94737"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69" w:history="1">
        <w:r w:rsidRPr="00FE06AA">
          <w:rPr>
            <w:rStyle w:val="Hyperlink"/>
            <w:noProof/>
          </w:rPr>
          <w:t>Markt en doelgroep</w:t>
        </w:r>
        <w:r>
          <w:rPr>
            <w:noProof/>
            <w:webHidden/>
          </w:rPr>
          <w:tab/>
        </w:r>
        <w:r>
          <w:rPr>
            <w:noProof/>
            <w:webHidden/>
          </w:rPr>
          <w:fldChar w:fldCharType="begin"/>
        </w:r>
        <w:r>
          <w:rPr>
            <w:noProof/>
            <w:webHidden/>
          </w:rPr>
          <w:instrText xml:space="preserve"> PAGEREF _Toc242630369 \h </w:instrText>
        </w:r>
        <w:r>
          <w:rPr>
            <w:noProof/>
            <w:webHidden/>
          </w:rPr>
        </w:r>
        <w:r>
          <w:rPr>
            <w:noProof/>
            <w:webHidden/>
          </w:rPr>
          <w:fldChar w:fldCharType="separate"/>
        </w:r>
        <w:r>
          <w:rPr>
            <w:noProof/>
            <w:webHidden/>
          </w:rPr>
          <w:t>9</w:t>
        </w:r>
        <w:r>
          <w:rPr>
            <w:noProof/>
            <w:webHidden/>
          </w:rPr>
          <w:fldChar w:fldCharType="end"/>
        </w:r>
      </w:hyperlink>
    </w:p>
    <w:p w14:paraId="57F8EFC8" w14:textId="607D3E8B"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70" w:history="1">
        <w:r w:rsidRPr="00FE06AA">
          <w:rPr>
            <w:rStyle w:val="Hyperlink"/>
            <w:noProof/>
          </w:rPr>
          <w:t>Concurrentie en positionering</w:t>
        </w:r>
        <w:r>
          <w:rPr>
            <w:noProof/>
            <w:webHidden/>
          </w:rPr>
          <w:tab/>
        </w:r>
        <w:r>
          <w:rPr>
            <w:noProof/>
            <w:webHidden/>
          </w:rPr>
          <w:fldChar w:fldCharType="begin"/>
        </w:r>
        <w:r>
          <w:rPr>
            <w:noProof/>
            <w:webHidden/>
          </w:rPr>
          <w:instrText xml:space="preserve"> PAGEREF _Toc242630370 \h </w:instrText>
        </w:r>
        <w:r>
          <w:rPr>
            <w:noProof/>
            <w:webHidden/>
          </w:rPr>
        </w:r>
        <w:r>
          <w:rPr>
            <w:noProof/>
            <w:webHidden/>
          </w:rPr>
          <w:fldChar w:fldCharType="separate"/>
        </w:r>
        <w:r>
          <w:rPr>
            <w:noProof/>
            <w:webHidden/>
          </w:rPr>
          <w:t>10</w:t>
        </w:r>
        <w:r>
          <w:rPr>
            <w:noProof/>
            <w:webHidden/>
          </w:rPr>
          <w:fldChar w:fldCharType="end"/>
        </w:r>
      </w:hyperlink>
    </w:p>
    <w:p w14:paraId="04139F94" w14:textId="7502CDD8"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71" w:history="1">
        <w:r w:rsidRPr="00FE06AA">
          <w:rPr>
            <w:rStyle w:val="Hyperlink"/>
            <w:noProof/>
          </w:rPr>
          <w:t>SWOT en samenhang</w:t>
        </w:r>
        <w:r>
          <w:rPr>
            <w:noProof/>
            <w:webHidden/>
          </w:rPr>
          <w:tab/>
        </w:r>
        <w:r>
          <w:rPr>
            <w:noProof/>
            <w:webHidden/>
          </w:rPr>
          <w:fldChar w:fldCharType="begin"/>
        </w:r>
        <w:r>
          <w:rPr>
            <w:noProof/>
            <w:webHidden/>
          </w:rPr>
          <w:instrText xml:space="preserve"> PAGEREF _Toc242630371 \h </w:instrText>
        </w:r>
        <w:r>
          <w:rPr>
            <w:noProof/>
            <w:webHidden/>
          </w:rPr>
        </w:r>
        <w:r>
          <w:rPr>
            <w:noProof/>
            <w:webHidden/>
          </w:rPr>
          <w:fldChar w:fldCharType="separate"/>
        </w:r>
        <w:r>
          <w:rPr>
            <w:noProof/>
            <w:webHidden/>
          </w:rPr>
          <w:t>11</w:t>
        </w:r>
        <w:r>
          <w:rPr>
            <w:noProof/>
            <w:webHidden/>
          </w:rPr>
          <w:fldChar w:fldCharType="end"/>
        </w:r>
      </w:hyperlink>
    </w:p>
    <w:p w14:paraId="7FDDB506" w14:textId="1B60C4F4"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72" w:history="1">
        <w:r w:rsidRPr="00FE06AA">
          <w:rPr>
            <w:rStyle w:val="Hyperlink"/>
            <w:noProof/>
          </w:rPr>
          <w:t>Strategische keuzes en doelen</w:t>
        </w:r>
        <w:r>
          <w:rPr>
            <w:noProof/>
            <w:webHidden/>
          </w:rPr>
          <w:tab/>
        </w:r>
        <w:r>
          <w:rPr>
            <w:noProof/>
            <w:webHidden/>
          </w:rPr>
          <w:fldChar w:fldCharType="begin"/>
        </w:r>
        <w:r>
          <w:rPr>
            <w:noProof/>
            <w:webHidden/>
          </w:rPr>
          <w:instrText xml:space="preserve"> PAGEREF _Toc242630372 \h </w:instrText>
        </w:r>
        <w:r>
          <w:rPr>
            <w:noProof/>
            <w:webHidden/>
          </w:rPr>
        </w:r>
        <w:r>
          <w:rPr>
            <w:noProof/>
            <w:webHidden/>
          </w:rPr>
          <w:fldChar w:fldCharType="separate"/>
        </w:r>
        <w:r>
          <w:rPr>
            <w:noProof/>
            <w:webHidden/>
          </w:rPr>
          <w:t>12</w:t>
        </w:r>
        <w:r>
          <w:rPr>
            <w:noProof/>
            <w:webHidden/>
          </w:rPr>
          <w:fldChar w:fldCharType="end"/>
        </w:r>
      </w:hyperlink>
    </w:p>
    <w:p w14:paraId="77769339" w14:textId="7A326C3F"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73" w:history="1">
        <w:r w:rsidRPr="00FE06AA">
          <w:rPr>
            <w:rStyle w:val="Hyperlink"/>
            <w:noProof/>
          </w:rPr>
          <w:t>Marketing en klantwerving</w:t>
        </w:r>
        <w:r>
          <w:rPr>
            <w:noProof/>
            <w:webHidden/>
          </w:rPr>
          <w:tab/>
        </w:r>
        <w:r>
          <w:rPr>
            <w:noProof/>
            <w:webHidden/>
          </w:rPr>
          <w:fldChar w:fldCharType="begin"/>
        </w:r>
        <w:r>
          <w:rPr>
            <w:noProof/>
            <w:webHidden/>
          </w:rPr>
          <w:instrText xml:space="preserve"> PAGEREF _Toc242630373 \h </w:instrText>
        </w:r>
        <w:r>
          <w:rPr>
            <w:noProof/>
            <w:webHidden/>
          </w:rPr>
        </w:r>
        <w:r>
          <w:rPr>
            <w:noProof/>
            <w:webHidden/>
          </w:rPr>
          <w:fldChar w:fldCharType="separate"/>
        </w:r>
        <w:r>
          <w:rPr>
            <w:noProof/>
            <w:webHidden/>
          </w:rPr>
          <w:t>13</w:t>
        </w:r>
        <w:r>
          <w:rPr>
            <w:noProof/>
            <w:webHidden/>
          </w:rPr>
          <w:fldChar w:fldCharType="end"/>
        </w:r>
      </w:hyperlink>
    </w:p>
    <w:p w14:paraId="1AFAEF37" w14:textId="0339A099"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74" w:history="1">
        <w:r w:rsidRPr="00FE06AA">
          <w:rPr>
            <w:rStyle w:val="Hyperlink"/>
            <w:noProof/>
          </w:rPr>
          <w:t>Verkoop en klantbehoud</w:t>
        </w:r>
        <w:r>
          <w:rPr>
            <w:noProof/>
            <w:webHidden/>
          </w:rPr>
          <w:tab/>
        </w:r>
        <w:r>
          <w:rPr>
            <w:noProof/>
            <w:webHidden/>
          </w:rPr>
          <w:fldChar w:fldCharType="begin"/>
        </w:r>
        <w:r>
          <w:rPr>
            <w:noProof/>
            <w:webHidden/>
          </w:rPr>
          <w:instrText xml:space="preserve"> PAGEREF _Toc242630374 \h </w:instrText>
        </w:r>
        <w:r>
          <w:rPr>
            <w:noProof/>
            <w:webHidden/>
          </w:rPr>
        </w:r>
        <w:r>
          <w:rPr>
            <w:noProof/>
            <w:webHidden/>
          </w:rPr>
          <w:fldChar w:fldCharType="separate"/>
        </w:r>
        <w:r>
          <w:rPr>
            <w:noProof/>
            <w:webHidden/>
          </w:rPr>
          <w:t>14</w:t>
        </w:r>
        <w:r>
          <w:rPr>
            <w:noProof/>
            <w:webHidden/>
          </w:rPr>
          <w:fldChar w:fldCharType="end"/>
        </w:r>
      </w:hyperlink>
    </w:p>
    <w:p w14:paraId="27B7CE0D" w14:textId="31934D2A"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75" w:history="1">
        <w:r w:rsidRPr="00FE06AA">
          <w:rPr>
            <w:rStyle w:val="Hyperlink"/>
            <w:noProof/>
          </w:rPr>
          <w:t>Organisatie en bedrijfsvoering</w:t>
        </w:r>
        <w:r>
          <w:rPr>
            <w:noProof/>
            <w:webHidden/>
          </w:rPr>
          <w:tab/>
        </w:r>
        <w:r>
          <w:rPr>
            <w:noProof/>
            <w:webHidden/>
          </w:rPr>
          <w:fldChar w:fldCharType="begin"/>
        </w:r>
        <w:r>
          <w:rPr>
            <w:noProof/>
            <w:webHidden/>
          </w:rPr>
          <w:instrText xml:space="preserve"> PAGEREF _Toc242630375 \h </w:instrText>
        </w:r>
        <w:r>
          <w:rPr>
            <w:noProof/>
            <w:webHidden/>
          </w:rPr>
        </w:r>
        <w:r>
          <w:rPr>
            <w:noProof/>
            <w:webHidden/>
          </w:rPr>
          <w:fldChar w:fldCharType="separate"/>
        </w:r>
        <w:r>
          <w:rPr>
            <w:noProof/>
            <w:webHidden/>
          </w:rPr>
          <w:t>15</w:t>
        </w:r>
        <w:r>
          <w:rPr>
            <w:noProof/>
            <w:webHidden/>
          </w:rPr>
          <w:fldChar w:fldCharType="end"/>
        </w:r>
      </w:hyperlink>
    </w:p>
    <w:p w14:paraId="51687D9F" w14:textId="64630086"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76" w:history="1">
        <w:r w:rsidRPr="00FE06AA">
          <w:rPr>
            <w:rStyle w:val="Hyperlink"/>
            <w:noProof/>
          </w:rPr>
          <w:t>Digitalisering en duurzaamheid</w:t>
        </w:r>
        <w:r>
          <w:rPr>
            <w:noProof/>
            <w:webHidden/>
          </w:rPr>
          <w:tab/>
        </w:r>
        <w:r>
          <w:rPr>
            <w:noProof/>
            <w:webHidden/>
          </w:rPr>
          <w:fldChar w:fldCharType="begin"/>
        </w:r>
        <w:r>
          <w:rPr>
            <w:noProof/>
            <w:webHidden/>
          </w:rPr>
          <w:instrText xml:space="preserve"> PAGEREF _Toc242630376 \h </w:instrText>
        </w:r>
        <w:r>
          <w:rPr>
            <w:noProof/>
            <w:webHidden/>
          </w:rPr>
        </w:r>
        <w:r>
          <w:rPr>
            <w:noProof/>
            <w:webHidden/>
          </w:rPr>
          <w:fldChar w:fldCharType="separate"/>
        </w:r>
        <w:r>
          <w:rPr>
            <w:noProof/>
            <w:webHidden/>
          </w:rPr>
          <w:t>16</w:t>
        </w:r>
        <w:r>
          <w:rPr>
            <w:noProof/>
            <w:webHidden/>
          </w:rPr>
          <w:fldChar w:fldCharType="end"/>
        </w:r>
      </w:hyperlink>
    </w:p>
    <w:p w14:paraId="30A81FBE" w14:textId="461A0877"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77" w:history="1">
        <w:r w:rsidRPr="00FE06AA">
          <w:rPr>
            <w:rStyle w:val="Hyperlink"/>
            <w:noProof/>
          </w:rPr>
          <w:t>Juridische zaken en verzekeringen</w:t>
        </w:r>
        <w:r>
          <w:rPr>
            <w:noProof/>
            <w:webHidden/>
          </w:rPr>
          <w:tab/>
        </w:r>
        <w:r>
          <w:rPr>
            <w:noProof/>
            <w:webHidden/>
          </w:rPr>
          <w:fldChar w:fldCharType="begin"/>
        </w:r>
        <w:r>
          <w:rPr>
            <w:noProof/>
            <w:webHidden/>
          </w:rPr>
          <w:instrText xml:space="preserve"> PAGEREF _Toc242630377 \h </w:instrText>
        </w:r>
        <w:r>
          <w:rPr>
            <w:noProof/>
            <w:webHidden/>
          </w:rPr>
        </w:r>
        <w:r>
          <w:rPr>
            <w:noProof/>
            <w:webHidden/>
          </w:rPr>
          <w:fldChar w:fldCharType="separate"/>
        </w:r>
        <w:r>
          <w:rPr>
            <w:noProof/>
            <w:webHidden/>
          </w:rPr>
          <w:t>17</w:t>
        </w:r>
        <w:r>
          <w:rPr>
            <w:noProof/>
            <w:webHidden/>
          </w:rPr>
          <w:fldChar w:fldCharType="end"/>
        </w:r>
      </w:hyperlink>
    </w:p>
    <w:p w14:paraId="3CD693D7" w14:textId="3E8A1392"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78" w:history="1">
        <w:r w:rsidRPr="00FE06AA">
          <w:rPr>
            <w:rStyle w:val="Hyperlink"/>
            <w:noProof/>
          </w:rPr>
          <w:t>Risico en continuïteit</w:t>
        </w:r>
        <w:r>
          <w:rPr>
            <w:noProof/>
            <w:webHidden/>
          </w:rPr>
          <w:tab/>
        </w:r>
        <w:r>
          <w:rPr>
            <w:noProof/>
            <w:webHidden/>
          </w:rPr>
          <w:fldChar w:fldCharType="begin"/>
        </w:r>
        <w:r>
          <w:rPr>
            <w:noProof/>
            <w:webHidden/>
          </w:rPr>
          <w:instrText xml:space="preserve"> PAGEREF _Toc242630378 \h </w:instrText>
        </w:r>
        <w:r>
          <w:rPr>
            <w:noProof/>
            <w:webHidden/>
          </w:rPr>
        </w:r>
        <w:r>
          <w:rPr>
            <w:noProof/>
            <w:webHidden/>
          </w:rPr>
          <w:fldChar w:fldCharType="separate"/>
        </w:r>
        <w:r>
          <w:rPr>
            <w:noProof/>
            <w:webHidden/>
          </w:rPr>
          <w:t>18</w:t>
        </w:r>
        <w:r>
          <w:rPr>
            <w:noProof/>
            <w:webHidden/>
          </w:rPr>
          <w:fldChar w:fldCharType="end"/>
        </w:r>
      </w:hyperlink>
    </w:p>
    <w:p w14:paraId="0EF27474" w14:textId="57AF7133"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79" w:history="1">
        <w:r w:rsidRPr="00FE06AA">
          <w:rPr>
            <w:rStyle w:val="Hyperlink"/>
            <w:noProof/>
          </w:rPr>
          <w:t>Financiële uitgangspunten</w:t>
        </w:r>
        <w:r>
          <w:rPr>
            <w:noProof/>
            <w:webHidden/>
          </w:rPr>
          <w:tab/>
        </w:r>
        <w:r>
          <w:rPr>
            <w:noProof/>
            <w:webHidden/>
          </w:rPr>
          <w:fldChar w:fldCharType="begin"/>
        </w:r>
        <w:r>
          <w:rPr>
            <w:noProof/>
            <w:webHidden/>
          </w:rPr>
          <w:instrText xml:space="preserve"> PAGEREF _Toc242630379 \h </w:instrText>
        </w:r>
        <w:r>
          <w:rPr>
            <w:noProof/>
            <w:webHidden/>
          </w:rPr>
        </w:r>
        <w:r>
          <w:rPr>
            <w:noProof/>
            <w:webHidden/>
          </w:rPr>
          <w:fldChar w:fldCharType="separate"/>
        </w:r>
        <w:r>
          <w:rPr>
            <w:noProof/>
            <w:webHidden/>
          </w:rPr>
          <w:t>20</w:t>
        </w:r>
        <w:r>
          <w:rPr>
            <w:noProof/>
            <w:webHidden/>
          </w:rPr>
          <w:fldChar w:fldCharType="end"/>
        </w:r>
      </w:hyperlink>
    </w:p>
    <w:p w14:paraId="066A3559" w14:textId="2C8F8E40"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80" w:history="1">
        <w:r w:rsidRPr="00FE06AA">
          <w:rPr>
            <w:rStyle w:val="Hyperlink"/>
            <w:noProof/>
          </w:rPr>
          <w:t>Investering en financiering</w:t>
        </w:r>
        <w:r>
          <w:rPr>
            <w:noProof/>
            <w:webHidden/>
          </w:rPr>
          <w:tab/>
        </w:r>
        <w:r>
          <w:rPr>
            <w:noProof/>
            <w:webHidden/>
          </w:rPr>
          <w:fldChar w:fldCharType="begin"/>
        </w:r>
        <w:r>
          <w:rPr>
            <w:noProof/>
            <w:webHidden/>
          </w:rPr>
          <w:instrText xml:space="preserve"> PAGEREF _Toc242630380 \h </w:instrText>
        </w:r>
        <w:r>
          <w:rPr>
            <w:noProof/>
            <w:webHidden/>
          </w:rPr>
        </w:r>
        <w:r>
          <w:rPr>
            <w:noProof/>
            <w:webHidden/>
          </w:rPr>
          <w:fldChar w:fldCharType="separate"/>
        </w:r>
        <w:r>
          <w:rPr>
            <w:noProof/>
            <w:webHidden/>
          </w:rPr>
          <w:t>21</w:t>
        </w:r>
        <w:r>
          <w:rPr>
            <w:noProof/>
            <w:webHidden/>
          </w:rPr>
          <w:fldChar w:fldCharType="end"/>
        </w:r>
      </w:hyperlink>
    </w:p>
    <w:p w14:paraId="338D5B71" w14:textId="2F1CF677"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81" w:history="1">
        <w:r w:rsidRPr="00FE06AA">
          <w:rPr>
            <w:rStyle w:val="Hyperlink"/>
            <w:noProof/>
          </w:rPr>
          <w:t>Exploitatiebegroting</w:t>
        </w:r>
        <w:r>
          <w:rPr>
            <w:noProof/>
            <w:webHidden/>
          </w:rPr>
          <w:tab/>
        </w:r>
        <w:r>
          <w:rPr>
            <w:noProof/>
            <w:webHidden/>
          </w:rPr>
          <w:fldChar w:fldCharType="begin"/>
        </w:r>
        <w:r>
          <w:rPr>
            <w:noProof/>
            <w:webHidden/>
          </w:rPr>
          <w:instrText xml:space="preserve"> PAGEREF _Toc242630381 \h </w:instrText>
        </w:r>
        <w:r>
          <w:rPr>
            <w:noProof/>
            <w:webHidden/>
          </w:rPr>
        </w:r>
        <w:r>
          <w:rPr>
            <w:noProof/>
            <w:webHidden/>
          </w:rPr>
          <w:fldChar w:fldCharType="separate"/>
        </w:r>
        <w:r>
          <w:rPr>
            <w:noProof/>
            <w:webHidden/>
          </w:rPr>
          <w:t>22</w:t>
        </w:r>
        <w:r>
          <w:rPr>
            <w:noProof/>
            <w:webHidden/>
          </w:rPr>
          <w:fldChar w:fldCharType="end"/>
        </w:r>
      </w:hyperlink>
    </w:p>
    <w:p w14:paraId="50F9DC29" w14:textId="6A162977"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82" w:history="1">
        <w:r w:rsidRPr="00FE06AA">
          <w:rPr>
            <w:rStyle w:val="Hyperlink"/>
            <w:noProof/>
          </w:rPr>
          <w:t>Liquiditeit maanden 1 tot en met 6</w:t>
        </w:r>
        <w:r>
          <w:rPr>
            <w:noProof/>
            <w:webHidden/>
          </w:rPr>
          <w:tab/>
        </w:r>
        <w:r>
          <w:rPr>
            <w:noProof/>
            <w:webHidden/>
          </w:rPr>
          <w:fldChar w:fldCharType="begin"/>
        </w:r>
        <w:r>
          <w:rPr>
            <w:noProof/>
            <w:webHidden/>
          </w:rPr>
          <w:instrText xml:space="preserve"> PAGEREF _Toc242630382 \h </w:instrText>
        </w:r>
        <w:r>
          <w:rPr>
            <w:noProof/>
            <w:webHidden/>
          </w:rPr>
        </w:r>
        <w:r>
          <w:rPr>
            <w:noProof/>
            <w:webHidden/>
          </w:rPr>
          <w:fldChar w:fldCharType="separate"/>
        </w:r>
        <w:r>
          <w:rPr>
            <w:noProof/>
            <w:webHidden/>
          </w:rPr>
          <w:t>23</w:t>
        </w:r>
        <w:r>
          <w:rPr>
            <w:noProof/>
            <w:webHidden/>
          </w:rPr>
          <w:fldChar w:fldCharType="end"/>
        </w:r>
      </w:hyperlink>
    </w:p>
    <w:p w14:paraId="1C7FF022" w14:textId="475F18AF"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83" w:history="1">
        <w:r w:rsidRPr="00FE06AA">
          <w:rPr>
            <w:rStyle w:val="Hyperlink"/>
            <w:noProof/>
          </w:rPr>
          <w:t>Liquiditeit maanden 7 tot en met 12</w:t>
        </w:r>
        <w:r>
          <w:rPr>
            <w:noProof/>
            <w:webHidden/>
          </w:rPr>
          <w:tab/>
        </w:r>
        <w:r>
          <w:rPr>
            <w:noProof/>
            <w:webHidden/>
          </w:rPr>
          <w:fldChar w:fldCharType="begin"/>
        </w:r>
        <w:r>
          <w:rPr>
            <w:noProof/>
            <w:webHidden/>
          </w:rPr>
          <w:instrText xml:space="preserve"> PAGEREF _Toc242630383 \h </w:instrText>
        </w:r>
        <w:r>
          <w:rPr>
            <w:noProof/>
            <w:webHidden/>
          </w:rPr>
        </w:r>
        <w:r>
          <w:rPr>
            <w:noProof/>
            <w:webHidden/>
          </w:rPr>
          <w:fldChar w:fldCharType="separate"/>
        </w:r>
        <w:r>
          <w:rPr>
            <w:noProof/>
            <w:webHidden/>
          </w:rPr>
          <w:t>24</w:t>
        </w:r>
        <w:r>
          <w:rPr>
            <w:noProof/>
            <w:webHidden/>
          </w:rPr>
          <w:fldChar w:fldCharType="end"/>
        </w:r>
      </w:hyperlink>
    </w:p>
    <w:p w14:paraId="732BF6A8" w14:textId="6D20608E"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84" w:history="1">
        <w:r w:rsidRPr="00FE06AA">
          <w:rPr>
            <w:rStyle w:val="Hyperlink"/>
            <w:noProof/>
          </w:rPr>
          <w:t>Balans en privébegroting</w:t>
        </w:r>
        <w:r>
          <w:rPr>
            <w:noProof/>
            <w:webHidden/>
          </w:rPr>
          <w:tab/>
        </w:r>
        <w:r>
          <w:rPr>
            <w:noProof/>
            <w:webHidden/>
          </w:rPr>
          <w:fldChar w:fldCharType="begin"/>
        </w:r>
        <w:r>
          <w:rPr>
            <w:noProof/>
            <w:webHidden/>
          </w:rPr>
          <w:instrText xml:space="preserve"> PAGEREF _Toc242630384 \h </w:instrText>
        </w:r>
        <w:r>
          <w:rPr>
            <w:noProof/>
            <w:webHidden/>
          </w:rPr>
        </w:r>
        <w:r>
          <w:rPr>
            <w:noProof/>
            <w:webHidden/>
          </w:rPr>
          <w:fldChar w:fldCharType="separate"/>
        </w:r>
        <w:r>
          <w:rPr>
            <w:noProof/>
            <w:webHidden/>
          </w:rPr>
          <w:t>25</w:t>
        </w:r>
        <w:r>
          <w:rPr>
            <w:noProof/>
            <w:webHidden/>
          </w:rPr>
          <w:fldChar w:fldCharType="end"/>
        </w:r>
      </w:hyperlink>
    </w:p>
    <w:p w14:paraId="78A26E9C" w14:textId="3FB121F2"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85" w:history="1">
        <w:r w:rsidRPr="00FE06AA">
          <w:rPr>
            <w:rStyle w:val="Hyperlink"/>
            <w:noProof/>
          </w:rPr>
          <w:t>Break even en scenarioanalyse</w:t>
        </w:r>
        <w:r>
          <w:rPr>
            <w:noProof/>
            <w:webHidden/>
          </w:rPr>
          <w:tab/>
        </w:r>
        <w:r>
          <w:rPr>
            <w:noProof/>
            <w:webHidden/>
          </w:rPr>
          <w:fldChar w:fldCharType="begin"/>
        </w:r>
        <w:r>
          <w:rPr>
            <w:noProof/>
            <w:webHidden/>
          </w:rPr>
          <w:instrText xml:space="preserve"> PAGEREF _Toc242630385 \h </w:instrText>
        </w:r>
        <w:r>
          <w:rPr>
            <w:noProof/>
            <w:webHidden/>
          </w:rPr>
        </w:r>
        <w:r>
          <w:rPr>
            <w:noProof/>
            <w:webHidden/>
          </w:rPr>
          <w:fldChar w:fldCharType="separate"/>
        </w:r>
        <w:r>
          <w:rPr>
            <w:noProof/>
            <w:webHidden/>
          </w:rPr>
          <w:t>26</w:t>
        </w:r>
        <w:r>
          <w:rPr>
            <w:noProof/>
            <w:webHidden/>
          </w:rPr>
          <w:fldChar w:fldCharType="end"/>
        </w:r>
      </w:hyperlink>
    </w:p>
    <w:p w14:paraId="0A7A3FF3" w14:textId="2A6C2A8F"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86" w:history="1">
        <w:r w:rsidRPr="00FE06AA">
          <w:rPr>
            <w:rStyle w:val="Hyperlink"/>
            <w:noProof/>
          </w:rPr>
          <w:t>Uitvoering en sturing</w:t>
        </w:r>
        <w:r>
          <w:rPr>
            <w:noProof/>
            <w:webHidden/>
          </w:rPr>
          <w:tab/>
        </w:r>
        <w:r>
          <w:rPr>
            <w:noProof/>
            <w:webHidden/>
          </w:rPr>
          <w:fldChar w:fldCharType="begin"/>
        </w:r>
        <w:r>
          <w:rPr>
            <w:noProof/>
            <w:webHidden/>
          </w:rPr>
          <w:instrText xml:space="preserve"> PAGEREF _Toc242630386 \h </w:instrText>
        </w:r>
        <w:r>
          <w:rPr>
            <w:noProof/>
            <w:webHidden/>
          </w:rPr>
        </w:r>
        <w:r>
          <w:rPr>
            <w:noProof/>
            <w:webHidden/>
          </w:rPr>
          <w:fldChar w:fldCharType="separate"/>
        </w:r>
        <w:r>
          <w:rPr>
            <w:noProof/>
            <w:webHidden/>
          </w:rPr>
          <w:t>27</w:t>
        </w:r>
        <w:r>
          <w:rPr>
            <w:noProof/>
            <w:webHidden/>
          </w:rPr>
          <w:fldChar w:fldCharType="end"/>
        </w:r>
      </w:hyperlink>
    </w:p>
    <w:p w14:paraId="0EF408B3" w14:textId="08A2AF67"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87" w:history="1">
        <w:r w:rsidRPr="00FE06AA">
          <w:rPr>
            <w:rStyle w:val="Hyperlink"/>
            <w:noProof/>
          </w:rPr>
          <w:t>Controle voordat u het plan deelt</w:t>
        </w:r>
        <w:r>
          <w:rPr>
            <w:noProof/>
            <w:webHidden/>
          </w:rPr>
          <w:tab/>
        </w:r>
        <w:r>
          <w:rPr>
            <w:noProof/>
            <w:webHidden/>
          </w:rPr>
          <w:fldChar w:fldCharType="begin"/>
        </w:r>
        <w:r>
          <w:rPr>
            <w:noProof/>
            <w:webHidden/>
          </w:rPr>
          <w:instrText xml:space="preserve"> PAGEREF _Toc242630387 \h </w:instrText>
        </w:r>
        <w:r>
          <w:rPr>
            <w:noProof/>
            <w:webHidden/>
          </w:rPr>
        </w:r>
        <w:r>
          <w:rPr>
            <w:noProof/>
            <w:webHidden/>
          </w:rPr>
          <w:fldChar w:fldCharType="separate"/>
        </w:r>
        <w:r>
          <w:rPr>
            <w:noProof/>
            <w:webHidden/>
          </w:rPr>
          <w:t>28</w:t>
        </w:r>
        <w:r>
          <w:rPr>
            <w:noProof/>
            <w:webHidden/>
          </w:rPr>
          <w:fldChar w:fldCharType="end"/>
        </w:r>
      </w:hyperlink>
    </w:p>
    <w:p w14:paraId="42FE7014" w14:textId="13485C0D" w:rsidR="008A47A4" w:rsidRDefault="008A47A4">
      <w:pPr>
        <w:pStyle w:val="TOC1"/>
        <w:tabs>
          <w:tab w:val="right" w:leader="dot" w:pos="9402"/>
        </w:tabs>
        <w:rPr>
          <w:rFonts w:asciiTheme="minorHAnsi" w:hAnsiTheme="minorHAnsi"/>
          <w:noProof/>
          <w:color w:val="auto"/>
          <w:kern w:val="2"/>
          <w:sz w:val="24"/>
          <w:szCs w:val="24"/>
          <w:lang w:val="en-NL" w:eastAsia="en-NL"/>
          <w14:ligatures w14:val="standardContextual"/>
        </w:rPr>
      </w:pPr>
      <w:hyperlink w:anchor="_Toc242630388" w:history="1">
        <w:r w:rsidRPr="00FE06AA">
          <w:rPr>
            <w:rStyle w:val="Hyperlink"/>
            <w:noProof/>
          </w:rPr>
          <w:t>Bijlagen en bronnen</w:t>
        </w:r>
        <w:r>
          <w:rPr>
            <w:noProof/>
            <w:webHidden/>
          </w:rPr>
          <w:tab/>
        </w:r>
        <w:r>
          <w:rPr>
            <w:noProof/>
            <w:webHidden/>
          </w:rPr>
          <w:fldChar w:fldCharType="begin"/>
        </w:r>
        <w:r>
          <w:rPr>
            <w:noProof/>
            <w:webHidden/>
          </w:rPr>
          <w:instrText xml:space="preserve"> PAGEREF _Toc242630388 \h </w:instrText>
        </w:r>
        <w:r>
          <w:rPr>
            <w:noProof/>
            <w:webHidden/>
          </w:rPr>
        </w:r>
        <w:r>
          <w:rPr>
            <w:noProof/>
            <w:webHidden/>
          </w:rPr>
          <w:fldChar w:fldCharType="separate"/>
        </w:r>
        <w:r>
          <w:rPr>
            <w:noProof/>
            <w:webHidden/>
          </w:rPr>
          <w:t>29</w:t>
        </w:r>
        <w:r>
          <w:rPr>
            <w:noProof/>
            <w:webHidden/>
          </w:rPr>
          <w:fldChar w:fldCharType="end"/>
        </w:r>
      </w:hyperlink>
    </w:p>
    <w:p w14:paraId="1FA3850E" w14:textId="361E79D2" w:rsidR="00214C21" w:rsidRDefault="00B41876">
      <w:r>
        <w:rPr>
          <w:sz w:val="22"/>
        </w:rPr>
        <w:fldChar w:fldCharType="end"/>
      </w:r>
    </w:p>
    <w:p w14:paraId="5F342F9E" w14:textId="77777777" w:rsidR="00214C21" w:rsidRDefault="00B41876">
      <w:r>
        <w:br w:type="page"/>
      </w:r>
    </w:p>
    <w:p w14:paraId="7013AFD0" w14:textId="77777777" w:rsidR="00214C21" w:rsidRDefault="00B41876">
      <w:pPr>
        <w:pStyle w:val="Sectielabel"/>
      </w:pPr>
      <w:r>
        <w:lastRenderedPageBreak/>
        <w:t>01  /  DE KERN</w:t>
      </w:r>
    </w:p>
    <w:p w14:paraId="3E4CC296" w14:textId="77777777" w:rsidR="00214C21" w:rsidRDefault="00B41876">
      <w:pPr>
        <w:pStyle w:val="Heading1"/>
      </w:pPr>
      <w:bookmarkStart w:id="0" w:name="_Toc242630364"/>
      <w:r>
        <w:t>Samenvatting</w:t>
      </w:r>
      <w:bookmarkEnd w:id="0"/>
    </w:p>
    <w:p w14:paraId="21D1D06E" w14:textId="77777777" w:rsidR="00214C21" w:rsidRDefault="00B41876">
      <w:r>
        <w:t>Beschrijf in één pagina wat u gaat doen, waarom klanten voor u kiezen en onder welke voorwaarden het plan haalbaar is. Werk dit hoofdstuk als laatste uit.</w:t>
      </w:r>
    </w:p>
    <w:p w14:paraId="0935E0EF" w14:textId="77777777" w:rsidR="00214C21" w:rsidRDefault="00B41876">
      <w:pPr>
        <w:pStyle w:val="Heading2"/>
      </w:pPr>
      <w:r>
        <w:t>Onderneming en klantwaarde</w:t>
      </w:r>
    </w:p>
    <w:p w14:paraId="7302E38C" w14:textId="77777777" w:rsidR="00214C21" w:rsidRDefault="00B41876">
      <w:pPr>
        <w:pStyle w:val="Invulhulp"/>
      </w:pPr>
      <w:r>
        <w:t>Noem uw aanbod, belangrijkste doelgroep, werkgebied en het probleem dat u oplost. Vermijd algemene beloften.</w:t>
      </w:r>
    </w:p>
    <w:p w14:paraId="50E070F0" w14:textId="77777777" w:rsidR="00214C21" w:rsidRDefault="001B51A9">
      <w:pPr>
        <w:pStyle w:val="Invulveld"/>
      </w:pPr>
      <w:sdt>
        <w:sdtPr>
          <w:alias w:val="Wij leveren … aan … zodat zij … Onze belangrijkste reden om voor ons te kiezen is …"/>
          <w:tag w:val="antwoord_007"/>
          <w:id w:val="1006"/>
        </w:sdtPr>
        <w:sdtEndPr/>
        <w:sdtContent>
          <w:r w:rsidR="00B41876">
            <w:rPr>
              <w:color w:val="000000"/>
            </w:rPr>
            <w:t>[Wij leveren … aan … zodat zij … Onze belangrijkste reden om voor ons te kiezen is …]</w:t>
          </w:r>
        </w:sdtContent>
      </w:sdt>
    </w:p>
    <w:p w14:paraId="4D59836C" w14:textId="77777777" w:rsidR="00214C21" w:rsidRDefault="00B41876">
      <w:pPr>
        <w:pStyle w:val="Heading2"/>
      </w:pPr>
      <w:r>
        <w:t>Marktkans en bewijs</w:t>
      </w:r>
    </w:p>
    <w:p w14:paraId="7E13B713" w14:textId="77777777" w:rsidR="00214C21" w:rsidRDefault="00B41876">
      <w:pPr>
        <w:pStyle w:val="Invulhulp"/>
      </w:pPr>
      <w:r>
        <w:t>Benoem het sterkste bewijs van vraag, relevante concurrentie en uw onderscheid. Maak duidelijk wat nog getest moet worden.</w:t>
      </w:r>
    </w:p>
    <w:p w14:paraId="556342DF" w14:textId="77777777" w:rsidR="00214C21" w:rsidRDefault="001B51A9">
      <w:pPr>
        <w:pStyle w:val="Invulveld"/>
      </w:pPr>
      <w:sdt>
        <w:sdtPr>
          <w:alias w:val="De vraag blijkt uit … Ten opzichte van … onderscheiden wij ons door … Nog te toetsen is …"/>
          <w:tag w:val="antwoord_008"/>
          <w:id w:val="1007"/>
        </w:sdtPr>
        <w:sdtEndPr/>
        <w:sdtContent>
          <w:r w:rsidR="00B41876">
            <w:rPr>
              <w:color w:val="000000"/>
            </w:rPr>
            <w:t>[De vraag blijkt uit … Ten opzichte van … onderscheiden wij ons door … Nog te toetsen is …]</w:t>
          </w:r>
        </w:sdtContent>
      </w:sdt>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458"/>
        <w:gridCol w:w="1984"/>
        <w:gridCol w:w="1984"/>
        <w:gridCol w:w="1984"/>
      </w:tblGrid>
      <w:tr w:rsidR="00214C21" w14:paraId="5C2F60E3" w14:textId="77777777">
        <w:trPr>
          <w:cantSplit/>
          <w:tblHeader/>
          <w:jc w:val="center"/>
        </w:trPr>
        <w:tc>
          <w:tcPr>
            <w:tcW w:w="3458" w:type="dxa"/>
            <w:shd w:val="clear" w:color="auto" w:fill="1A263D"/>
            <w:tcMar>
              <w:top w:w="80" w:type="dxa"/>
              <w:left w:w="100" w:type="dxa"/>
              <w:bottom w:w="80" w:type="dxa"/>
              <w:right w:w="100" w:type="dxa"/>
            </w:tcMar>
            <w:vAlign w:val="center"/>
          </w:tcPr>
          <w:p w14:paraId="5C093F4D" w14:textId="77777777" w:rsidR="00214C21" w:rsidRDefault="00B41876">
            <w:pPr>
              <w:pStyle w:val="Tabeltekst"/>
              <w:spacing w:line="254" w:lineRule="auto"/>
            </w:pPr>
            <w:r>
              <w:rPr>
                <w:b/>
                <w:color w:val="FFFFFF"/>
              </w:rPr>
              <w:t>Kerncijfer</w:t>
            </w:r>
          </w:p>
        </w:tc>
        <w:tc>
          <w:tcPr>
            <w:tcW w:w="1984" w:type="dxa"/>
            <w:shd w:val="clear" w:color="auto" w:fill="1A263D"/>
            <w:tcMar>
              <w:top w:w="80" w:type="dxa"/>
              <w:left w:w="100" w:type="dxa"/>
              <w:bottom w:w="80" w:type="dxa"/>
              <w:right w:w="100" w:type="dxa"/>
            </w:tcMar>
            <w:vAlign w:val="center"/>
          </w:tcPr>
          <w:p w14:paraId="69CE4217" w14:textId="77777777" w:rsidR="00214C21" w:rsidRDefault="00B41876">
            <w:pPr>
              <w:pStyle w:val="Tabeltekst"/>
              <w:spacing w:line="254" w:lineRule="auto"/>
              <w:jc w:val="center"/>
            </w:pPr>
            <w:r>
              <w:rPr>
                <w:b/>
                <w:color w:val="FFFFFF"/>
              </w:rPr>
              <w:t>Jaar 1</w:t>
            </w:r>
          </w:p>
        </w:tc>
        <w:tc>
          <w:tcPr>
            <w:tcW w:w="1984" w:type="dxa"/>
            <w:shd w:val="clear" w:color="auto" w:fill="1A263D"/>
            <w:tcMar>
              <w:top w:w="80" w:type="dxa"/>
              <w:left w:w="100" w:type="dxa"/>
              <w:bottom w:w="80" w:type="dxa"/>
              <w:right w:w="100" w:type="dxa"/>
            </w:tcMar>
            <w:vAlign w:val="center"/>
          </w:tcPr>
          <w:p w14:paraId="28CA5362" w14:textId="77777777" w:rsidR="00214C21" w:rsidRDefault="00B41876">
            <w:pPr>
              <w:pStyle w:val="Tabeltekst"/>
              <w:spacing w:line="254" w:lineRule="auto"/>
              <w:jc w:val="center"/>
            </w:pPr>
            <w:r>
              <w:rPr>
                <w:b/>
                <w:color w:val="FFFFFF"/>
              </w:rPr>
              <w:t>Jaar 2</w:t>
            </w:r>
          </w:p>
        </w:tc>
        <w:tc>
          <w:tcPr>
            <w:tcW w:w="1984" w:type="dxa"/>
            <w:shd w:val="clear" w:color="auto" w:fill="1A263D"/>
            <w:tcMar>
              <w:top w:w="80" w:type="dxa"/>
              <w:left w:w="100" w:type="dxa"/>
              <w:bottom w:w="80" w:type="dxa"/>
              <w:right w:w="100" w:type="dxa"/>
            </w:tcMar>
            <w:vAlign w:val="center"/>
          </w:tcPr>
          <w:p w14:paraId="74EDA712" w14:textId="77777777" w:rsidR="00214C21" w:rsidRDefault="00B41876">
            <w:pPr>
              <w:pStyle w:val="Tabeltekst"/>
              <w:spacing w:line="254" w:lineRule="auto"/>
              <w:jc w:val="center"/>
            </w:pPr>
            <w:r>
              <w:rPr>
                <w:b/>
                <w:color w:val="FFFFFF"/>
              </w:rPr>
              <w:t>Jaar 3</w:t>
            </w:r>
          </w:p>
        </w:tc>
      </w:tr>
      <w:tr w:rsidR="00214C21" w14:paraId="5A9BF736" w14:textId="77777777">
        <w:trPr>
          <w:cantSplit/>
          <w:jc w:val="center"/>
        </w:trPr>
        <w:tc>
          <w:tcPr>
            <w:tcW w:w="3458" w:type="dxa"/>
            <w:shd w:val="clear" w:color="auto" w:fill="FFFFFF"/>
            <w:tcMar>
              <w:top w:w="80" w:type="dxa"/>
              <w:left w:w="100" w:type="dxa"/>
              <w:bottom w:w="80" w:type="dxa"/>
              <w:right w:w="100" w:type="dxa"/>
            </w:tcMar>
            <w:vAlign w:val="center"/>
          </w:tcPr>
          <w:p w14:paraId="20A4CE57" w14:textId="77777777" w:rsidR="00214C21" w:rsidRDefault="00B41876">
            <w:pPr>
              <w:pStyle w:val="Tabeltekst"/>
              <w:spacing w:line="254" w:lineRule="auto"/>
            </w:pPr>
            <w:r>
              <w:t>Omzet exclusief btw</w:t>
            </w:r>
          </w:p>
        </w:tc>
        <w:tc>
          <w:tcPr>
            <w:tcW w:w="1984" w:type="dxa"/>
            <w:shd w:val="clear" w:color="auto" w:fill="FFFFFF"/>
            <w:tcMar>
              <w:top w:w="80" w:type="dxa"/>
              <w:left w:w="100" w:type="dxa"/>
              <w:bottom w:w="80" w:type="dxa"/>
              <w:right w:w="100" w:type="dxa"/>
            </w:tcMar>
            <w:vAlign w:val="center"/>
          </w:tcPr>
          <w:p w14:paraId="6D8CAC54" w14:textId="77777777" w:rsidR="00214C21" w:rsidRDefault="001B51A9">
            <w:pPr>
              <w:pStyle w:val="Tabeltekst"/>
              <w:spacing w:line="254" w:lineRule="auto"/>
              <w:jc w:val="center"/>
            </w:pPr>
            <w:sdt>
              <w:sdtPr>
                <w:alias w:val="€ …"/>
                <w:tag w:val="antwoord_009"/>
                <w:id w:val="1008"/>
                <w:text/>
              </w:sdtPr>
              <w:sdtEndPr/>
              <w:sdtContent>
                <w:r w:rsidR="00B41876">
                  <w:t>[€ …]</w:t>
                </w:r>
              </w:sdtContent>
            </w:sdt>
          </w:p>
        </w:tc>
        <w:tc>
          <w:tcPr>
            <w:tcW w:w="1984" w:type="dxa"/>
            <w:shd w:val="clear" w:color="auto" w:fill="FFFFFF"/>
            <w:tcMar>
              <w:top w:w="80" w:type="dxa"/>
              <w:left w:w="100" w:type="dxa"/>
              <w:bottom w:w="80" w:type="dxa"/>
              <w:right w:w="100" w:type="dxa"/>
            </w:tcMar>
            <w:vAlign w:val="center"/>
          </w:tcPr>
          <w:p w14:paraId="48BC12B8" w14:textId="77777777" w:rsidR="00214C21" w:rsidRDefault="001B51A9">
            <w:pPr>
              <w:pStyle w:val="Tabeltekst"/>
              <w:spacing w:line="254" w:lineRule="auto"/>
              <w:jc w:val="center"/>
            </w:pPr>
            <w:sdt>
              <w:sdtPr>
                <w:alias w:val="€ …"/>
                <w:tag w:val="antwoord_010"/>
                <w:id w:val="1009"/>
                <w:text/>
              </w:sdtPr>
              <w:sdtEndPr/>
              <w:sdtContent>
                <w:r w:rsidR="00B41876">
                  <w:t>[€ …]</w:t>
                </w:r>
              </w:sdtContent>
            </w:sdt>
          </w:p>
        </w:tc>
        <w:tc>
          <w:tcPr>
            <w:tcW w:w="1984" w:type="dxa"/>
            <w:shd w:val="clear" w:color="auto" w:fill="FFFFFF"/>
            <w:tcMar>
              <w:top w:w="80" w:type="dxa"/>
              <w:left w:w="100" w:type="dxa"/>
              <w:bottom w:w="80" w:type="dxa"/>
              <w:right w:w="100" w:type="dxa"/>
            </w:tcMar>
            <w:vAlign w:val="center"/>
          </w:tcPr>
          <w:p w14:paraId="7226EE96" w14:textId="77777777" w:rsidR="00214C21" w:rsidRDefault="001B51A9">
            <w:pPr>
              <w:pStyle w:val="Tabeltekst"/>
              <w:spacing w:line="254" w:lineRule="auto"/>
              <w:jc w:val="center"/>
            </w:pPr>
            <w:sdt>
              <w:sdtPr>
                <w:alias w:val="€ …"/>
                <w:tag w:val="antwoord_011"/>
                <w:id w:val="1010"/>
                <w:text/>
              </w:sdtPr>
              <w:sdtEndPr/>
              <w:sdtContent>
                <w:r w:rsidR="00B41876">
                  <w:t>[€ …]</w:t>
                </w:r>
              </w:sdtContent>
            </w:sdt>
          </w:p>
        </w:tc>
      </w:tr>
      <w:tr w:rsidR="00214C21" w14:paraId="377AED65" w14:textId="77777777">
        <w:trPr>
          <w:cantSplit/>
          <w:jc w:val="center"/>
        </w:trPr>
        <w:tc>
          <w:tcPr>
            <w:tcW w:w="3458" w:type="dxa"/>
            <w:shd w:val="clear" w:color="auto" w:fill="F1F6FA"/>
            <w:tcMar>
              <w:top w:w="80" w:type="dxa"/>
              <w:left w:w="100" w:type="dxa"/>
              <w:bottom w:w="80" w:type="dxa"/>
              <w:right w:w="100" w:type="dxa"/>
            </w:tcMar>
            <w:vAlign w:val="center"/>
          </w:tcPr>
          <w:p w14:paraId="2C67C33C" w14:textId="77777777" w:rsidR="00214C21" w:rsidRDefault="00B41876">
            <w:pPr>
              <w:pStyle w:val="Tabeltekst"/>
              <w:spacing w:line="254" w:lineRule="auto"/>
            </w:pPr>
            <w:r>
              <w:t>Brutomarge in procenten</w:t>
            </w:r>
          </w:p>
        </w:tc>
        <w:tc>
          <w:tcPr>
            <w:tcW w:w="1984" w:type="dxa"/>
            <w:shd w:val="clear" w:color="auto" w:fill="F1F6FA"/>
            <w:tcMar>
              <w:top w:w="80" w:type="dxa"/>
              <w:left w:w="100" w:type="dxa"/>
              <w:bottom w:w="80" w:type="dxa"/>
              <w:right w:w="100" w:type="dxa"/>
            </w:tcMar>
            <w:vAlign w:val="center"/>
          </w:tcPr>
          <w:p w14:paraId="23B9AEDD" w14:textId="77777777" w:rsidR="00214C21" w:rsidRDefault="001B51A9">
            <w:pPr>
              <w:pStyle w:val="Tabeltekst"/>
              <w:spacing w:line="254" w:lineRule="auto"/>
              <w:jc w:val="center"/>
            </w:pPr>
            <w:sdt>
              <w:sdtPr>
                <w:alias w:val="…%"/>
                <w:tag w:val="antwoord_012"/>
                <w:id w:val="1011"/>
                <w:text/>
              </w:sdtPr>
              <w:sdtEndPr/>
              <w:sdtContent>
                <w:r w:rsidR="00B41876">
                  <w:t>[…%]</w:t>
                </w:r>
              </w:sdtContent>
            </w:sdt>
          </w:p>
        </w:tc>
        <w:tc>
          <w:tcPr>
            <w:tcW w:w="1984" w:type="dxa"/>
            <w:shd w:val="clear" w:color="auto" w:fill="F1F6FA"/>
            <w:tcMar>
              <w:top w:w="80" w:type="dxa"/>
              <w:left w:w="100" w:type="dxa"/>
              <w:bottom w:w="80" w:type="dxa"/>
              <w:right w:w="100" w:type="dxa"/>
            </w:tcMar>
            <w:vAlign w:val="center"/>
          </w:tcPr>
          <w:p w14:paraId="25761480" w14:textId="77777777" w:rsidR="00214C21" w:rsidRDefault="001B51A9">
            <w:pPr>
              <w:pStyle w:val="Tabeltekst"/>
              <w:spacing w:line="254" w:lineRule="auto"/>
              <w:jc w:val="center"/>
            </w:pPr>
            <w:sdt>
              <w:sdtPr>
                <w:alias w:val="…%"/>
                <w:tag w:val="antwoord_013"/>
                <w:id w:val="1012"/>
                <w:text/>
              </w:sdtPr>
              <w:sdtEndPr/>
              <w:sdtContent>
                <w:r w:rsidR="00B41876">
                  <w:t>[…%]</w:t>
                </w:r>
              </w:sdtContent>
            </w:sdt>
          </w:p>
        </w:tc>
        <w:tc>
          <w:tcPr>
            <w:tcW w:w="1984" w:type="dxa"/>
            <w:shd w:val="clear" w:color="auto" w:fill="F1F6FA"/>
            <w:tcMar>
              <w:top w:w="80" w:type="dxa"/>
              <w:left w:w="100" w:type="dxa"/>
              <w:bottom w:w="80" w:type="dxa"/>
              <w:right w:w="100" w:type="dxa"/>
            </w:tcMar>
            <w:vAlign w:val="center"/>
          </w:tcPr>
          <w:p w14:paraId="3DFD3F87" w14:textId="77777777" w:rsidR="00214C21" w:rsidRDefault="001B51A9">
            <w:pPr>
              <w:pStyle w:val="Tabeltekst"/>
              <w:spacing w:line="254" w:lineRule="auto"/>
              <w:jc w:val="center"/>
            </w:pPr>
            <w:sdt>
              <w:sdtPr>
                <w:alias w:val="…%"/>
                <w:tag w:val="antwoord_014"/>
                <w:id w:val="1013"/>
                <w:text/>
              </w:sdtPr>
              <w:sdtEndPr/>
              <w:sdtContent>
                <w:r w:rsidR="00B41876">
                  <w:t>[…%]</w:t>
                </w:r>
              </w:sdtContent>
            </w:sdt>
          </w:p>
        </w:tc>
      </w:tr>
      <w:tr w:rsidR="00214C21" w14:paraId="515F4AA0" w14:textId="77777777">
        <w:trPr>
          <w:cantSplit/>
          <w:jc w:val="center"/>
        </w:trPr>
        <w:tc>
          <w:tcPr>
            <w:tcW w:w="3458" w:type="dxa"/>
            <w:shd w:val="clear" w:color="auto" w:fill="FFFFFF"/>
            <w:tcMar>
              <w:top w:w="80" w:type="dxa"/>
              <w:left w:w="100" w:type="dxa"/>
              <w:bottom w:w="80" w:type="dxa"/>
              <w:right w:w="100" w:type="dxa"/>
            </w:tcMar>
            <w:vAlign w:val="center"/>
          </w:tcPr>
          <w:p w14:paraId="01F1FCE2" w14:textId="77777777" w:rsidR="00214C21" w:rsidRDefault="00B41876">
            <w:pPr>
              <w:pStyle w:val="Tabeltekst"/>
              <w:spacing w:line="254" w:lineRule="auto"/>
            </w:pPr>
            <w:r>
              <w:t>Bedrijfsresultaat</w:t>
            </w:r>
          </w:p>
        </w:tc>
        <w:tc>
          <w:tcPr>
            <w:tcW w:w="1984" w:type="dxa"/>
            <w:shd w:val="clear" w:color="auto" w:fill="FFFFFF"/>
            <w:tcMar>
              <w:top w:w="80" w:type="dxa"/>
              <w:left w:w="100" w:type="dxa"/>
              <w:bottom w:w="80" w:type="dxa"/>
              <w:right w:w="100" w:type="dxa"/>
            </w:tcMar>
            <w:vAlign w:val="center"/>
          </w:tcPr>
          <w:p w14:paraId="3B7F1EA0" w14:textId="77777777" w:rsidR="00214C21" w:rsidRDefault="001B51A9">
            <w:pPr>
              <w:pStyle w:val="Tabeltekst"/>
              <w:spacing w:line="254" w:lineRule="auto"/>
              <w:jc w:val="center"/>
            </w:pPr>
            <w:sdt>
              <w:sdtPr>
                <w:alias w:val="€ …"/>
                <w:tag w:val="antwoord_015"/>
                <w:id w:val="1014"/>
                <w:text/>
              </w:sdtPr>
              <w:sdtEndPr/>
              <w:sdtContent>
                <w:r w:rsidR="00B41876">
                  <w:t>[€ …]</w:t>
                </w:r>
              </w:sdtContent>
            </w:sdt>
          </w:p>
        </w:tc>
        <w:tc>
          <w:tcPr>
            <w:tcW w:w="1984" w:type="dxa"/>
            <w:shd w:val="clear" w:color="auto" w:fill="FFFFFF"/>
            <w:tcMar>
              <w:top w:w="80" w:type="dxa"/>
              <w:left w:w="100" w:type="dxa"/>
              <w:bottom w:w="80" w:type="dxa"/>
              <w:right w:w="100" w:type="dxa"/>
            </w:tcMar>
            <w:vAlign w:val="center"/>
          </w:tcPr>
          <w:p w14:paraId="16C6C6A2" w14:textId="77777777" w:rsidR="00214C21" w:rsidRDefault="001B51A9">
            <w:pPr>
              <w:pStyle w:val="Tabeltekst"/>
              <w:spacing w:line="254" w:lineRule="auto"/>
              <w:jc w:val="center"/>
            </w:pPr>
            <w:sdt>
              <w:sdtPr>
                <w:alias w:val="€ …"/>
                <w:tag w:val="antwoord_016"/>
                <w:id w:val="1015"/>
                <w:text/>
              </w:sdtPr>
              <w:sdtEndPr/>
              <w:sdtContent>
                <w:r w:rsidR="00B41876">
                  <w:t>[€ …]</w:t>
                </w:r>
              </w:sdtContent>
            </w:sdt>
          </w:p>
        </w:tc>
        <w:tc>
          <w:tcPr>
            <w:tcW w:w="1984" w:type="dxa"/>
            <w:shd w:val="clear" w:color="auto" w:fill="FFFFFF"/>
            <w:tcMar>
              <w:top w:w="80" w:type="dxa"/>
              <w:left w:w="100" w:type="dxa"/>
              <w:bottom w:w="80" w:type="dxa"/>
              <w:right w:w="100" w:type="dxa"/>
            </w:tcMar>
            <w:vAlign w:val="center"/>
          </w:tcPr>
          <w:p w14:paraId="62BEEB8C" w14:textId="77777777" w:rsidR="00214C21" w:rsidRDefault="001B51A9">
            <w:pPr>
              <w:pStyle w:val="Tabeltekst"/>
              <w:spacing w:line="254" w:lineRule="auto"/>
              <w:jc w:val="center"/>
            </w:pPr>
            <w:sdt>
              <w:sdtPr>
                <w:alias w:val="€ …"/>
                <w:tag w:val="antwoord_017"/>
                <w:id w:val="1016"/>
                <w:text/>
              </w:sdtPr>
              <w:sdtEndPr/>
              <w:sdtContent>
                <w:r w:rsidR="00B41876">
                  <w:t>[€ …]</w:t>
                </w:r>
              </w:sdtContent>
            </w:sdt>
          </w:p>
        </w:tc>
      </w:tr>
      <w:tr w:rsidR="00214C21" w14:paraId="3D5C3F17" w14:textId="77777777">
        <w:trPr>
          <w:cantSplit/>
          <w:jc w:val="center"/>
        </w:trPr>
        <w:tc>
          <w:tcPr>
            <w:tcW w:w="3458" w:type="dxa"/>
            <w:shd w:val="clear" w:color="auto" w:fill="F1F6FA"/>
            <w:tcMar>
              <w:top w:w="80" w:type="dxa"/>
              <w:left w:w="100" w:type="dxa"/>
              <w:bottom w:w="80" w:type="dxa"/>
              <w:right w:w="100" w:type="dxa"/>
            </w:tcMar>
            <w:vAlign w:val="center"/>
          </w:tcPr>
          <w:p w14:paraId="4FBEC420" w14:textId="77777777" w:rsidR="00214C21" w:rsidRDefault="00B41876">
            <w:pPr>
              <w:pStyle w:val="Tabeltekst"/>
              <w:spacing w:line="254" w:lineRule="auto"/>
            </w:pPr>
            <w:r>
              <w:t>Laagste kasstand in het jaar</w:t>
            </w:r>
          </w:p>
        </w:tc>
        <w:tc>
          <w:tcPr>
            <w:tcW w:w="1984" w:type="dxa"/>
            <w:shd w:val="clear" w:color="auto" w:fill="F1F6FA"/>
            <w:tcMar>
              <w:top w:w="80" w:type="dxa"/>
              <w:left w:w="100" w:type="dxa"/>
              <w:bottom w:w="80" w:type="dxa"/>
              <w:right w:w="100" w:type="dxa"/>
            </w:tcMar>
            <w:vAlign w:val="center"/>
          </w:tcPr>
          <w:p w14:paraId="6476DDF5" w14:textId="77777777" w:rsidR="00214C21" w:rsidRDefault="001B51A9">
            <w:pPr>
              <w:pStyle w:val="Tabeltekst"/>
              <w:spacing w:line="254" w:lineRule="auto"/>
              <w:jc w:val="center"/>
            </w:pPr>
            <w:sdt>
              <w:sdtPr>
                <w:alias w:val="€ …"/>
                <w:tag w:val="antwoord_018"/>
                <w:id w:val="1017"/>
                <w:text/>
              </w:sdtPr>
              <w:sdtEndPr/>
              <w:sdtContent>
                <w:r w:rsidR="00B41876">
                  <w:t>[€ …]</w:t>
                </w:r>
              </w:sdtContent>
            </w:sdt>
          </w:p>
        </w:tc>
        <w:tc>
          <w:tcPr>
            <w:tcW w:w="1984" w:type="dxa"/>
            <w:shd w:val="clear" w:color="auto" w:fill="F1F6FA"/>
            <w:tcMar>
              <w:top w:w="80" w:type="dxa"/>
              <w:left w:w="100" w:type="dxa"/>
              <w:bottom w:w="80" w:type="dxa"/>
              <w:right w:w="100" w:type="dxa"/>
            </w:tcMar>
            <w:vAlign w:val="center"/>
          </w:tcPr>
          <w:p w14:paraId="3F2DF425" w14:textId="77777777" w:rsidR="00214C21" w:rsidRDefault="001B51A9">
            <w:pPr>
              <w:pStyle w:val="Tabeltekst"/>
              <w:spacing w:line="254" w:lineRule="auto"/>
              <w:jc w:val="center"/>
            </w:pPr>
            <w:sdt>
              <w:sdtPr>
                <w:alias w:val="€ …"/>
                <w:tag w:val="antwoord_019"/>
                <w:id w:val="1018"/>
                <w:text/>
              </w:sdtPr>
              <w:sdtEndPr/>
              <w:sdtContent>
                <w:r w:rsidR="00B41876">
                  <w:t>[€ …]</w:t>
                </w:r>
              </w:sdtContent>
            </w:sdt>
          </w:p>
        </w:tc>
        <w:tc>
          <w:tcPr>
            <w:tcW w:w="1984" w:type="dxa"/>
            <w:shd w:val="clear" w:color="auto" w:fill="F1F6FA"/>
            <w:tcMar>
              <w:top w:w="80" w:type="dxa"/>
              <w:left w:w="100" w:type="dxa"/>
              <w:bottom w:w="80" w:type="dxa"/>
              <w:right w:w="100" w:type="dxa"/>
            </w:tcMar>
            <w:vAlign w:val="center"/>
          </w:tcPr>
          <w:p w14:paraId="60FBF7BF" w14:textId="77777777" w:rsidR="00214C21" w:rsidRDefault="001B51A9">
            <w:pPr>
              <w:pStyle w:val="Tabeltekst"/>
              <w:spacing w:line="254" w:lineRule="auto"/>
              <w:jc w:val="center"/>
            </w:pPr>
            <w:sdt>
              <w:sdtPr>
                <w:alias w:val="€ …"/>
                <w:tag w:val="antwoord_020"/>
                <w:id w:val="1019"/>
                <w:text/>
              </w:sdtPr>
              <w:sdtEndPr/>
              <w:sdtContent>
                <w:r w:rsidR="00B41876">
                  <w:t>[€ …]</w:t>
                </w:r>
              </w:sdtContent>
            </w:sdt>
          </w:p>
        </w:tc>
      </w:tr>
    </w:tbl>
    <w:p w14:paraId="16ED33FE" w14:textId="77777777" w:rsidR="00214C21" w:rsidRDefault="00214C21">
      <w:pPr>
        <w:spacing w:after="0"/>
      </w:pPr>
    </w:p>
    <w:p w14:paraId="24F05A90" w14:textId="77777777" w:rsidR="00214C21" w:rsidRDefault="00B41876">
      <w:pPr>
        <w:pStyle w:val="Heading2"/>
      </w:pPr>
      <w:r>
        <w:t>Financiering en haalbaarheid</w:t>
      </w:r>
    </w:p>
    <w:p w14:paraId="33CEFE23" w14:textId="77777777" w:rsidR="00214C21" w:rsidRDefault="00B41876">
      <w:pPr>
        <w:pStyle w:val="Invulhulp"/>
      </w:pPr>
      <w:r>
        <w:t>Vat benodigde middelen, eigen inbreng, externe aanvraag en beschikbare buffer samen. Benoem bij een lening hoe rente en aflossing worden betaald.</w:t>
      </w:r>
    </w:p>
    <w:p w14:paraId="26F8448E" w14:textId="77777777" w:rsidR="00214C21" w:rsidRDefault="001B51A9">
      <w:pPr>
        <w:pStyle w:val="Invulveld"/>
      </w:pPr>
      <w:sdt>
        <w:sdtPr>
          <w:alias w:val="Wij hebben € … nodig. Eigen inbreng is € … en externe financiering € … De kasbuffer is … De belangrijkste voorwaarde voo"/>
          <w:tag w:val="antwoord_021"/>
          <w:id w:val="1020"/>
        </w:sdtPr>
        <w:sdtEndPr/>
        <w:sdtContent>
          <w:r w:rsidR="00B41876">
            <w:rPr>
              <w:color w:val="000000"/>
            </w:rPr>
            <w:t>[Wij hebben € … nodig. Eigen inbreng is € … en externe financiering € … De kasbuffer is … De belangrijkste voorwaarde voor haalbaarheid is …]</w:t>
          </w:r>
        </w:sdtContent>
      </w:sdt>
    </w:p>
    <w:p w14:paraId="1D6ACC23" w14:textId="77777777" w:rsidR="00214C21" w:rsidRDefault="00B41876">
      <w:pPr>
        <w:pStyle w:val="Heading2"/>
      </w:pPr>
      <w:r>
        <w:t>Belangrijkste keuze en eerstvolgende stap</w:t>
      </w:r>
    </w:p>
    <w:p w14:paraId="2526184F" w14:textId="77777777" w:rsidR="00214C21" w:rsidRDefault="00B41876">
      <w:pPr>
        <w:pStyle w:val="Invulhulp"/>
      </w:pPr>
      <w:r>
        <w:t>Geef de drie belangrijkste prioriteiten, het grootste risico en het besluit dat u van de lezer vraagt.</w:t>
      </w:r>
    </w:p>
    <w:p w14:paraId="417F4E04" w14:textId="77777777" w:rsidR="00214C21" w:rsidRDefault="001B51A9">
      <w:pPr>
        <w:pStyle w:val="Invulveld"/>
      </w:pPr>
      <w:sdt>
        <w:sdtPr>
          <w:alias w:val="Onze prioriteiten zijn … Het grootste risico is … met als maatregel … Het gevraagde besluit en de eerstvolgende stap zij"/>
          <w:tag w:val="antwoord_022"/>
          <w:id w:val="1021"/>
        </w:sdtPr>
        <w:sdtEndPr/>
        <w:sdtContent>
          <w:r w:rsidR="00B41876">
            <w:rPr>
              <w:color w:val="000000"/>
            </w:rPr>
            <w:t>[Onze prioriteiten zijn … Het grootste risico is … met als maatregel … Het gevraagde besluit en de eerstvolgende stap zijn …]</w:t>
          </w:r>
        </w:sdtContent>
      </w:sdt>
    </w:p>
    <w:p w14:paraId="4BE0B596" w14:textId="77777777" w:rsidR="00214C21" w:rsidRDefault="00B41876">
      <w:r>
        <w:br w:type="page"/>
      </w:r>
    </w:p>
    <w:p w14:paraId="06A315EF" w14:textId="77777777" w:rsidR="00214C21" w:rsidRDefault="00B41876">
      <w:pPr>
        <w:pStyle w:val="Sectielabel"/>
      </w:pPr>
      <w:r>
        <w:lastRenderedPageBreak/>
        <w:t>02  /  ONDERNEMING</w:t>
      </w:r>
    </w:p>
    <w:p w14:paraId="398D2E84" w14:textId="77777777" w:rsidR="00214C21" w:rsidRDefault="00B41876">
      <w:pPr>
        <w:pStyle w:val="Heading1"/>
      </w:pPr>
      <w:bookmarkStart w:id="1" w:name="_Toc242630365"/>
      <w:r>
        <w:t>De onderneming</w:t>
      </w:r>
      <w:bookmarkEnd w:id="1"/>
    </w:p>
    <w:p w14:paraId="783E5CBC" w14:textId="77777777" w:rsidR="00214C21" w:rsidRDefault="00B41876">
      <w:r>
        <w:t>Leg vast wat de onderneming doet, hoe zij is ingericht en welke ontwikkeling dit plan ondersteunt.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6576"/>
      </w:tblGrid>
      <w:tr w:rsidR="00214C21" w14:paraId="1DF937F3" w14:textId="77777777">
        <w:trPr>
          <w:cantSplit/>
          <w:tblHeader/>
          <w:jc w:val="center"/>
        </w:trPr>
        <w:tc>
          <w:tcPr>
            <w:tcW w:w="2835" w:type="dxa"/>
            <w:shd w:val="clear" w:color="auto" w:fill="1A263D"/>
            <w:tcMar>
              <w:top w:w="80" w:type="dxa"/>
              <w:left w:w="100" w:type="dxa"/>
              <w:bottom w:w="80" w:type="dxa"/>
              <w:right w:w="100" w:type="dxa"/>
            </w:tcMar>
            <w:vAlign w:val="center"/>
          </w:tcPr>
          <w:p w14:paraId="0B788FE3" w14:textId="77777777" w:rsidR="00214C21" w:rsidRDefault="00B41876">
            <w:pPr>
              <w:pStyle w:val="Tabeltekst"/>
              <w:spacing w:line="254" w:lineRule="auto"/>
            </w:pPr>
            <w:r>
              <w:rPr>
                <w:b/>
                <w:color w:val="FFFFFF"/>
              </w:rPr>
              <w:t>Gegeven</w:t>
            </w:r>
          </w:p>
        </w:tc>
        <w:tc>
          <w:tcPr>
            <w:tcW w:w="6576" w:type="dxa"/>
            <w:shd w:val="clear" w:color="auto" w:fill="1A263D"/>
            <w:tcMar>
              <w:top w:w="80" w:type="dxa"/>
              <w:left w:w="100" w:type="dxa"/>
              <w:bottom w:w="80" w:type="dxa"/>
              <w:right w:w="100" w:type="dxa"/>
            </w:tcMar>
            <w:vAlign w:val="center"/>
          </w:tcPr>
          <w:p w14:paraId="2B34A70C" w14:textId="77777777" w:rsidR="00214C21" w:rsidRDefault="00B41876">
            <w:pPr>
              <w:pStyle w:val="Tabeltekst"/>
              <w:spacing w:line="254" w:lineRule="auto"/>
            </w:pPr>
            <w:r>
              <w:rPr>
                <w:b/>
                <w:color w:val="FFFFFF"/>
              </w:rPr>
              <w:t>Uw onderneming</w:t>
            </w:r>
          </w:p>
        </w:tc>
      </w:tr>
      <w:tr w:rsidR="00214C21" w14:paraId="2D0F1544" w14:textId="77777777">
        <w:trPr>
          <w:cantSplit/>
          <w:jc w:val="center"/>
        </w:trPr>
        <w:tc>
          <w:tcPr>
            <w:tcW w:w="2835" w:type="dxa"/>
            <w:shd w:val="clear" w:color="auto" w:fill="FFFFFF"/>
            <w:tcMar>
              <w:top w:w="80" w:type="dxa"/>
              <w:left w:w="100" w:type="dxa"/>
              <w:bottom w:w="80" w:type="dxa"/>
              <w:right w:w="100" w:type="dxa"/>
            </w:tcMar>
            <w:vAlign w:val="center"/>
          </w:tcPr>
          <w:p w14:paraId="7CE42EC7" w14:textId="77777777" w:rsidR="00214C21" w:rsidRDefault="00B41876">
            <w:pPr>
              <w:pStyle w:val="Tabeltekst"/>
              <w:spacing w:line="254" w:lineRule="auto"/>
            </w:pPr>
            <w:r>
              <w:t>Handelsnaam en juridische naam</w:t>
            </w:r>
          </w:p>
        </w:tc>
        <w:tc>
          <w:tcPr>
            <w:tcW w:w="6576" w:type="dxa"/>
            <w:shd w:val="clear" w:color="auto" w:fill="FFFFFF"/>
            <w:tcMar>
              <w:top w:w="80" w:type="dxa"/>
              <w:left w:w="100" w:type="dxa"/>
              <w:bottom w:w="80" w:type="dxa"/>
              <w:right w:w="100" w:type="dxa"/>
            </w:tcMar>
            <w:vAlign w:val="center"/>
          </w:tcPr>
          <w:p w14:paraId="58E38FC3" w14:textId="77777777" w:rsidR="00214C21" w:rsidRDefault="001B51A9">
            <w:pPr>
              <w:pStyle w:val="Tabeltekst"/>
              <w:spacing w:line="254" w:lineRule="auto"/>
            </w:pPr>
            <w:sdt>
              <w:sdtPr>
                <w:alias w:val="Naam of namen"/>
                <w:tag w:val="antwoord_023"/>
                <w:id w:val="1022"/>
                <w:text/>
              </w:sdtPr>
              <w:sdtEndPr/>
              <w:sdtContent>
                <w:r w:rsidR="00B41876">
                  <w:t>[Naam of namen]</w:t>
                </w:r>
              </w:sdtContent>
            </w:sdt>
          </w:p>
        </w:tc>
      </w:tr>
      <w:tr w:rsidR="00214C21" w14:paraId="7853722C" w14:textId="77777777">
        <w:trPr>
          <w:cantSplit/>
          <w:jc w:val="center"/>
        </w:trPr>
        <w:tc>
          <w:tcPr>
            <w:tcW w:w="2835" w:type="dxa"/>
            <w:shd w:val="clear" w:color="auto" w:fill="F1F6FA"/>
            <w:tcMar>
              <w:top w:w="80" w:type="dxa"/>
              <w:left w:w="100" w:type="dxa"/>
              <w:bottom w:w="80" w:type="dxa"/>
              <w:right w:w="100" w:type="dxa"/>
            </w:tcMar>
            <w:vAlign w:val="center"/>
          </w:tcPr>
          <w:p w14:paraId="36AF9AFC" w14:textId="77777777" w:rsidR="00214C21" w:rsidRDefault="00B41876">
            <w:pPr>
              <w:pStyle w:val="Tabeltekst"/>
              <w:spacing w:line="254" w:lineRule="auto"/>
            </w:pPr>
            <w:r>
              <w:t>Vestiging en werkgebied</w:t>
            </w:r>
          </w:p>
        </w:tc>
        <w:tc>
          <w:tcPr>
            <w:tcW w:w="6576" w:type="dxa"/>
            <w:shd w:val="clear" w:color="auto" w:fill="F1F6FA"/>
            <w:tcMar>
              <w:top w:w="80" w:type="dxa"/>
              <w:left w:w="100" w:type="dxa"/>
              <w:bottom w:w="80" w:type="dxa"/>
              <w:right w:w="100" w:type="dxa"/>
            </w:tcMar>
            <w:vAlign w:val="center"/>
          </w:tcPr>
          <w:p w14:paraId="09D981C1" w14:textId="77777777" w:rsidR="00214C21" w:rsidRDefault="001B51A9">
            <w:pPr>
              <w:pStyle w:val="Tabeltekst"/>
              <w:spacing w:line="254" w:lineRule="auto"/>
            </w:pPr>
            <w:sdt>
              <w:sdtPr>
                <w:alias w:val="Vestigingsplaats, online of fysiek, bereik"/>
                <w:tag w:val="antwoord_024"/>
                <w:id w:val="1023"/>
                <w:text/>
              </w:sdtPr>
              <w:sdtEndPr/>
              <w:sdtContent>
                <w:r w:rsidR="00B41876">
                  <w:t>[Vestigingsplaats, online of fysiek, bereik]</w:t>
                </w:r>
              </w:sdtContent>
            </w:sdt>
          </w:p>
        </w:tc>
      </w:tr>
      <w:tr w:rsidR="00214C21" w14:paraId="632CF63C" w14:textId="77777777">
        <w:trPr>
          <w:cantSplit/>
          <w:jc w:val="center"/>
        </w:trPr>
        <w:tc>
          <w:tcPr>
            <w:tcW w:w="2835" w:type="dxa"/>
            <w:shd w:val="clear" w:color="auto" w:fill="FFFFFF"/>
            <w:tcMar>
              <w:top w:w="80" w:type="dxa"/>
              <w:left w:w="100" w:type="dxa"/>
              <w:bottom w:w="80" w:type="dxa"/>
              <w:right w:w="100" w:type="dxa"/>
            </w:tcMar>
            <w:vAlign w:val="center"/>
          </w:tcPr>
          <w:p w14:paraId="344FF081" w14:textId="77777777" w:rsidR="00214C21" w:rsidRDefault="00B41876">
            <w:pPr>
              <w:pStyle w:val="Tabeltekst"/>
              <w:spacing w:line="254" w:lineRule="auto"/>
            </w:pPr>
            <w:r>
              <w:t>Branche en SBI indeling</w:t>
            </w:r>
          </w:p>
        </w:tc>
        <w:tc>
          <w:tcPr>
            <w:tcW w:w="6576" w:type="dxa"/>
            <w:shd w:val="clear" w:color="auto" w:fill="FFFFFF"/>
            <w:tcMar>
              <w:top w:w="80" w:type="dxa"/>
              <w:left w:w="100" w:type="dxa"/>
              <w:bottom w:w="80" w:type="dxa"/>
              <w:right w:w="100" w:type="dxa"/>
            </w:tcMar>
            <w:vAlign w:val="center"/>
          </w:tcPr>
          <w:p w14:paraId="79CA5BB4" w14:textId="77777777" w:rsidR="00214C21" w:rsidRDefault="001B51A9">
            <w:pPr>
              <w:pStyle w:val="Tabeltekst"/>
              <w:spacing w:line="254" w:lineRule="auto"/>
            </w:pPr>
            <w:sdt>
              <w:sdtPr>
                <w:alias w:val="Activiteit, code en gebruikte indeling"/>
                <w:tag w:val="antwoord_025"/>
                <w:id w:val="1024"/>
                <w:text/>
              </w:sdtPr>
              <w:sdtEndPr/>
              <w:sdtContent>
                <w:r w:rsidR="00B41876">
                  <w:t>[Activiteit, code en gebruikte indeling]</w:t>
                </w:r>
              </w:sdtContent>
            </w:sdt>
          </w:p>
        </w:tc>
      </w:tr>
      <w:tr w:rsidR="00214C21" w14:paraId="5E9138AC" w14:textId="77777777">
        <w:trPr>
          <w:cantSplit/>
          <w:jc w:val="center"/>
        </w:trPr>
        <w:tc>
          <w:tcPr>
            <w:tcW w:w="2835" w:type="dxa"/>
            <w:shd w:val="clear" w:color="auto" w:fill="F1F6FA"/>
            <w:tcMar>
              <w:top w:w="80" w:type="dxa"/>
              <w:left w:w="100" w:type="dxa"/>
              <w:bottom w:w="80" w:type="dxa"/>
              <w:right w:w="100" w:type="dxa"/>
            </w:tcMar>
            <w:vAlign w:val="center"/>
          </w:tcPr>
          <w:p w14:paraId="4EEF40BA" w14:textId="77777777" w:rsidR="00214C21" w:rsidRDefault="00B41876">
            <w:pPr>
              <w:pStyle w:val="Tabeltekst"/>
              <w:spacing w:line="254" w:lineRule="auto"/>
            </w:pPr>
            <w:r>
              <w:t>Rechtsvorm en eigendom</w:t>
            </w:r>
          </w:p>
        </w:tc>
        <w:tc>
          <w:tcPr>
            <w:tcW w:w="6576" w:type="dxa"/>
            <w:shd w:val="clear" w:color="auto" w:fill="F1F6FA"/>
            <w:tcMar>
              <w:top w:w="80" w:type="dxa"/>
              <w:left w:w="100" w:type="dxa"/>
              <w:bottom w:w="80" w:type="dxa"/>
              <w:right w:w="100" w:type="dxa"/>
            </w:tcMar>
            <w:vAlign w:val="center"/>
          </w:tcPr>
          <w:p w14:paraId="4B92ECBF" w14:textId="77777777" w:rsidR="00214C21" w:rsidRDefault="001B51A9">
            <w:pPr>
              <w:pStyle w:val="Tabeltekst"/>
              <w:spacing w:line="254" w:lineRule="auto"/>
            </w:pPr>
            <w:sdt>
              <w:sdtPr>
                <w:alias w:val="Rechtsvorm, eigenaren en aandelen of belangen"/>
                <w:tag w:val="antwoord_026"/>
                <w:id w:val="1025"/>
                <w:text/>
              </w:sdtPr>
              <w:sdtEndPr/>
              <w:sdtContent>
                <w:r w:rsidR="00B41876">
                  <w:t>[Rechtsvorm, eigenaren en aandelen of belangen]</w:t>
                </w:r>
              </w:sdtContent>
            </w:sdt>
          </w:p>
        </w:tc>
      </w:tr>
      <w:tr w:rsidR="00214C21" w14:paraId="4F1CFF0F" w14:textId="77777777">
        <w:trPr>
          <w:cantSplit/>
          <w:jc w:val="center"/>
        </w:trPr>
        <w:tc>
          <w:tcPr>
            <w:tcW w:w="2835" w:type="dxa"/>
            <w:shd w:val="clear" w:color="auto" w:fill="FFFFFF"/>
            <w:tcMar>
              <w:top w:w="80" w:type="dxa"/>
              <w:left w:w="100" w:type="dxa"/>
              <w:bottom w:w="80" w:type="dxa"/>
              <w:right w:w="100" w:type="dxa"/>
            </w:tcMar>
            <w:vAlign w:val="center"/>
          </w:tcPr>
          <w:p w14:paraId="0437FDCC" w14:textId="77777777" w:rsidR="00214C21" w:rsidRDefault="00B41876">
            <w:pPr>
              <w:pStyle w:val="Tabeltekst"/>
              <w:spacing w:line="254" w:lineRule="auto"/>
            </w:pPr>
            <w:r>
              <w:t>Startdatum of historie</w:t>
            </w:r>
          </w:p>
        </w:tc>
        <w:tc>
          <w:tcPr>
            <w:tcW w:w="6576" w:type="dxa"/>
            <w:shd w:val="clear" w:color="auto" w:fill="FFFFFF"/>
            <w:tcMar>
              <w:top w:w="80" w:type="dxa"/>
              <w:left w:w="100" w:type="dxa"/>
              <w:bottom w:w="80" w:type="dxa"/>
              <w:right w:w="100" w:type="dxa"/>
            </w:tcMar>
            <w:vAlign w:val="center"/>
          </w:tcPr>
          <w:p w14:paraId="73103061" w14:textId="77777777" w:rsidR="00214C21" w:rsidRDefault="001B51A9">
            <w:pPr>
              <w:pStyle w:val="Tabeltekst"/>
              <w:spacing w:line="254" w:lineRule="auto"/>
            </w:pPr>
            <w:sdt>
              <w:sdtPr>
                <w:alias w:val="Beoogde start of bestaande onderneming sinds …"/>
                <w:tag w:val="antwoord_027"/>
                <w:id w:val="1026"/>
                <w:text/>
              </w:sdtPr>
              <w:sdtEndPr/>
              <w:sdtContent>
                <w:r w:rsidR="00B41876">
                  <w:t>[Beoogde start of bestaande onderneming sinds …]</w:t>
                </w:r>
              </w:sdtContent>
            </w:sdt>
          </w:p>
        </w:tc>
      </w:tr>
      <w:tr w:rsidR="00214C21" w14:paraId="3CA9B5CC" w14:textId="77777777">
        <w:trPr>
          <w:cantSplit/>
          <w:jc w:val="center"/>
        </w:trPr>
        <w:tc>
          <w:tcPr>
            <w:tcW w:w="2835" w:type="dxa"/>
            <w:shd w:val="clear" w:color="auto" w:fill="F1F6FA"/>
            <w:tcMar>
              <w:top w:w="80" w:type="dxa"/>
              <w:left w:w="100" w:type="dxa"/>
              <w:bottom w:w="80" w:type="dxa"/>
              <w:right w:w="100" w:type="dxa"/>
            </w:tcMar>
            <w:vAlign w:val="center"/>
          </w:tcPr>
          <w:p w14:paraId="2671CC2D" w14:textId="77777777" w:rsidR="00214C21" w:rsidRDefault="00B41876">
            <w:pPr>
              <w:pStyle w:val="Tabeltekst"/>
              <w:spacing w:line="254" w:lineRule="auto"/>
            </w:pPr>
            <w:r>
              <w:t>Registratie en contact</w:t>
            </w:r>
          </w:p>
        </w:tc>
        <w:tc>
          <w:tcPr>
            <w:tcW w:w="6576" w:type="dxa"/>
            <w:shd w:val="clear" w:color="auto" w:fill="F1F6FA"/>
            <w:tcMar>
              <w:top w:w="80" w:type="dxa"/>
              <w:left w:w="100" w:type="dxa"/>
              <w:bottom w:w="80" w:type="dxa"/>
              <w:right w:w="100" w:type="dxa"/>
            </w:tcMar>
            <w:vAlign w:val="center"/>
          </w:tcPr>
          <w:p w14:paraId="76B29922" w14:textId="77777777" w:rsidR="00214C21" w:rsidRDefault="001B51A9">
            <w:pPr>
              <w:pStyle w:val="Tabeltekst"/>
              <w:spacing w:line="254" w:lineRule="auto"/>
            </w:pPr>
            <w:sdt>
              <w:sdtPr>
                <w:alias w:val="KvK indien aanwezig, website, zakelijke contactpersoon"/>
                <w:tag w:val="antwoord_028"/>
                <w:id w:val="1027"/>
                <w:text/>
              </w:sdtPr>
              <w:sdtEndPr/>
              <w:sdtContent>
                <w:r w:rsidR="00B41876">
                  <w:t>[KvK indien aanwezig, website, zakelijke contactpersoon]</w:t>
                </w:r>
              </w:sdtContent>
            </w:sdt>
          </w:p>
        </w:tc>
      </w:tr>
      <w:tr w:rsidR="00214C21" w14:paraId="222F6F92" w14:textId="77777777">
        <w:trPr>
          <w:cantSplit/>
          <w:jc w:val="center"/>
        </w:trPr>
        <w:tc>
          <w:tcPr>
            <w:tcW w:w="2835" w:type="dxa"/>
            <w:shd w:val="clear" w:color="auto" w:fill="FFFFFF"/>
            <w:tcMar>
              <w:top w:w="80" w:type="dxa"/>
              <w:left w:w="100" w:type="dxa"/>
              <w:bottom w:w="80" w:type="dxa"/>
              <w:right w:w="100" w:type="dxa"/>
            </w:tcMar>
            <w:vAlign w:val="center"/>
          </w:tcPr>
          <w:p w14:paraId="55B0241B" w14:textId="77777777" w:rsidR="00214C21" w:rsidRDefault="00B41876">
            <w:pPr>
              <w:pStyle w:val="Tabeltekst"/>
              <w:spacing w:line="254" w:lineRule="auto"/>
            </w:pPr>
            <w:r>
              <w:t>Planperiode en doel</w:t>
            </w:r>
          </w:p>
        </w:tc>
        <w:tc>
          <w:tcPr>
            <w:tcW w:w="6576" w:type="dxa"/>
            <w:shd w:val="clear" w:color="auto" w:fill="FFFFFF"/>
            <w:tcMar>
              <w:top w:w="80" w:type="dxa"/>
              <w:left w:w="100" w:type="dxa"/>
              <w:bottom w:w="80" w:type="dxa"/>
              <w:right w:w="100" w:type="dxa"/>
            </w:tcMar>
            <w:vAlign w:val="center"/>
          </w:tcPr>
          <w:p w14:paraId="61660735" w14:textId="77777777" w:rsidR="00214C21" w:rsidRDefault="001B51A9">
            <w:pPr>
              <w:pStyle w:val="Tabeltekst"/>
              <w:spacing w:line="254" w:lineRule="auto"/>
            </w:pPr>
            <w:sdt>
              <w:sdtPr>
                <w:alias w:val="Periode, beoogde verandering en lezer"/>
                <w:tag w:val="antwoord_029"/>
                <w:id w:val="1028"/>
                <w:text/>
              </w:sdtPr>
              <w:sdtEndPr/>
              <w:sdtContent>
                <w:r w:rsidR="00B41876">
                  <w:t>[Periode, beoogde verandering en lezer]</w:t>
                </w:r>
              </w:sdtContent>
            </w:sdt>
          </w:p>
        </w:tc>
      </w:tr>
    </w:tbl>
    <w:p w14:paraId="10D7FC6C" w14:textId="77777777" w:rsidR="00214C21" w:rsidRDefault="00214C21">
      <w:pPr>
        <w:spacing w:after="0"/>
      </w:pPr>
    </w:p>
    <w:p w14:paraId="48FB808B" w14:textId="77777777" w:rsidR="00214C21" w:rsidRDefault="00B41876">
      <w:pPr>
        <w:pStyle w:val="Heading2"/>
      </w:pPr>
      <w:r>
        <w:t>Bedrijfsidee en uitgangssituatie</w:t>
      </w:r>
    </w:p>
    <w:p w14:paraId="737F2F02" w14:textId="77777777" w:rsidR="00214C21" w:rsidRDefault="00B41876">
      <w:pPr>
        <w:pStyle w:val="Invulhulp"/>
      </w:pPr>
      <w:r>
        <w:t>Wat gebeurt er nu, wat verandert u en waarom? Beschrijf bij een bestaand bedrijf de huidige prestaties en het knelpunt.</w:t>
      </w:r>
    </w:p>
    <w:p w14:paraId="713B49BF" w14:textId="77777777" w:rsidR="00214C21" w:rsidRDefault="001B51A9">
      <w:pPr>
        <w:pStyle w:val="Invulveld"/>
      </w:pPr>
      <w:sdt>
        <w:sdtPr>
          <w:alias w:val="Ons bedrijf … De huidige situatie is … Met dit plan willen wij …"/>
          <w:tag w:val="antwoord_030"/>
          <w:id w:val="1029"/>
        </w:sdtPr>
        <w:sdtEndPr/>
        <w:sdtContent>
          <w:r w:rsidR="00B41876">
            <w:rPr>
              <w:color w:val="000000"/>
            </w:rPr>
            <w:t>[Ons bedrijf … De huidige situatie is … Met dit plan willen wij …]</w:t>
          </w:r>
        </w:sdtContent>
      </w:sdt>
    </w:p>
    <w:p w14:paraId="0A89257E" w14:textId="77777777" w:rsidR="00214C21" w:rsidRDefault="00B41876">
      <w:pPr>
        <w:pStyle w:val="Heading2"/>
      </w:pPr>
      <w:r>
        <w:t>Missie en toekomstbeeld</w:t>
      </w:r>
    </w:p>
    <w:p w14:paraId="4A70050D" w14:textId="77777777" w:rsidR="00214C21" w:rsidRDefault="00B41876">
      <w:pPr>
        <w:pStyle w:val="Invulhulp"/>
      </w:pPr>
      <w:r>
        <w:t>Maak concreet voor wie u waarde creëert en hoe het bedrijf er over drie jaar uit moet zien.</w:t>
      </w:r>
    </w:p>
    <w:p w14:paraId="467E98FE" w14:textId="77777777" w:rsidR="00214C21" w:rsidRDefault="001B51A9">
      <w:pPr>
        <w:pStyle w:val="Invulveld"/>
      </w:pPr>
      <w:sdt>
        <w:sdtPr>
          <w:alias w:val="Wij bestaan om … Over drie jaar willen wij … Dit blijkt uit …"/>
          <w:tag w:val="antwoord_031"/>
          <w:id w:val="1030"/>
        </w:sdtPr>
        <w:sdtEndPr/>
        <w:sdtContent>
          <w:r w:rsidR="00B41876">
            <w:rPr>
              <w:color w:val="000000"/>
            </w:rPr>
            <w:t>[Wij bestaan om … Over drie jaar willen wij … Dit blijkt uit …]</w:t>
          </w:r>
        </w:sdtContent>
      </w:sdt>
    </w:p>
    <w:p w14:paraId="01C016E1" w14:textId="77777777" w:rsidR="00214C21" w:rsidRDefault="00B41876">
      <w:pPr>
        <w:pStyle w:val="Heading2"/>
      </w:pPr>
      <w:r>
        <w:t>Afbakening</w:t>
      </w:r>
    </w:p>
    <w:p w14:paraId="413A579B" w14:textId="77777777" w:rsidR="00214C21" w:rsidRDefault="00B41876">
      <w:pPr>
        <w:pStyle w:val="Invulhulp"/>
      </w:pPr>
      <w:r>
        <w:t>Benoem activiteiten, klantgroepen of gebieden waarop u zich bewust niet richt. Leg afhankelijkheden van groepsmaatschappijen of partners vast.</w:t>
      </w:r>
    </w:p>
    <w:p w14:paraId="763FB30B" w14:textId="77777777" w:rsidR="00214C21" w:rsidRDefault="001B51A9">
      <w:pPr>
        <w:pStyle w:val="Invulveld"/>
      </w:pPr>
      <w:sdt>
        <w:sdtPr>
          <w:alias w:val="Wij richten ons op … Buiten de scope vallen … Belangrijke afhankelijkheden zijn …"/>
          <w:tag w:val="antwoord_032"/>
          <w:id w:val="1031"/>
        </w:sdtPr>
        <w:sdtEndPr/>
        <w:sdtContent>
          <w:r w:rsidR="00B41876">
            <w:rPr>
              <w:color w:val="000000"/>
            </w:rPr>
            <w:t>[Wij richten ons op … Buiten de scope vallen … Belangrijke afhankelijkheden zijn …]</w:t>
          </w:r>
        </w:sdtContent>
      </w:sdt>
    </w:p>
    <w:p w14:paraId="04C4A6C2" w14:textId="77777777" w:rsidR="00214C21" w:rsidRDefault="00B41876">
      <w:r>
        <w:br w:type="page"/>
      </w:r>
    </w:p>
    <w:p w14:paraId="073E1A66" w14:textId="77777777" w:rsidR="00214C21" w:rsidRDefault="00B41876">
      <w:pPr>
        <w:pStyle w:val="Sectielabel"/>
      </w:pPr>
      <w:r>
        <w:lastRenderedPageBreak/>
        <w:t>03  /  ONDERNEMER</w:t>
      </w:r>
    </w:p>
    <w:p w14:paraId="74877E30" w14:textId="77777777" w:rsidR="00214C21" w:rsidRDefault="00B41876">
      <w:pPr>
        <w:pStyle w:val="Heading1"/>
      </w:pPr>
      <w:bookmarkStart w:id="2" w:name="_Toc242630366"/>
      <w:r>
        <w:t>De ondernemer en het team</w:t>
      </w:r>
      <w:bookmarkEnd w:id="2"/>
    </w:p>
    <w:p w14:paraId="0D00EE0D" w14:textId="77777777" w:rsidR="00214C21" w:rsidRDefault="00B41876">
      <w:r>
        <w:t>Onderbouw waarom u dit bedrijf kunt leiden en hoe u ontbrekende ervaring of capaciteit aanvult. Herhaal de gegevens per ondernemer wanneer dat nodig is.</w:t>
      </w:r>
    </w:p>
    <w:p w14:paraId="77B930E0" w14:textId="77777777" w:rsidR="00214C21" w:rsidRDefault="00B41876">
      <w:pPr>
        <w:pStyle w:val="Heading2"/>
      </w:pPr>
      <w:r>
        <w:t>Motivatie en relevante ervaring</w:t>
      </w:r>
    </w:p>
    <w:p w14:paraId="1694FE82" w14:textId="77777777" w:rsidR="00214C21" w:rsidRDefault="00B41876">
      <w:pPr>
        <w:pStyle w:val="Invulhulp"/>
      </w:pPr>
      <w:r>
        <w:t>Beschrijf uw motivatie, opleiding, branchekennis, commerciële ervaring en ervaring met financiën of leidinggeven. Verwijs naar een cv in de bijlage.</w:t>
      </w:r>
    </w:p>
    <w:p w14:paraId="6CF481E3" w14:textId="77777777" w:rsidR="00214C21" w:rsidRDefault="001B51A9">
      <w:pPr>
        <w:pStyle w:val="Invulveld"/>
      </w:pPr>
      <w:sdt>
        <w:sdtPr>
          <w:alias w:val="Ik wil deze onderneming ontwikkelen omdat … Mijn relevante ervaring is … Aantoonbare resultaten zijn …"/>
          <w:tag w:val="antwoord_033"/>
          <w:id w:val="1032"/>
        </w:sdtPr>
        <w:sdtEndPr/>
        <w:sdtContent>
          <w:r w:rsidR="00B41876">
            <w:rPr>
              <w:color w:val="000000"/>
            </w:rPr>
            <w:t>[Ik wil deze onderneming ontwikkelen omdat … Mijn relevante ervaring is … Aantoonbare resultaten zijn …]</w:t>
          </w:r>
        </w:sdtContent>
      </w:sdt>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24"/>
        <w:gridCol w:w="3402"/>
        <w:gridCol w:w="3685"/>
      </w:tblGrid>
      <w:tr w:rsidR="00214C21" w14:paraId="2A7FC63F" w14:textId="77777777">
        <w:trPr>
          <w:cantSplit/>
          <w:tblHeader/>
          <w:jc w:val="center"/>
        </w:trPr>
        <w:tc>
          <w:tcPr>
            <w:tcW w:w="2324" w:type="dxa"/>
            <w:shd w:val="clear" w:color="auto" w:fill="1A263D"/>
            <w:tcMar>
              <w:top w:w="80" w:type="dxa"/>
              <w:left w:w="100" w:type="dxa"/>
              <w:bottom w:w="80" w:type="dxa"/>
              <w:right w:w="100" w:type="dxa"/>
            </w:tcMar>
            <w:vAlign w:val="center"/>
          </w:tcPr>
          <w:p w14:paraId="7B27D84C" w14:textId="77777777" w:rsidR="00214C21" w:rsidRDefault="00B41876">
            <w:pPr>
              <w:pStyle w:val="Tabeltekst"/>
              <w:spacing w:line="254" w:lineRule="auto"/>
            </w:pPr>
            <w:r>
              <w:rPr>
                <w:b/>
                <w:color w:val="FFFFFF"/>
              </w:rPr>
              <w:t>Vaardigheid of rol</w:t>
            </w:r>
          </w:p>
        </w:tc>
        <w:tc>
          <w:tcPr>
            <w:tcW w:w="3402" w:type="dxa"/>
            <w:shd w:val="clear" w:color="auto" w:fill="1A263D"/>
            <w:tcMar>
              <w:top w:w="80" w:type="dxa"/>
              <w:left w:w="100" w:type="dxa"/>
              <w:bottom w:w="80" w:type="dxa"/>
              <w:right w:w="100" w:type="dxa"/>
            </w:tcMar>
            <w:vAlign w:val="center"/>
          </w:tcPr>
          <w:p w14:paraId="42A1DF1C" w14:textId="77777777" w:rsidR="00214C21" w:rsidRDefault="00B41876">
            <w:pPr>
              <w:pStyle w:val="Tabeltekst"/>
              <w:spacing w:line="254" w:lineRule="auto"/>
            </w:pPr>
            <w:r>
              <w:rPr>
                <w:b/>
                <w:color w:val="FFFFFF"/>
              </w:rPr>
              <w:t>Sterkte of tekort</w:t>
            </w:r>
          </w:p>
        </w:tc>
        <w:tc>
          <w:tcPr>
            <w:tcW w:w="3685" w:type="dxa"/>
            <w:shd w:val="clear" w:color="auto" w:fill="1A263D"/>
            <w:tcMar>
              <w:top w:w="80" w:type="dxa"/>
              <w:left w:w="100" w:type="dxa"/>
              <w:bottom w:w="80" w:type="dxa"/>
              <w:right w:w="100" w:type="dxa"/>
            </w:tcMar>
            <w:vAlign w:val="center"/>
          </w:tcPr>
          <w:p w14:paraId="56F9069E" w14:textId="77777777" w:rsidR="00214C21" w:rsidRDefault="00B41876">
            <w:pPr>
              <w:pStyle w:val="Tabeltekst"/>
              <w:spacing w:line="254" w:lineRule="auto"/>
            </w:pPr>
            <w:r>
              <w:rPr>
                <w:b/>
                <w:color w:val="FFFFFF"/>
              </w:rPr>
              <w:t>Aanpak en eigenaar</w:t>
            </w:r>
          </w:p>
        </w:tc>
      </w:tr>
      <w:tr w:rsidR="00214C21" w14:paraId="1341E044" w14:textId="77777777">
        <w:trPr>
          <w:cantSplit/>
          <w:jc w:val="center"/>
        </w:trPr>
        <w:tc>
          <w:tcPr>
            <w:tcW w:w="2324" w:type="dxa"/>
            <w:shd w:val="clear" w:color="auto" w:fill="FFFFFF"/>
            <w:tcMar>
              <w:top w:w="80" w:type="dxa"/>
              <w:left w:w="100" w:type="dxa"/>
              <w:bottom w:w="80" w:type="dxa"/>
              <w:right w:w="100" w:type="dxa"/>
            </w:tcMar>
            <w:vAlign w:val="center"/>
          </w:tcPr>
          <w:p w14:paraId="02E5397B" w14:textId="77777777" w:rsidR="00214C21" w:rsidRDefault="00B41876">
            <w:pPr>
              <w:pStyle w:val="Tabeltekst"/>
              <w:spacing w:line="254" w:lineRule="auto"/>
            </w:pPr>
            <w:r>
              <w:t>Vakinhoud en kwaliteit</w:t>
            </w:r>
          </w:p>
        </w:tc>
        <w:tc>
          <w:tcPr>
            <w:tcW w:w="3402" w:type="dxa"/>
            <w:shd w:val="clear" w:color="auto" w:fill="FFFFFF"/>
            <w:tcMar>
              <w:top w:w="80" w:type="dxa"/>
              <w:left w:w="100" w:type="dxa"/>
              <w:bottom w:w="80" w:type="dxa"/>
              <w:right w:w="100" w:type="dxa"/>
            </w:tcMar>
            <w:vAlign w:val="center"/>
          </w:tcPr>
          <w:p w14:paraId="2EDAC7F3" w14:textId="77777777" w:rsidR="00214C21" w:rsidRDefault="001B51A9">
            <w:pPr>
              <w:pStyle w:val="Tabeltekst"/>
              <w:spacing w:line="254" w:lineRule="auto"/>
            </w:pPr>
            <w:sdt>
              <w:sdtPr>
                <w:alias w:val="Bewijs of ontwikkelpunt"/>
                <w:tag w:val="antwoord_034"/>
                <w:id w:val="1033"/>
                <w:text/>
              </w:sdtPr>
              <w:sdtEndPr/>
              <w:sdtContent>
                <w:r w:rsidR="00B41876">
                  <w:t>[Bewijs of ontwikkelpunt]</w:t>
                </w:r>
              </w:sdtContent>
            </w:sdt>
          </w:p>
        </w:tc>
        <w:tc>
          <w:tcPr>
            <w:tcW w:w="3685" w:type="dxa"/>
            <w:shd w:val="clear" w:color="auto" w:fill="FFFFFF"/>
            <w:tcMar>
              <w:top w:w="80" w:type="dxa"/>
              <w:left w:w="100" w:type="dxa"/>
              <w:bottom w:w="80" w:type="dxa"/>
              <w:right w:w="100" w:type="dxa"/>
            </w:tcMar>
            <w:vAlign w:val="center"/>
          </w:tcPr>
          <w:p w14:paraId="1A358BD3" w14:textId="77777777" w:rsidR="00214C21" w:rsidRDefault="001B51A9">
            <w:pPr>
              <w:pStyle w:val="Tabeltekst"/>
              <w:spacing w:line="254" w:lineRule="auto"/>
            </w:pPr>
            <w:sdt>
              <w:sdtPr>
                <w:alias w:val="Actie en verantwoordelijke"/>
                <w:tag w:val="antwoord_035"/>
                <w:id w:val="1034"/>
                <w:text/>
              </w:sdtPr>
              <w:sdtEndPr/>
              <w:sdtContent>
                <w:r w:rsidR="00B41876">
                  <w:t>[Actie en verantwoordelijke]</w:t>
                </w:r>
              </w:sdtContent>
            </w:sdt>
          </w:p>
        </w:tc>
      </w:tr>
      <w:tr w:rsidR="00214C21" w14:paraId="5BBE422D" w14:textId="77777777">
        <w:trPr>
          <w:cantSplit/>
          <w:jc w:val="center"/>
        </w:trPr>
        <w:tc>
          <w:tcPr>
            <w:tcW w:w="2324" w:type="dxa"/>
            <w:shd w:val="clear" w:color="auto" w:fill="F1F6FA"/>
            <w:tcMar>
              <w:top w:w="80" w:type="dxa"/>
              <w:left w:w="100" w:type="dxa"/>
              <w:bottom w:w="80" w:type="dxa"/>
              <w:right w:w="100" w:type="dxa"/>
            </w:tcMar>
            <w:vAlign w:val="center"/>
          </w:tcPr>
          <w:p w14:paraId="61455689" w14:textId="77777777" w:rsidR="00214C21" w:rsidRDefault="00B41876">
            <w:pPr>
              <w:pStyle w:val="Tabeltekst"/>
              <w:spacing w:line="254" w:lineRule="auto"/>
            </w:pPr>
            <w:r>
              <w:t>Verkoop en klantrelaties</w:t>
            </w:r>
          </w:p>
        </w:tc>
        <w:tc>
          <w:tcPr>
            <w:tcW w:w="3402" w:type="dxa"/>
            <w:shd w:val="clear" w:color="auto" w:fill="F1F6FA"/>
            <w:tcMar>
              <w:top w:w="80" w:type="dxa"/>
              <w:left w:w="100" w:type="dxa"/>
              <w:bottom w:w="80" w:type="dxa"/>
              <w:right w:w="100" w:type="dxa"/>
            </w:tcMar>
            <w:vAlign w:val="center"/>
          </w:tcPr>
          <w:p w14:paraId="3C15AAB3" w14:textId="77777777" w:rsidR="00214C21" w:rsidRDefault="001B51A9">
            <w:pPr>
              <w:pStyle w:val="Tabeltekst"/>
              <w:spacing w:line="254" w:lineRule="auto"/>
            </w:pPr>
            <w:sdt>
              <w:sdtPr>
                <w:alias w:val="Bewijs of ontwikkelpunt"/>
                <w:tag w:val="antwoord_036"/>
                <w:id w:val="1035"/>
                <w:text/>
              </w:sdtPr>
              <w:sdtEndPr/>
              <w:sdtContent>
                <w:r w:rsidR="00B41876">
                  <w:t>[Bewijs of ontwikkelpunt]</w:t>
                </w:r>
              </w:sdtContent>
            </w:sdt>
          </w:p>
        </w:tc>
        <w:tc>
          <w:tcPr>
            <w:tcW w:w="3685" w:type="dxa"/>
            <w:shd w:val="clear" w:color="auto" w:fill="F1F6FA"/>
            <w:tcMar>
              <w:top w:w="80" w:type="dxa"/>
              <w:left w:w="100" w:type="dxa"/>
              <w:bottom w:w="80" w:type="dxa"/>
              <w:right w:w="100" w:type="dxa"/>
            </w:tcMar>
            <w:vAlign w:val="center"/>
          </w:tcPr>
          <w:p w14:paraId="26426235" w14:textId="77777777" w:rsidR="00214C21" w:rsidRDefault="001B51A9">
            <w:pPr>
              <w:pStyle w:val="Tabeltekst"/>
              <w:spacing w:line="254" w:lineRule="auto"/>
            </w:pPr>
            <w:sdt>
              <w:sdtPr>
                <w:alias w:val="Actie en verantwoordelijke"/>
                <w:tag w:val="antwoord_037"/>
                <w:id w:val="1036"/>
                <w:text/>
              </w:sdtPr>
              <w:sdtEndPr/>
              <w:sdtContent>
                <w:r w:rsidR="00B41876">
                  <w:t>[Actie en verantwoordelijke]</w:t>
                </w:r>
              </w:sdtContent>
            </w:sdt>
          </w:p>
        </w:tc>
      </w:tr>
      <w:tr w:rsidR="00214C21" w14:paraId="7FA97556" w14:textId="77777777">
        <w:trPr>
          <w:cantSplit/>
          <w:jc w:val="center"/>
        </w:trPr>
        <w:tc>
          <w:tcPr>
            <w:tcW w:w="2324" w:type="dxa"/>
            <w:shd w:val="clear" w:color="auto" w:fill="FFFFFF"/>
            <w:tcMar>
              <w:top w:w="80" w:type="dxa"/>
              <w:left w:w="100" w:type="dxa"/>
              <w:bottom w:w="80" w:type="dxa"/>
              <w:right w:w="100" w:type="dxa"/>
            </w:tcMar>
            <w:vAlign w:val="center"/>
          </w:tcPr>
          <w:p w14:paraId="2CFD97A8" w14:textId="77777777" w:rsidR="00214C21" w:rsidRDefault="00B41876">
            <w:pPr>
              <w:pStyle w:val="Tabeltekst"/>
              <w:spacing w:line="254" w:lineRule="auto"/>
            </w:pPr>
            <w:r>
              <w:t>Financieel beheer</w:t>
            </w:r>
          </w:p>
        </w:tc>
        <w:tc>
          <w:tcPr>
            <w:tcW w:w="3402" w:type="dxa"/>
            <w:shd w:val="clear" w:color="auto" w:fill="FFFFFF"/>
            <w:tcMar>
              <w:top w:w="80" w:type="dxa"/>
              <w:left w:w="100" w:type="dxa"/>
              <w:bottom w:w="80" w:type="dxa"/>
              <w:right w:w="100" w:type="dxa"/>
            </w:tcMar>
            <w:vAlign w:val="center"/>
          </w:tcPr>
          <w:p w14:paraId="17AFE3AC" w14:textId="77777777" w:rsidR="00214C21" w:rsidRDefault="001B51A9">
            <w:pPr>
              <w:pStyle w:val="Tabeltekst"/>
              <w:spacing w:line="254" w:lineRule="auto"/>
            </w:pPr>
            <w:sdt>
              <w:sdtPr>
                <w:alias w:val="Bewijs of ontwikkelpunt"/>
                <w:tag w:val="antwoord_038"/>
                <w:id w:val="1037"/>
                <w:text/>
              </w:sdtPr>
              <w:sdtEndPr/>
              <w:sdtContent>
                <w:r w:rsidR="00B41876">
                  <w:t>[Bewijs of ontwikkelpunt]</w:t>
                </w:r>
              </w:sdtContent>
            </w:sdt>
          </w:p>
        </w:tc>
        <w:tc>
          <w:tcPr>
            <w:tcW w:w="3685" w:type="dxa"/>
            <w:shd w:val="clear" w:color="auto" w:fill="FFFFFF"/>
            <w:tcMar>
              <w:top w:w="80" w:type="dxa"/>
              <w:left w:w="100" w:type="dxa"/>
              <w:bottom w:w="80" w:type="dxa"/>
              <w:right w:w="100" w:type="dxa"/>
            </w:tcMar>
            <w:vAlign w:val="center"/>
          </w:tcPr>
          <w:p w14:paraId="51BDF694" w14:textId="77777777" w:rsidR="00214C21" w:rsidRDefault="001B51A9">
            <w:pPr>
              <w:pStyle w:val="Tabeltekst"/>
              <w:spacing w:line="254" w:lineRule="auto"/>
            </w:pPr>
            <w:sdt>
              <w:sdtPr>
                <w:alias w:val="Actie en verantwoordelijke"/>
                <w:tag w:val="antwoord_039"/>
                <w:id w:val="1038"/>
                <w:text/>
              </w:sdtPr>
              <w:sdtEndPr/>
              <w:sdtContent>
                <w:r w:rsidR="00B41876">
                  <w:t>[Actie en verantwoordelijke]</w:t>
                </w:r>
              </w:sdtContent>
            </w:sdt>
          </w:p>
        </w:tc>
      </w:tr>
      <w:tr w:rsidR="00214C21" w14:paraId="7A524AE0" w14:textId="77777777">
        <w:trPr>
          <w:cantSplit/>
          <w:jc w:val="center"/>
        </w:trPr>
        <w:tc>
          <w:tcPr>
            <w:tcW w:w="2324" w:type="dxa"/>
            <w:shd w:val="clear" w:color="auto" w:fill="F1F6FA"/>
            <w:tcMar>
              <w:top w:w="80" w:type="dxa"/>
              <w:left w:w="100" w:type="dxa"/>
              <w:bottom w:w="80" w:type="dxa"/>
              <w:right w:w="100" w:type="dxa"/>
            </w:tcMar>
            <w:vAlign w:val="center"/>
          </w:tcPr>
          <w:p w14:paraId="230761D3" w14:textId="77777777" w:rsidR="00214C21" w:rsidRDefault="00B41876">
            <w:pPr>
              <w:pStyle w:val="Tabeltekst"/>
              <w:spacing w:line="254" w:lineRule="auto"/>
            </w:pPr>
            <w:r>
              <w:t>Organisatie en leiding</w:t>
            </w:r>
          </w:p>
        </w:tc>
        <w:tc>
          <w:tcPr>
            <w:tcW w:w="3402" w:type="dxa"/>
            <w:shd w:val="clear" w:color="auto" w:fill="F1F6FA"/>
            <w:tcMar>
              <w:top w:w="80" w:type="dxa"/>
              <w:left w:w="100" w:type="dxa"/>
              <w:bottom w:w="80" w:type="dxa"/>
              <w:right w:w="100" w:type="dxa"/>
            </w:tcMar>
            <w:vAlign w:val="center"/>
          </w:tcPr>
          <w:p w14:paraId="6D409F9C" w14:textId="77777777" w:rsidR="00214C21" w:rsidRDefault="001B51A9">
            <w:pPr>
              <w:pStyle w:val="Tabeltekst"/>
              <w:spacing w:line="254" w:lineRule="auto"/>
            </w:pPr>
            <w:sdt>
              <w:sdtPr>
                <w:alias w:val="Bewijs of ontwikkelpunt"/>
                <w:tag w:val="antwoord_040"/>
                <w:id w:val="1039"/>
                <w:text/>
              </w:sdtPr>
              <w:sdtEndPr/>
              <w:sdtContent>
                <w:r w:rsidR="00B41876">
                  <w:t>[Bewijs of ontwikkelpunt]</w:t>
                </w:r>
              </w:sdtContent>
            </w:sdt>
          </w:p>
        </w:tc>
        <w:tc>
          <w:tcPr>
            <w:tcW w:w="3685" w:type="dxa"/>
            <w:shd w:val="clear" w:color="auto" w:fill="F1F6FA"/>
            <w:tcMar>
              <w:top w:w="80" w:type="dxa"/>
              <w:left w:w="100" w:type="dxa"/>
              <w:bottom w:w="80" w:type="dxa"/>
              <w:right w:w="100" w:type="dxa"/>
            </w:tcMar>
            <w:vAlign w:val="center"/>
          </w:tcPr>
          <w:p w14:paraId="63381A35" w14:textId="77777777" w:rsidR="00214C21" w:rsidRDefault="001B51A9">
            <w:pPr>
              <w:pStyle w:val="Tabeltekst"/>
              <w:spacing w:line="254" w:lineRule="auto"/>
            </w:pPr>
            <w:sdt>
              <w:sdtPr>
                <w:alias w:val="Actie en verantwoordelijke"/>
                <w:tag w:val="antwoord_041"/>
                <w:id w:val="1040"/>
                <w:text/>
              </w:sdtPr>
              <w:sdtEndPr/>
              <w:sdtContent>
                <w:r w:rsidR="00B41876">
                  <w:t>[Actie en verantwoordelijke]</w:t>
                </w:r>
              </w:sdtContent>
            </w:sdt>
          </w:p>
        </w:tc>
      </w:tr>
    </w:tbl>
    <w:p w14:paraId="420F7B98" w14:textId="77777777" w:rsidR="00214C21" w:rsidRDefault="00214C21">
      <w:pPr>
        <w:spacing w:after="0"/>
      </w:pPr>
    </w:p>
    <w:p w14:paraId="670558BF" w14:textId="77777777" w:rsidR="00214C21" w:rsidRDefault="00B41876">
      <w:pPr>
        <w:pStyle w:val="Heading2"/>
      </w:pPr>
      <w:r>
        <w:t>Beschikbaarheid en persoonlijke randvoorwaarden</w:t>
      </w:r>
    </w:p>
    <w:p w14:paraId="532A921E" w14:textId="77777777" w:rsidR="00214C21" w:rsidRDefault="00B41876">
      <w:pPr>
        <w:pStyle w:val="Invulhulp"/>
      </w:pPr>
      <w:r>
        <w:t>Hoeveel tijd is beschikbaar? Wat betekent de onderneming voor ander werk, inkomen en privéverplichtingen? Zet gevoelige details zo nodig in een aparte bijlage.</w:t>
      </w:r>
    </w:p>
    <w:p w14:paraId="233476F8" w14:textId="77777777" w:rsidR="00214C21" w:rsidRDefault="001B51A9">
      <w:pPr>
        <w:pStyle w:val="Invulveld"/>
      </w:pPr>
      <w:sdt>
        <w:sdtPr>
          <w:alias w:val="Ik ben … uur per week beschikbaar. Mijn financiële overbrugging bedraagt … Mijn belangrijkste randvoorwaarde is …"/>
          <w:tag w:val="antwoord_042"/>
          <w:id w:val="1041"/>
        </w:sdtPr>
        <w:sdtEndPr/>
        <w:sdtContent>
          <w:r w:rsidR="00B41876">
            <w:rPr>
              <w:color w:val="000000"/>
            </w:rPr>
            <w:t>[Ik ben … uur per week beschikbaar. Mijn financiële overbrugging bedraagt … Mijn belangrijkste randvoorwaarde is …]</w:t>
          </w:r>
        </w:sdtContent>
      </w:sdt>
    </w:p>
    <w:p w14:paraId="2EC4DB6A" w14:textId="77777777" w:rsidR="00214C21" w:rsidRDefault="00B41876">
      <w:pPr>
        <w:pStyle w:val="Heading2"/>
      </w:pPr>
      <w:r>
        <w:t>Samenwerking en besluitvorming</w:t>
      </w:r>
    </w:p>
    <w:p w14:paraId="51224ABF" w14:textId="77777777" w:rsidR="00214C21" w:rsidRDefault="00B41876">
      <w:pPr>
        <w:pStyle w:val="Invulhulp"/>
      </w:pPr>
      <w:r>
        <w:t>Wie beslist waarover? Welke afspraken gelden over inbreng, beloning, winst, conflicten en vertrek van een partner?</w:t>
      </w:r>
    </w:p>
    <w:p w14:paraId="2B9A680A" w14:textId="77777777" w:rsidR="00214C21" w:rsidRDefault="001B51A9">
      <w:pPr>
        <w:pStyle w:val="Invulveld"/>
      </w:pPr>
      <w:sdt>
        <w:sdtPr>
          <w:alias w:val="De ondernemers verdelen de taken als volgt … Besluiten nemen wij … Onze afspraken zijn vastgelegd in …"/>
          <w:tag w:val="antwoord_043"/>
          <w:id w:val="1042"/>
        </w:sdtPr>
        <w:sdtEndPr/>
        <w:sdtContent>
          <w:r w:rsidR="00B41876">
            <w:rPr>
              <w:color w:val="000000"/>
            </w:rPr>
            <w:t>[De ondernemers verdelen de taken als volgt … Besluiten nemen wij … Onze afspraken zijn vastgelegd in …]</w:t>
          </w:r>
        </w:sdtContent>
      </w:sdt>
    </w:p>
    <w:p w14:paraId="5D961BA0" w14:textId="77777777" w:rsidR="00214C21" w:rsidRDefault="00B41876">
      <w:pPr>
        <w:pStyle w:val="Heading2"/>
      </w:pPr>
      <w:r>
        <w:t>Ondersteuning en vervanging</w:t>
      </w:r>
    </w:p>
    <w:p w14:paraId="62AEBAB7" w14:textId="77777777" w:rsidR="00214C21" w:rsidRDefault="00B41876">
      <w:pPr>
        <w:pStyle w:val="Invulhulp"/>
      </w:pPr>
      <w:r>
        <w:t>Wie helpt bij boekhouding, juridische vragen, uitvoering en uitval? Beschrijf hoe cruciale kennis beschikbaar blijft.</w:t>
      </w:r>
    </w:p>
    <w:p w14:paraId="643DE667" w14:textId="77777777" w:rsidR="00214C21" w:rsidRDefault="001B51A9">
      <w:pPr>
        <w:pStyle w:val="Invulveld"/>
      </w:pPr>
      <w:sdt>
        <w:sdtPr>
          <w:alias w:val="Wij werken samen met … Bij uitval neemt … over. Ontbrekende expertise organiseren wij via …"/>
          <w:tag w:val="antwoord_044"/>
          <w:id w:val="1043"/>
        </w:sdtPr>
        <w:sdtEndPr/>
        <w:sdtContent>
          <w:r w:rsidR="00B41876">
            <w:rPr>
              <w:color w:val="000000"/>
            </w:rPr>
            <w:t>[Wij werken samen met … Bij uitval neemt … over. Ontbrekende expertise organiseren wij via …]</w:t>
          </w:r>
        </w:sdtContent>
      </w:sdt>
    </w:p>
    <w:p w14:paraId="35BCFB26" w14:textId="77777777" w:rsidR="00214C21" w:rsidRDefault="00B41876">
      <w:r>
        <w:br w:type="page"/>
      </w:r>
    </w:p>
    <w:p w14:paraId="2DFBB2B4" w14:textId="77777777" w:rsidR="00214C21" w:rsidRDefault="00B41876">
      <w:pPr>
        <w:pStyle w:val="Sectielabel"/>
      </w:pPr>
      <w:r>
        <w:lastRenderedPageBreak/>
        <w:t>04  /  AANBOD</w:t>
      </w:r>
    </w:p>
    <w:p w14:paraId="2C036B53" w14:textId="77777777" w:rsidR="00214C21" w:rsidRDefault="00B41876">
      <w:pPr>
        <w:pStyle w:val="Heading1"/>
      </w:pPr>
      <w:bookmarkStart w:id="3" w:name="_Toc242630367"/>
      <w:r>
        <w:t>Klantwaarde en verdienmodel</w:t>
      </w:r>
      <w:bookmarkEnd w:id="3"/>
    </w:p>
    <w:p w14:paraId="1A391104" w14:textId="77777777" w:rsidR="00214C21" w:rsidRDefault="00B41876">
      <w:r>
        <w:t>Maak duidelijk wat de klant koopt, waarom dat waardevol is en hoe daar een gezonde opbrengst uit ontstaat.</w:t>
      </w:r>
    </w:p>
    <w:p w14:paraId="1A4E9355" w14:textId="77777777" w:rsidR="00214C21" w:rsidRDefault="00B41876">
      <w:pPr>
        <w:pStyle w:val="Heading2"/>
      </w:pPr>
      <w:r>
        <w:t>Klantprobleem en resultaat</w:t>
      </w:r>
    </w:p>
    <w:p w14:paraId="5376E54A" w14:textId="77777777" w:rsidR="00214C21" w:rsidRDefault="00B41876">
      <w:pPr>
        <w:pStyle w:val="Invulhulp"/>
      </w:pPr>
      <w:r>
        <w:t>Beschrijf een concrete situatie: wat wil de klant bereiken, wat belemmert dat nu en welk resultaat levert uw aanbod?</w:t>
      </w:r>
    </w:p>
    <w:p w14:paraId="134737AE" w14:textId="77777777" w:rsidR="00214C21" w:rsidRDefault="001B51A9">
      <w:pPr>
        <w:pStyle w:val="Invulveld"/>
      </w:pPr>
      <w:sdt>
        <w:sdtPr>
          <w:alias w:val="Onze klant … ervaart … Ons aanbod helpt door … Het resultaat is zichtbaar in …"/>
          <w:tag w:val="antwoord_045"/>
          <w:id w:val="1044"/>
        </w:sdtPr>
        <w:sdtEndPr/>
        <w:sdtContent>
          <w:r w:rsidR="00B41876">
            <w:rPr>
              <w:color w:val="000000"/>
            </w:rPr>
            <w:t>[Onze klant … ervaart … Ons aanbod helpt door … Het resultaat is zichtbaar in …]</w:t>
          </w:r>
        </w:sdtContent>
      </w:sdt>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81"/>
        <w:gridCol w:w="3515"/>
        <w:gridCol w:w="3515"/>
      </w:tblGrid>
      <w:tr w:rsidR="00214C21" w14:paraId="7DAEC4EC" w14:textId="77777777">
        <w:trPr>
          <w:cantSplit/>
          <w:tblHeader/>
          <w:jc w:val="center"/>
        </w:trPr>
        <w:tc>
          <w:tcPr>
            <w:tcW w:w="2381" w:type="dxa"/>
            <w:shd w:val="clear" w:color="auto" w:fill="1A263D"/>
            <w:tcMar>
              <w:top w:w="80" w:type="dxa"/>
              <w:left w:w="100" w:type="dxa"/>
              <w:bottom w:w="80" w:type="dxa"/>
              <w:right w:w="100" w:type="dxa"/>
            </w:tcMar>
            <w:vAlign w:val="center"/>
          </w:tcPr>
          <w:p w14:paraId="2E2FC1FD" w14:textId="77777777" w:rsidR="00214C21" w:rsidRDefault="00B41876">
            <w:pPr>
              <w:pStyle w:val="Tabeltekst"/>
              <w:spacing w:line="254" w:lineRule="auto"/>
            </w:pPr>
            <w:r>
              <w:rPr>
                <w:b/>
                <w:color w:val="FFFFFF"/>
              </w:rPr>
              <w:t>Product of dienst</w:t>
            </w:r>
          </w:p>
        </w:tc>
        <w:tc>
          <w:tcPr>
            <w:tcW w:w="3515" w:type="dxa"/>
            <w:shd w:val="clear" w:color="auto" w:fill="1A263D"/>
            <w:tcMar>
              <w:top w:w="80" w:type="dxa"/>
              <w:left w:w="100" w:type="dxa"/>
              <w:bottom w:w="80" w:type="dxa"/>
              <w:right w:w="100" w:type="dxa"/>
            </w:tcMar>
            <w:vAlign w:val="center"/>
          </w:tcPr>
          <w:p w14:paraId="7931CE17" w14:textId="77777777" w:rsidR="00214C21" w:rsidRDefault="00B41876">
            <w:pPr>
              <w:pStyle w:val="Tabeltekst"/>
              <w:spacing w:line="254" w:lineRule="auto"/>
            </w:pPr>
            <w:r>
              <w:rPr>
                <w:b/>
                <w:color w:val="FFFFFF"/>
              </w:rPr>
              <w:t>Voor wie en welke waarde</w:t>
            </w:r>
          </w:p>
        </w:tc>
        <w:tc>
          <w:tcPr>
            <w:tcW w:w="3515" w:type="dxa"/>
            <w:shd w:val="clear" w:color="auto" w:fill="1A263D"/>
            <w:tcMar>
              <w:top w:w="80" w:type="dxa"/>
              <w:left w:w="100" w:type="dxa"/>
              <w:bottom w:w="80" w:type="dxa"/>
              <w:right w:w="100" w:type="dxa"/>
            </w:tcMar>
            <w:vAlign w:val="center"/>
          </w:tcPr>
          <w:p w14:paraId="06BC37A1" w14:textId="77777777" w:rsidR="00214C21" w:rsidRDefault="00B41876">
            <w:pPr>
              <w:pStyle w:val="Tabeltekst"/>
              <w:spacing w:line="254" w:lineRule="auto"/>
            </w:pPr>
            <w:r>
              <w:rPr>
                <w:b/>
                <w:color w:val="FFFFFF"/>
              </w:rPr>
              <w:t>Prijs en opbrengstmodel</w:t>
            </w:r>
          </w:p>
        </w:tc>
      </w:tr>
      <w:tr w:rsidR="00214C21" w14:paraId="1B7FEBE8" w14:textId="77777777">
        <w:trPr>
          <w:cantSplit/>
          <w:jc w:val="center"/>
        </w:trPr>
        <w:tc>
          <w:tcPr>
            <w:tcW w:w="2381" w:type="dxa"/>
            <w:shd w:val="clear" w:color="auto" w:fill="FFFFFF"/>
            <w:tcMar>
              <w:top w:w="80" w:type="dxa"/>
              <w:left w:w="100" w:type="dxa"/>
              <w:bottom w:w="80" w:type="dxa"/>
              <w:right w:w="100" w:type="dxa"/>
            </w:tcMar>
            <w:vAlign w:val="center"/>
          </w:tcPr>
          <w:p w14:paraId="34C57CBC" w14:textId="77777777" w:rsidR="00214C21" w:rsidRDefault="001B51A9">
            <w:pPr>
              <w:pStyle w:val="Tabeltekst"/>
              <w:spacing w:line="254" w:lineRule="auto"/>
            </w:pPr>
            <w:sdt>
              <w:sdtPr>
                <w:alias w:val="Kernproduct of dienst"/>
                <w:tag w:val="antwoord_046"/>
                <w:id w:val="1045"/>
                <w:text/>
              </w:sdtPr>
              <w:sdtEndPr/>
              <w:sdtContent>
                <w:r w:rsidR="00B41876">
                  <w:t>[Kernproduct of dienst]</w:t>
                </w:r>
              </w:sdtContent>
            </w:sdt>
          </w:p>
        </w:tc>
        <w:tc>
          <w:tcPr>
            <w:tcW w:w="3515" w:type="dxa"/>
            <w:shd w:val="clear" w:color="auto" w:fill="FFFFFF"/>
            <w:tcMar>
              <w:top w:w="80" w:type="dxa"/>
              <w:left w:w="100" w:type="dxa"/>
              <w:bottom w:w="80" w:type="dxa"/>
              <w:right w:w="100" w:type="dxa"/>
            </w:tcMar>
            <w:vAlign w:val="center"/>
          </w:tcPr>
          <w:p w14:paraId="174EFA76" w14:textId="77777777" w:rsidR="00214C21" w:rsidRDefault="001B51A9">
            <w:pPr>
              <w:pStyle w:val="Tabeltekst"/>
              <w:spacing w:line="254" w:lineRule="auto"/>
            </w:pPr>
            <w:sdt>
              <w:sdtPr>
                <w:alias w:val="Doelgroep en klantresultaat"/>
                <w:tag w:val="antwoord_047"/>
                <w:id w:val="1046"/>
                <w:text/>
              </w:sdtPr>
              <w:sdtEndPr/>
              <w:sdtContent>
                <w:r w:rsidR="00B41876">
                  <w:t>[Doelgroep en klantresultaat]</w:t>
                </w:r>
              </w:sdtContent>
            </w:sdt>
          </w:p>
        </w:tc>
        <w:tc>
          <w:tcPr>
            <w:tcW w:w="3515" w:type="dxa"/>
            <w:shd w:val="clear" w:color="auto" w:fill="FFFFFF"/>
            <w:tcMar>
              <w:top w:w="80" w:type="dxa"/>
              <w:left w:w="100" w:type="dxa"/>
              <w:bottom w:w="80" w:type="dxa"/>
              <w:right w:w="100" w:type="dxa"/>
            </w:tcMar>
            <w:vAlign w:val="center"/>
          </w:tcPr>
          <w:p w14:paraId="4BEB4341" w14:textId="77777777" w:rsidR="00214C21" w:rsidRDefault="001B51A9">
            <w:pPr>
              <w:pStyle w:val="Tabeltekst"/>
              <w:spacing w:line="254" w:lineRule="auto"/>
            </w:pPr>
            <w:sdt>
              <w:sdtPr>
                <w:alias w:val="Prijs, eenheid, eenmalig of terugkerend"/>
                <w:tag w:val="antwoord_048"/>
                <w:id w:val="1047"/>
                <w:text/>
              </w:sdtPr>
              <w:sdtEndPr/>
              <w:sdtContent>
                <w:r w:rsidR="00B41876">
                  <w:t>[Prijs, eenheid, eenmalig of terugkerend]</w:t>
                </w:r>
              </w:sdtContent>
            </w:sdt>
          </w:p>
        </w:tc>
      </w:tr>
      <w:tr w:rsidR="00214C21" w14:paraId="13DA0CDC" w14:textId="77777777">
        <w:trPr>
          <w:cantSplit/>
          <w:jc w:val="center"/>
        </w:trPr>
        <w:tc>
          <w:tcPr>
            <w:tcW w:w="2381" w:type="dxa"/>
            <w:shd w:val="clear" w:color="auto" w:fill="F1F6FA"/>
            <w:tcMar>
              <w:top w:w="80" w:type="dxa"/>
              <w:left w:w="100" w:type="dxa"/>
              <w:bottom w:w="80" w:type="dxa"/>
              <w:right w:w="100" w:type="dxa"/>
            </w:tcMar>
            <w:vAlign w:val="center"/>
          </w:tcPr>
          <w:p w14:paraId="1589EE36" w14:textId="77777777" w:rsidR="00214C21" w:rsidRDefault="001B51A9">
            <w:pPr>
              <w:pStyle w:val="Tabeltekst"/>
              <w:spacing w:line="254" w:lineRule="auto"/>
            </w:pPr>
            <w:sdt>
              <w:sdtPr>
                <w:alias w:val="Aanvullend aanbod"/>
                <w:tag w:val="antwoord_049"/>
                <w:id w:val="1048"/>
                <w:text/>
              </w:sdtPr>
              <w:sdtEndPr/>
              <w:sdtContent>
                <w:r w:rsidR="00B41876">
                  <w:t>[Aanvullend aanbod]</w:t>
                </w:r>
              </w:sdtContent>
            </w:sdt>
          </w:p>
        </w:tc>
        <w:tc>
          <w:tcPr>
            <w:tcW w:w="3515" w:type="dxa"/>
            <w:shd w:val="clear" w:color="auto" w:fill="F1F6FA"/>
            <w:tcMar>
              <w:top w:w="80" w:type="dxa"/>
              <w:left w:w="100" w:type="dxa"/>
              <w:bottom w:w="80" w:type="dxa"/>
              <w:right w:w="100" w:type="dxa"/>
            </w:tcMar>
            <w:vAlign w:val="center"/>
          </w:tcPr>
          <w:p w14:paraId="678459AB" w14:textId="77777777" w:rsidR="00214C21" w:rsidRDefault="001B51A9">
            <w:pPr>
              <w:pStyle w:val="Tabeltekst"/>
              <w:spacing w:line="254" w:lineRule="auto"/>
            </w:pPr>
            <w:sdt>
              <w:sdtPr>
                <w:alias w:val="Doelgroep en klantresultaat"/>
                <w:tag w:val="antwoord_050"/>
                <w:id w:val="1049"/>
                <w:text/>
              </w:sdtPr>
              <w:sdtEndPr/>
              <w:sdtContent>
                <w:r w:rsidR="00B41876">
                  <w:t>[Doelgroep en klantresultaat]</w:t>
                </w:r>
              </w:sdtContent>
            </w:sdt>
          </w:p>
        </w:tc>
        <w:tc>
          <w:tcPr>
            <w:tcW w:w="3515" w:type="dxa"/>
            <w:shd w:val="clear" w:color="auto" w:fill="F1F6FA"/>
            <w:tcMar>
              <w:top w:w="80" w:type="dxa"/>
              <w:left w:w="100" w:type="dxa"/>
              <w:bottom w:w="80" w:type="dxa"/>
              <w:right w:w="100" w:type="dxa"/>
            </w:tcMar>
            <w:vAlign w:val="center"/>
          </w:tcPr>
          <w:p w14:paraId="5B70DCF8" w14:textId="77777777" w:rsidR="00214C21" w:rsidRDefault="001B51A9">
            <w:pPr>
              <w:pStyle w:val="Tabeltekst"/>
              <w:spacing w:line="254" w:lineRule="auto"/>
            </w:pPr>
            <w:sdt>
              <w:sdtPr>
                <w:alias w:val="Prijs en voorwaarden"/>
                <w:tag w:val="antwoord_051"/>
                <w:id w:val="1050"/>
                <w:text/>
              </w:sdtPr>
              <w:sdtEndPr/>
              <w:sdtContent>
                <w:r w:rsidR="00B41876">
                  <w:t>[Prijs en voorwaarden]</w:t>
                </w:r>
              </w:sdtContent>
            </w:sdt>
          </w:p>
        </w:tc>
      </w:tr>
      <w:tr w:rsidR="00214C21" w14:paraId="60AF1640" w14:textId="77777777">
        <w:trPr>
          <w:cantSplit/>
          <w:jc w:val="center"/>
        </w:trPr>
        <w:tc>
          <w:tcPr>
            <w:tcW w:w="2381" w:type="dxa"/>
            <w:shd w:val="clear" w:color="auto" w:fill="FFFFFF"/>
            <w:tcMar>
              <w:top w:w="80" w:type="dxa"/>
              <w:left w:w="100" w:type="dxa"/>
              <w:bottom w:w="80" w:type="dxa"/>
              <w:right w:w="100" w:type="dxa"/>
            </w:tcMar>
            <w:vAlign w:val="center"/>
          </w:tcPr>
          <w:p w14:paraId="2F2C0394" w14:textId="77777777" w:rsidR="00214C21" w:rsidRDefault="001B51A9">
            <w:pPr>
              <w:pStyle w:val="Tabeltekst"/>
              <w:spacing w:line="254" w:lineRule="auto"/>
            </w:pPr>
            <w:sdt>
              <w:sdtPr>
                <w:alias w:val="Overig indien relevant"/>
                <w:tag w:val="antwoord_052"/>
                <w:id w:val="1051"/>
                <w:text/>
              </w:sdtPr>
              <w:sdtEndPr/>
              <w:sdtContent>
                <w:r w:rsidR="00B41876">
                  <w:t>[Overig indien relevant]</w:t>
                </w:r>
              </w:sdtContent>
            </w:sdt>
          </w:p>
        </w:tc>
        <w:tc>
          <w:tcPr>
            <w:tcW w:w="3515" w:type="dxa"/>
            <w:shd w:val="clear" w:color="auto" w:fill="FFFFFF"/>
            <w:tcMar>
              <w:top w:w="80" w:type="dxa"/>
              <w:left w:w="100" w:type="dxa"/>
              <w:bottom w:w="80" w:type="dxa"/>
              <w:right w:w="100" w:type="dxa"/>
            </w:tcMar>
            <w:vAlign w:val="center"/>
          </w:tcPr>
          <w:p w14:paraId="46920C52" w14:textId="77777777" w:rsidR="00214C21" w:rsidRDefault="001B51A9">
            <w:pPr>
              <w:pStyle w:val="Tabeltekst"/>
              <w:spacing w:line="254" w:lineRule="auto"/>
            </w:pPr>
            <w:sdt>
              <w:sdtPr>
                <w:alias w:val="Doelgroep en klantresultaat"/>
                <w:tag w:val="antwoord_053"/>
                <w:id w:val="1052"/>
                <w:text/>
              </w:sdtPr>
              <w:sdtEndPr/>
              <w:sdtContent>
                <w:r w:rsidR="00B41876">
                  <w:t>[Doelgroep en klantresultaat]</w:t>
                </w:r>
              </w:sdtContent>
            </w:sdt>
          </w:p>
        </w:tc>
        <w:tc>
          <w:tcPr>
            <w:tcW w:w="3515" w:type="dxa"/>
            <w:shd w:val="clear" w:color="auto" w:fill="FFFFFF"/>
            <w:tcMar>
              <w:top w:w="80" w:type="dxa"/>
              <w:left w:w="100" w:type="dxa"/>
              <w:bottom w:w="80" w:type="dxa"/>
              <w:right w:w="100" w:type="dxa"/>
            </w:tcMar>
            <w:vAlign w:val="center"/>
          </w:tcPr>
          <w:p w14:paraId="6BEF9189" w14:textId="77777777" w:rsidR="00214C21" w:rsidRDefault="001B51A9">
            <w:pPr>
              <w:pStyle w:val="Tabeltekst"/>
              <w:spacing w:line="254" w:lineRule="auto"/>
            </w:pPr>
            <w:sdt>
              <w:sdtPr>
                <w:alias w:val="Prijs en voorwaarden"/>
                <w:tag w:val="antwoord_054"/>
                <w:id w:val="1053"/>
                <w:text/>
              </w:sdtPr>
              <w:sdtEndPr/>
              <w:sdtContent>
                <w:r w:rsidR="00B41876">
                  <w:t>[Prijs en voorwaarden]</w:t>
                </w:r>
              </w:sdtContent>
            </w:sdt>
          </w:p>
        </w:tc>
      </w:tr>
    </w:tbl>
    <w:p w14:paraId="37F57B3A" w14:textId="77777777" w:rsidR="00214C21" w:rsidRDefault="00214C21">
      <w:pPr>
        <w:spacing w:after="0"/>
      </w:pPr>
    </w:p>
    <w:p w14:paraId="5F854213" w14:textId="77777777" w:rsidR="00214C21" w:rsidRDefault="00B41876">
      <w:pPr>
        <w:pStyle w:val="Heading2"/>
      </w:pPr>
      <w:r>
        <w:t>Prijs en marge</w:t>
      </w:r>
    </w:p>
    <w:p w14:paraId="1644C339" w14:textId="77777777" w:rsidR="00214C21" w:rsidRDefault="00B41876">
      <w:pPr>
        <w:pStyle w:val="Invulhulp"/>
      </w:pPr>
      <w:r>
        <w:t>Onderbouw de prijs met klantwaarde, alternatieven en uw kosten. Benoem korting, minimale order, retouren, commissies en betalingstermijnen.</w:t>
      </w:r>
    </w:p>
    <w:p w14:paraId="67021FE5" w14:textId="77777777" w:rsidR="00214C21" w:rsidRDefault="001B51A9">
      <w:pPr>
        <w:pStyle w:val="Invulveld"/>
      </w:pPr>
      <w:sdt>
        <w:sdtPr>
          <w:alias w:val="Onze prijs is gebaseerd op … Per verkoopeenheid bedragen directe kosten € … en overige variabele kosten € … De bijdrage "/>
          <w:tag w:val="antwoord_055"/>
          <w:id w:val="1054"/>
        </w:sdtPr>
        <w:sdtEndPr/>
        <w:sdtContent>
          <w:r w:rsidR="00B41876">
            <w:rPr>
              <w:color w:val="000000"/>
            </w:rPr>
            <w:t>[Onze prijs is gebaseerd op … Per verkoopeenheid bedragen directe kosten € … en overige variabele kosten € … De bijdrage aan vaste kosten is € …]</w:t>
          </w:r>
        </w:sdtContent>
      </w:sdt>
    </w:p>
    <w:p w14:paraId="578E8B40" w14:textId="77777777" w:rsidR="00214C21" w:rsidRDefault="00B41876">
      <w:pPr>
        <w:pStyle w:val="Heading2"/>
      </w:pPr>
      <w:r>
        <w:t>Levering en onderscheid</w:t>
      </w:r>
    </w:p>
    <w:p w14:paraId="12810825" w14:textId="77777777" w:rsidR="00214C21" w:rsidRDefault="00B41876">
      <w:pPr>
        <w:pStyle w:val="Invulhulp"/>
      </w:pPr>
      <w:r>
        <w:t>Wat hoort bij de levering en wat niet? Welke kwaliteit, snelheid, service of expertise kunt u aantoonbaar waarmaken?</w:t>
      </w:r>
    </w:p>
    <w:p w14:paraId="7B222A83" w14:textId="77777777" w:rsidR="00214C21" w:rsidRDefault="001B51A9">
      <w:pPr>
        <w:pStyle w:val="Invulveld"/>
      </w:pPr>
      <w:sdt>
        <w:sdtPr>
          <w:alias w:val="De klant ontvangt … Onze leverbelofte is … Wij kunnen dit waarmaken doordat …"/>
          <w:tag w:val="antwoord_056"/>
          <w:id w:val="1055"/>
        </w:sdtPr>
        <w:sdtEndPr/>
        <w:sdtContent>
          <w:r w:rsidR="00B41876">
            <w:rPr>
              <w:color w:val="000000"/>
            </w:rPr>
            <w:t>[De klant ontvangt … Onze leverbelofte is … Wij kunnen dit waarmaken doordat …]</w:t>
          </w:r>
        </w:sdtContent>
      </w:sdt>
    </w:p>
    <w:p w14:paraId="68C5D0D5" w14:textId="77777777" w:rsidR="00214C21" w:rsidRDefault="00B41876">
      <w:pPr>
        <w:pStyle w:val="Heading2"/>
      </w:pPr>
      <w:r>
        <w:t>Ontwikkeling en bescherming</w:t>
      </w:r>
    </w:p>
    <w:p w14:paraId="07E9754A" w14:textId="77777777" w:rsidR="00214C21" w:rsidRDefault="00B41876">
      <w:pPr>
        <w:pStyle w:val="Invulhulp"/>
      </w:pPr>
      <w:r>
        <w:t>Benoem wat al klaar is, wat nog ontwikkeld moet worden en relevante rechten, licenties of afhankelijkheden.</w:t>
      </w:r>
    </w:p>
    <w:p w14:paraId="22455FAB" w14:textId="77777777" w:rsidR="00214C21" w:rsidRDefault="001B51A9">
      <w:pPr>
        <w:pStyle w:val="Invulveld"/>
      </w:pPr>
      <w:sdt>
        <w:sdtPr>
          <w:alias w:val="Het aanbod is nu … Vóór verkoop moet … zijn afgerond. De rechten en afhankelijkheden zijn …"/>
          <w:tag w:val="antwoord_057"/>
          <w:id w:val="1056"/>
        </w:sdtPr>
        <w:sdtEndPr/>
        <w:sdtContent>
          <w:r w:rsidR="00B41876">
            <w:rPr>
              <w:color w:val="000000"/>
            </w:rPr>
            <w:t>[Het aanbod is nu … Vóór verkoop moet … zijn afgerond. De rechten en afhankelijkheden zijn …]</w:t>
          </w:r>
        </w:sdtContent>
      </w:sdt>
    </w:p>
    <w:p w14:paraId="5A73D70C" w14:textId="77777777" w:rsidR="00214C21" w:rsidRDefault="00B41876">
      <w:r>
        <w:br w:type="page"/>
      </w:r>
    </w:p>
    <w:p w14:paraId="290DBC7B" w14:textId="77777777" w:rsidR="00214C21" w:rsidRDefault="00B41876">
      <w:pPr>
        <w:pStyle w:val="Sectielabel"/>
      </w:pPr>
      <w:r>
        <w:lastRenderedPageBreak/>
        <w:t>05  /  ONDERBOUWING</w:t>
      </w:r>
    </w:p>
    <w:p w14:paraId="0F047B5A" w14:textId="77777777" w:rsidR="00214C21" w:rsidRDefault="00B41876">
      <w:pPr>
        <w:pStyle w:val="Heading1"/>
      </w:pPr>
      <w:bookmarkStart w:id="4" w:name="_Toc242630368"/>
      <w:r>
        <w:t>Klantbewijs en aannames</w:t>
      </w:r>
      <w:bookmarkEnd w:id="4"/>
    </w:p>
    <w:p w14:paraId="39FCD5CE" w14:textId="77777777" w:rsidR="00214C21" w:rsidRDefault="00B41876">
      <w:r>
        <w:t>Laat zien waarop uw verwachtingen rusten. Een klantgesprek, proeforder of herhaalaankoop zegt iets anders dan algemene interesse.</w:t>
      </w:r>
    </w:p>
    <w:p w14:paraId="33A31CD3" w14:textId="77777777" w:rsidR="00214C21" w:rsidRDefault="00B41876">
      <w:pPr>
        <w:pStyle w:val="Heading2"/>
      </w:pPr>
      <w:r>
        <w:t>Wat u al weet</w:t>
      </w:r>
    </w:p>
    <w:p w14:paraId="13958E17" w14:textId="77777777" w:rsidR="00214C21" w:rsidRDefault="00B41876">
      <w:pPr>
        <w:pStyle w:val="Invulhulp"/>
      </w:pPr>
      <w:r>
        <w:t>Beschrijf met wie u heeft gesproken, wat u heeft getest en welke resultaten zijn gemeten. Maak onderscheid tussen interesse, intentie en betaalde vraag.</w:t>
      </w:r>
    </w:p>
    <w:p w14:paraId="6B78CE1D" w14:textId="77777777" w:rsidR="00214C21" w:rsidRDefault="001B51A9">
      <w:pPr>
        <w:pStyle w:val="Invulveld"/>
      </w:pPr>
      <w:sdt>
        <w:sdtPr>
          <w:alias w:val="Wij onderzochten … bij … in de periode … Uit de resultaten blijkt … Dit betekent voor ons aanbod …"/>
          <w:tag w:val="antwoord_058"/>
          <w:id w:val="1057"/>
        </w:sdtPr>
        <w:sdtEndPr/>
        <w:sdtContent>
          <w:r w:rsidR="00B41876">
            <w:rPr>
              <w:color w:val="000000"/>
            </w:rPr>
            <w:t>[Wij onderzochten … bij … in de periode … Uit de resultaten blijkt … Dit betekent voor ons aanbod …]</w:t>
          </w:r>
        </w:sdtContent>
      </w:sdt>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665"/>
        <w:gridCol w:w="3175"/>
        <w:gridCol w:w="3572"/>
      </w:tblGrid>
      <w:tr w:rsidR="00214C21" w14:paraId="7C727468" w14:textId="77777777">
        <w:trPr>
          <w:cantSplit/>
          <w:tblHeader/>
          <w:jc w:val="center"/>
        </w:trPr>
        <w:tc>
          <w:tcPr>
            <w:tcW w:w="2665" w:type="dxa"/>
            <w:shd w:val="clear" w:color="auto" w:fill="1A263D"/>
            <w:tcMar>
              <w:top w:w="80" w:type="dxa"/>
              <w:left w:w="100" w:type="dxa"/>
              <w:bottom w:w="80" w:type="dxa"/>
              <w:right w:w="100" w:type="dxa"/>
            </w:tcMar>
            <w:vAlign w:val="center"/>
          </w:tcPr>
          <w:p w14:paraId="14880C80" w14:textId="77777777" w:rsidR="00214C21" w:rsidRDefault="00B41876">
            <w:pPr>
              <w:pStyle w:val="Tabeltekst"/>
              <w:spacing w:line="254" w:lineRule="auto"/>
            </w:pPr>
            <w:r>
              <w:rPr>
                <w:b/>
                <w:color w:val="FFFFFF"/>
              </w:rPr>
              <w:t>Belangrijke aanname</w:t>
            </w:r>
          </w:p>
        </w:tc>
        <w:tc>
          <w:tcPr>
            <w:tcW w:w="3175" w:type="dxa"/>
            <w:shd w:val="clear" w:color="auto" w:fill="1A263D"/>
            <w:tcMar>
              <w:top w:w="80" w:type="dxa"/>
              <w:left w:w="100" w:type="dxa"/>
              <w:bottom w:w="80" w:type="dxa"/>
              <w:right w:w="100" w:type="dxa"/>
            </w:tcMar>
            <w:vAlign w:val="center"/>
          </w:tcPr>
          <w:p w14:paraId="42543595" w14:textId="77777777" w:rsidR="00214C21" w:rsidRDefault="00B41876">
            <w:pPr>
              <w:pStyle w:val="Tabeltekst"/>
              <w:spacing w:line="254" w:lineRule="auto"/>
            </w:pPr>
            <w:r>
              <w:rPr>
                <w:b/>
                <w:color w:val="FFFFFF"/>
              </w:rPr>
              <w:t>Bewijs en status</w:t>
            </w:r>
          </w:p>
        </w:tc>
        <w:tc>
          <w:tcPr>
            <w:tcW w:w="3572" w:type="dxa"/>
            <w:shd w:val="clear" w:color="auto" w:fill="1A263D"/>
            <w:tcMar>
              <w:top w:w="80" w:type="dxa"/>
              <w:left w:w="100" w:type="dxa"/>
              <w:bottom w:w="80" w:type="dxa"/>
              <w:right w:w="100" w:type="dxa"/>
            </w:tcMar>
            <w:vAlign w:val="center"/>
          </w:tcPr>
          <w:p w14:paraId="33987FFA" w14:textId="77777777" w:rsidR="00214C21" w:rsidRDefault="00B41876">
            <w:pPr>
              <w:pStyle w:val="Tabeltekst"/>
              <w:spacing w:line="254" w:lineRule="auto"/>
            </w:pPr>
            <w:r>
              <w:rPr>
                <w:b/>
                <w:color w:val="FFFFFF"/>
              </w:rPr>
              <w:t>Volgende test en grens</w:t>
            </w:r>
          </w:p>
        </w:tc>
      </w:tr>
      <w:tr w:rsidR="00214C21" w14:paraId="2A362483" w14:textId="77777777">
        <w:trPr>
          <w:cantSplit/>
          <w:jc w:val="center"/>
        </w:trPr>
        <w:tc>
          <w:tcPr>
            <w:tcW w:w="2665" w:type="dxa"/>
            <w:shd w:val="clear" w:color="auto" w:fill="FFFFFF"/>
            <w:tcMar>
              <w:top w:w="80" w:type="dxa"/>
              <w:left w:w="100" w:type="dxa"/>
              <w:bottom w:w="80" w:type="dxa"/>
              <w:right w:w="100" w:type="dxa"/>
            </w:tcMar>
            <w:vAlign w:val="center"/>
          </w:tcPr>
          <w:p w14:paraId="4DE8AAC6" w14:textId="77777777" w:rsidR="00214C21" w:rsidRDefault="001B51A9">
            <w:pPr>
              <w:pStyle w:val="Tabeltekst"/>
              <w:spacing w:line="254" w:lineRule="auto"/>
            </w:pPr>
            <w:sdt>
              <w:sdtPr>
                <w:alias w:val="Klantprobleem"/>
                <w:tag w:val="antwoord_059"/>
                <w:id w:val="1058"/>
                <w:text/>
              </w:sdtPr>
              <w:sdtEndPr/>
              <w:sdtContent>
                <w:r w:rsidR="00B41876">
                  <w:t>[Klantprobleem]</w:t>
                </w:r>
              </w:sdtContent>
            </w:sdt>
          </w:p>
        </w:tc>
        <w:tc>
          <w:tcPr>
            <w:tcW w:w="3175" w:type="dxa"/>
            <w:shd w:val="clear" w:color="auto" w:fill="FFFFFF"/>
            <w:tcMar>
              <w:top w:w="80" w:type="dxa"/>
              <w:left w:w="100" w:type="dxa"/>
              <w:bottom w:w="80" w:type="dxa"/>
              <w:right w:w="100" w:type="dxa"/>
            </w:tcMar>
            <w:vAlign w:val="center"/>
          </w:tcPr>
          <w:p w14:paraId="71EC4478" w14:textId="77777777" w:rsidR="00214C21" w:rsidRDefault="001B51A9">
            <w:pPr>
              <w:pStyle w:val="Tabeltekst"/>
              <w:spacing w:line="254" w:lineRule="auto"/>
            </w:pPr>
            <w:sdt>
              <w:sdtPr>
                <w:alias w:val="Bron, datum, gemeten of aanname"/>
                <w:tag w:val="antwoord_060"/>
                <w:id w:val="1059"/>
                <w:text/>
              </w:sdtPr>
              <w:sdtEndPr/>
              <w:sdtContent>
                <w:r w:rsidR="00B41876">
                  <w:t>[Bron, datum, gemeten of aanname]</w:t>
                </w:r>
              </w:sdtContent>
            </w:sdt>
          </w:p>
        </w:tc>
        <w:tc>
          <w:tcPr>
            <w:tcW w:w="3572" w:type="dxa"/>
            <w:shd w:val="clear" w:color="auto" w:fill="FFFFFF"/>
            <w:tcMar>
              <w:top w:w="80" w:type="dxa"/>
              <w:left w:w="100" w:type="dxa"/>
              <w:bottom w:w="80" w:type="dxa"/>
              <w:right w:w="100" w:type="dxa"/>
            </w:tcMar>
            <w:vAlign w:val="center"/>
          </w:tcPr>
          <w:p w14:paraId="100BA7EF" w14:textId="77777777" w:rsidR="00214C21" w:rsidRDefault="001B51A9">
            <w:pPr>
              <w:pStyle w:val="Tabeltekst"/>
              <w:spacing w:line="254" w:lineRule="auto"/>
            </w:pPr>
            <w:sdt>
              <w:sdtPr>
                <w:alias w:val="Test en uitkomst die nodig is"/>
                <w:tag w:val="antwoord_061"/>
                <w:id w:val="1060"/>
                <w:text/>
              </w:sdtPr>
              <w:sdtEndPr/>
              <w:sdtContent>
                <w:r w:rsidR="00B41876">
                  <w:t>[Test en uitkomst die nodig is]</w:t>
                </w:r>
              </w:sdtContent>
            </w:sdt>
          </w:p>
        </w:tc>
      </w:tr>
      <w:tr w:rsidR="00214C21" w14:paraId="7142A24B" w14:textId="77777777">
        <w:trPr>
          <w:cantSplit/>
          <w:jc w:val="center"/>
        </w:trPr>
        <w:tc>
          <w:tcPr>
            <w:tcW w:w="2665" w:type="dxa"/>
            <w:shd w:val="clear" w:color="auto" w:fill="F1F6FA"/>
            <w:tcMar>
              <w:top w:w="80" w:type="dxa"/>
              <w:left w:w="100" w:type="dxa"/>
              <w:bottom w:w="80" w:type="dxa"/>
              <w:right w:w="100" w:type="dxa"/>
            </w:tcMar>
            <w:vAlign w:val="center"/>
          </w:tcPr>
          <w:p w14:paraId="7A238144" w14:textId="77777777" w:rsidR="00214C21" w:rsidRDefault="001B51A9">
            <w:pPr>
              <w:pStyle w:val="Tabeltekst"/>
              <w:spacing w:line="254" w:lineRule="auto"/>
            </w:pPr>
            <w:sdt>
              <w:sdtPr>
                <w:alias w:val="Bereidheid om te betalen"/>
                <w:tag w:val="antwoord_062"/>
                <w:id w:val="1061"/>
                <w:text/>
              </w:sdtPr>
              <w:sdtEndPr/>
              <w:sdtContent>
                <w:r w:rsidR="00B41876">
                  <w:t>[Bereidheid om te betalen]</w:t>
                </w:r>
              </w:sdtContent>
            </w:sdt>
          </w:p>
        </w:tc>
        <w:tc>
          <w:tcPr>
            <w:tcW w:w="3175" w:type="dxa"/>
            <w:shd w:val="clear" w:color="auto" w:fill="F1F6FA"/>
            <w:tcMar>
              <w:top w:w="80" w:type="dxa"/>
              <w:left w:w="100" w:type="dxa"/>
              <w:bottom w:w="80" w:type="dxa"/>
              <w:right w:w="100" w:type="dxa"/>
            </w:tcMar>
            <w:vAlign w:val="center"/>
          </w:tcPr>
          <w:p w14:paraId="3F22F913" w14:textId="77777777" w:rsidR="00214C21" w:rsidRDefault="001B51A9">
            <w:pPr>
              <w:pStyle w:val="Tabeltekst"/>
              <w:spacing w:line="254" w:lineRule="auto"/>
            </w:pPr>
            <w:sdt>
              <w:sdtPr>
                <w:alias w:val="Bron, datum, gemeten of aanname"/>
                <w:tag w:val="antwoord_063"/>
                <w:id w:val="1062"/>
                <w:text/>
              </w:sdtPr>
              <w:sdtEndPr/>
              <w:sdtContent>
                <w:r w:rsidR="00B41876">
                  <w:t>[Bron, datum, gemeten of aanname]</w:t>
                </w:r>
              </w:sdtContent>
            </w:sdt>
          </w:p>
        </w:tc>
        <w:tc>
          <w:tcPr>
            <w:tcW w:w="3572" w:type="dxa"/>
            <w:shd w:val="clear" w:color="auto" w:fill="F1F6FA"/>
            <w:tcMar>
              <w:top w:w="80" w:type="dxa"/>
              <w:left w:w="100" w:type="dxa"/>
              <w:bottom w:w="80" w:type="dxa"/>
              <w:right w:w="100" w:type="dxa"/>
            </w:tcMar>
            <w:vAlign w:val="center"/>
          </w:tcPr>
          <w:p w14:paraId="3BBA32FB" w14:textId="77777777" w:rsidR="00214C21" w:rsidRDefault="001B51A9">
            <w:pPr>
              <w:pStyle w:val="Tabeltekst"/>
              <w:spacing w:line="254" w:lineRule="auto"/>
            </w:pPr>
            <w:sdt>
              <w:sdtPr>
                <w:alias w:val="Test en uitkomst die nodig is"/>
                <w:tag w:val="antwoord_064"/>
                <w:id w:val="1063"/>
                <w:text/>
              </w:sdtPr>
              <w:sdtEndPr/>
              <w:sdtContent>
                <w:r w:rsidR="00B41876">
                  <w:t>[Test en uitkomst die nodig is]</w:t>
                </w:r>
              </w:sdtContent>
            </w:sdt>
          </w:p>
        </w:tc>
      </w:tr>
      <w:tr w:rsidR="00214C21" w14:paraId="7937E5C2" w14:textId="77777777">
        <w:trPr>
          <w:cantSplit/>
          <w:jc w:val="center"/>
        </w:trPr>
        <w:tc>
          <w:tcPr>
            <w:tcW w:w="2665" w:type="dxa"/>
            <w:shd w:val="clear" w:color="auto" w:fill="FFFFFF"/>
            <w:tcMar>
              <w:top w:w="80" w:type="dxa"/>
              <w:left w:w="100" w:type="dxa"/>
              <w:bottom w:w="80" w:type="dxa"/>
              <w:right w:w="100" w:type="dxa"/>
            </w:tcMar>
            <w:vAlign w:val="center"/>
          </w:tcPr>
          <w:p w14:paraId="245912A8" w14:textId="77777777" w:rsidR="00214C21" w:rsidRDefault="001B51A9">
            <w:pPr>
              <w:pStyle w:val="Tabeltekst"/>
              <w:spacing w:line="254" w:lineRule="auto"/>
            </w:pPr>
            <w:sdt>
              <w:sdtPr>
                <w:alias w:val="Kanaal en conversie"/>
                <w:tag w:val="antwoord_065"/>
                <w:id w:val="1064"/>
                <w:text/>
              </w:sdtPr>
              <w:sdtEndPr/>
              <w:sdtContent>
                <w:r w:rsidR="00B41876">
                  <w:t>[Kanaal en conversie]</w:t>
                </w:r>
              </w:sdtContent>
            </w:sdt>
          </w:p>
        </w:tc>
        <w:tc>
          <w:tcPr>
            <w:tcW w:w="3175" w:type="dxa"/>
            <w:shd w:val="clear" w:color="auto" w:fill="FFFFFF"/>
            <w:tcMar>
              <w:top w:w="80" w:type="dxa"/>
              <w:left w:w="100" w:type="dxa"/>
              <w:bottom w:w="80" w:type="dxa"/>
              <w:right w:w="100" w:type="dxa"/>
            </w:tcMar>
            <w:vAlign w:val="center"/>
          </w:tcPr>
          <w:p w14:paraId="082D70CE" w14:textId="77777777" w:rsidR="00214C21" w:rsidRDefault="001B51A9">
            <w:pPr>
              <w:pStyle w:val="Tabeltekst"/>
              <w:spacing w:line="254" w:lineRule="auto"/>
            </w:pPr>
            <w:sdt>
              <w:sdtPr>
                <w:alias w:val="Bron, datum, gemeten of aanname"/>
                <w:tag w:val="antwoord_066"/>
                <w:id w:val="1065"/>
                <w:text/>
              </w:sdtPr>
              <w:sdtEndPr/>
              <w:sdtContent>
                <w:r w:rsidR="00B41876">
                  <w:t>[Bron, datum, gemeten of aanname]</w:t>
                </w:r>
              </w:sdtContent>
            </w:sdt>
          </w:p>
        </w:tc>
        <w:tc>
          <w:tcPr>
            <w:tcW w:w="3572" w:type="dxa"/>
            <w:shd w:val="clear" w:color="auto" w:fill="FFFFFF"/>
            <w:tcMar>
              <w:top w:w="80" w:type="dxa"/>
              <w:left w:w="100" w:type="dxa"/>
              <w:bottom w:w="80" w:type="dxa"/>
              <w:right w:w="100" w:type="dxa"/>
            </w:tcMar>
            <w:vAlign w:val="center"/>
          </w:tcPr>
          <w:p w14:paraId="524D4409" w14:textId="77777777" w:rsidR="00214C21" w:rsidRDefault="001B51A9">
            <w:pPr>
              <w:pStyle w:val="Tabeltekst"/>
              <w:spacing w:line="254" w:lineRule="auto"/>
            </w:pPr>
            <w:sdt>
              <w:sdtPr>
                <w:alias w:val="Test en uitkomst die nodig is"/>
                <w:tag w:val="antwoord_067"/>
                <w:id w:val="1066"/>
                <w:text/>
              </w:sdtPr>
              <w:sdtEndPr/>
              <w:sdtContent>
                <w:r w:rsidR="00B41876">
                  <w:t>[Test en uitkomst die nodig is]</w:t>
                </w:r>
              </w:sdtContent>
            </w:sdt>
          </w:p>
        </w:tc>
      </w:tr>
      <w:tr w:rsidR="00214C21" w14:paraId="2F27FBCA" w14:textId="77777777">
        <w:trPr>
          <w:cantSplit/>
          <w:jc w:val="center"/>
        </w:trPr>
        <w:tc>
          <w:tcPr>
            <w:tcW w:w="2665" w:type="dxa"/>
            <w:shd w:val="clear" w:color="auto" w:fill="F1F6FA"/>
            <w:tcMar>
              <w:top w:w="80" w:type="dxa"/>
              <w:left w:w="100" w:type="dxa"/>
              <w:bottom w:w="80" w:type="dxa"/>
              <w:right w:w="100" w:type="dxa"/>
            </w:tcMar>
            <w:vAlign w:val="center"/>
          </w:tcPr>
          <w:p w14:paraId="7076312B" w14:textId="77777777" w:rsidR="00214C21" w:rsidRDefault="001B51A9">
            <w:pPr>
              <w:pStyle w:val="Tabeltekst"/>
              <w:spacing w:line="254" w:lineRule="auto"/>
            </w:pPr>
            <w:sdt>
              <w:sdtPr>
                <w:alias w:val="Kosten en levercapaciteit"/>
                <w:tag w:val="antwoord_068"/>
                <w:id w:val="1067"/>
                <w:text/>
              </w:sdtPr>
              <w:sdtEndPr/>
              <w:sdtContent>
                <w:r w:rsidR="00B41876">
                  <w:t>[Kosten en levercapaciteit]</w:t>
                </w:r>
              </w:sdtContent>
            </w:sdt>
          </w:p>
        </w:tc>
        <w:tc>
          <w:tcPr>
            <w:tcW w:w="3175" w:type="dxa"/>
            <w:shd w:val="clear" w:color="auto" w:fill="F1F6FA"/>
            <w:tcMar>
              <w:top w:w="80" w:type="dxa"/>
              <w:left w:w="100" w:type="dxa"/>
              <w:bottom w:w="80" w:type="dxa"/>
              <w:right w:w="100" w:type="dxa"/>
            </w:tcMar>
            <w:vAlign w:val="center"/>
          </w:tcPr>
          <w:p w14:paraId="01493BD5" w14:textId="77777777" w:rsidR="00214C21" w:rsidRDefault="001B51A9">
            <w:pPr>
              <w:pStyle w:val="Tabeltekst"/>
              <w:spacing w:line="254" w:lineRule="auto"/>
            </w:pPr>
            <w:sdt>
              <w:sdtPr>
                <w:alias w:val="Offerte, ervaring of aanname"/>
                <w:tag w:val="antwoord_069"/>
                <w:id w:val="1068"/>
                <w:text/>
              </w:sdtPr>
              <w:sdtEndPr/>
              <w:sdtContent>
                <w:r w:rsidR="00B41876">
                  <w:t>[Offerte, ervaring of aanname]</w:t>
                </w:r>
              </w:sdtContent>
            </w:sdt>
          </w:p>
        </w:tc>
        <w:tc>
          <w:tcPr>
            <w:tcW w:w="3572" w:type="dxa"/>
            <w:shd w:val="clear" w:color="auto" w:fill="F1F6FA"/>
            <w:tcMar>
              <w:top w:w="80" w:type="dxa"/>
              <w:left w:w="100" w:type="dxa"/>
              <w:bottom w:w="80" w:type="dxa"/>
              <w:right w:w="100" w:type="dxa"/>
            </w:tcMar>
            <w:vAlign w:val="center"/>
          </w:tcPr>
          <w:p w14:paraId="7188FB92" w14:textId="77777777" w:rsidR="00214C21" w:rsidRDefault="001B51A9">
            <w:pPr>
              <w:pStyle w:val="Tabeltekst"/>
              <w:spacing w:line="254" w:lineRule="auto"/>
            </w:pPr>
            <w:sdt>
              <w:sdtPr>
                <w:alias w:val="Test en uitkomst die nodig is"/>
                <w:tag w:val="antwoord_070"/>
                <w:id w:val="1069"/>
                <w:text/>
              </w:sdtPr>
              <w:sdtEndPr/>
              <w:sdtContent>
                <w:r w:rsidR="00B41876">
                  <w:t>[Test en uitkomst die nodig is]</w:t>
                </w:r>
              </w:sdtContent>
            </w:sdt>
          </w:p>
        </w:tc>
      </w:tr>
    </w:tbl>
    <w:p w14:paraId="2BF33B0B" w14:textId="77777777" w:rsidR="00214C21" w:rsidRDefault="00214C21">
      <w:pPr>
        <w:spacing w:after="0"/>
      </w:pPr>
    </w:p>
    <w:p w14:paraId="2D2CD37D" w14:textId="77777777" w:rsidR="00214C21" w:rsidRDefault="00B41876">
      <w:pPr>
        <w:pStyle w:val="Heading2"/>
      </w:pPr>
      <w:r>
        <w:t>Bestaande klanten en tractie</w:t>
      </w:r>
    </w:p>
    <w:p w14:paraId="2BBA289F" w14:textId="77777777" w:rsidR="00214C21" w:rsidRDefault="00B41876">
      <w:pPr>
        <w:pStyle w:val="Invulhulp"/>
      </w:pPr>
      <w:r>
        <w:t>Voeg waar beschikbaar orderwaarde, omzet, herhaalaankopen, actieve klanten en getekende contracten toe. Noteer de periode en eventuele concentratie bij enkele klanten.</w:t>
      </w:r>
    </w:p>
    <w:p w14:paraId="1FB516CF" w14:textId="77777777" w:rsidR="00214C21" w:rsidRDefault="001B51A9">
      <w:pPr>
        <w:pStyle w:val="Invulveld"/>
      </w:pPr>
      <w:sdt>
        <w:sdtPr>
          <w:alias w:val="Onze gemeten resultaten over … zijn … De omzet bij onze grootste klant is …% van het totaal. Bevestigde orders bedragen "/>
          <w:tag w:val="antwoord_071"/>
          <w:id w:val="1070"/>
        </w:sdtPr>
        <w:sdtEndPr/>
        <w:sdtContent>
          <w:r w:rsidR="00B41876">
            <w:rPr>
              <w:color w:val="000000"/>
            </w:rPr>
            <w:t>[Onze gemeten resultaten over … zijn … De omzet bij onze grootste klant is …% van het totaal. Bevestigde orders bedragen …]</w:t>
          </w:r>
        </w:sdtContent>
      </w:sdt>
    </w:p>
    <w:p w14:paraId="0138BBC6" w14:textId="77777777" w:rsidR="00214C21" w:rsidRDefault="00B41876">
      <w:pPr>
        <w:pStyle w:val="Heading2"/>
      </w:pPr>
      <w:r>
        <w:t>Beslissen op basis van de test</w:t>
      </w:r>
    </w:p>
    <w:p w14:paraId="788853B9" w14:textId="77777777" w:rsidR="00214C21" w:rsidRDefault="00B41876">
      <w:pPr>
        <w:pStyle w:val="Invulhulp"/>
      </w:pPr>
      <w:r>
        <w:t>Welke aanname kan het plan onhaalbaar maken? Wie test deze, vóór welke datum en wat doet u bij een onvoldoende uitkomst?</w:t>
      </w:r>
    </w:p>
    <w:p w14:paraId="2100D446" w14:textId="77777777" w:rsidR="00214C21" w:rsidRDefault="001B51A9">
      <w:pPr>
        <w:pStyle w:val="Invulveld"/>
      </w:pPr>
      <w:sdt>
        <w:sdtPr>
          <w:alias w:val="De doorslaggevende aanname is … Wij toetsen die vóór … Bij een voldoende resultaat … Bij een onvoldoende resultaat …"/>
          <w:tag w:val="antwoord_072"/>
          <w:id w:val="1071"/>
        </w:sdtPr>
        <w:sdtEndPr/>
        <w:sdtContent>
          <w:r w:rsidR="00B41876">
            <w:rPr>
              <w:color w:val="000000"/>
            </w:rPr>
            <w:t>[De doorslaggevende aanname is … Wij toetsen die vóór … Bij een voldoende resultaat … Bij een onvoldoende resultaat …]</w:t>
          </w:r>
        </w:sdtContent>
      </w:sdt>
    </w:p>
    <w:p w14:paraId="37DC4E62" w14:textId="77777777" w:rsidR="00214C21" w:rsidRDefault="00B41876">
      <w:pPr>
        <w:pStyle w:val="Kleinetekst"/>
      </w:pPr>
      <w:r>
        <w:t>Bewaar relevante onderzoeksresultaten, orderbevestigingen en offertes als bijlagen. Anonimiseer klantgegevens wanneer die niet nodig zijn.</w:t>
      </w:r>
    </w:p>
    <w:p w14:paraId="19B7CDFC" w14:textId="77777777" w:rsidR="00214C21" w:rsidRDefault="00B41876">
      <w:r>
        <w:br w:type="page"/>
      </w:r>
    </w:p>
    <w:p w14:paraId="3B6601DB" w14:textId="77777777" w:rsidR="00214C21" w:rsidRDefault="00B41876">
      <w:pPr>
        <w:pStyle w:val="Sectielabel"/>
      </w:pPr>
      <w:r>
        <w:lastRenderedPageBreak/>
        <w:t>06  /  MARKT</w:t>
      </w:r>
    </w:p>
    <w:p w14:paraId="53620912" w14:textId="77777777" w:rsidR="00214C21" w:rsidRDefault="00B41876">
      <w:pPr>
        <w:pStyle w:val="Heading1"/>
      </w:pPr>
      <w:bookmarkStart w:id="5" w:name="_Toc242630369"/>
      <w:r>
        <w:t>Markt en doelgroep</w:t>
      </w:r>
      <w:bookmarkEnd w:id="5"/>
    </w:p>
    <w:p w14:paraId="7302E18F" w14:textId="77777777" w:rsidR="00214C21" w:rsidRDefault="00B41876">
      <w:r>
        <w:t>Baken de markt af die u daadwerkelijk kunt bereiken. Verbind marktinformatie met het aantal klanten dat uw omzetprognose nodig heeft.</w:t>
      </w:r>
    </w:p>
    <w:p w14:paraId="50942BFA" w14:textId="77777777" w:rsidR="00214C21" w:rsidRDefault="00B41876">
      <w:pPr>
        <w:pStyle w:val="Heading2"/>
      </w:pPr>
      <w:r>
        <w:t>Branche en ontwikkelingen</w:t>
      </w:r>
    </w:p>
    <w:p w14:paraId="5F67E791" w14:textId="77777777" w:rsidR="00214C21" w:rsidRDefault="00B41876">
      <w:pPr>
        <w:pStyle w:val="Invulhulp"/>
      </w:pPr>
      <w:r>
        <w:t>Welke ontwikkelingen beïnvloeden vraag, kosten of beschikbaarheid? Noem bronnen, perioden en de gevolgen voor uw bedrijf.</w:t>
      </w:r>
    </w:p>
    <w:p w14:paraId="302B8609" w14:textId="77777777" w:rsidR="00214C21" w:rsidRDefault="001B51A9">
      <w:pPr>
        <w:pStyle w:val="Invulveld"/>
      </w:pPr>
      <w:sdt>
        <w:sdtPr>
          <w:alias w:val="Onze markt is … De belangrijkste ontwikkelingen zijn … Voor ons betekent dit … Bron en periode …"/>
          <w:tag w:val="antwoord_073"/>
          <w:id w:val="1072"/>
        </w:sdtPr>
        <w:sdtEndPr/>
        <w:sdtContent>
          <w:r w:rsidR="00B41876">
            <w:rPr>
              <w:color w:val="000000"/>
            </w:rPr>
            <w:t>[Onze markt is … De belangrijkste ontwikkelingen zijn … Voor ons betekent dit … Bron en periode …]</w:t>
          </w:r>
        </w:sdtContent>
      </w:sdt>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24"/>
        <w:gridCol w:w="3798"/>
        <w:gridCol w:w="3288"/>
      </w:tblGrid>
      <w:tr w:rsidR="00214C21" w14:paraId="474EB6A4" w14:textId="77777777">
        <w:trPr>
          <w:cantSplit/>
          <w:tblHeader/>
          <w:jc w:val="center"/>
        </w:trPr>
        <w:tc>
          <w:tcPr>
            <w:tcW w:w="2324" w:type="dxa"/>
            <w:shd w:val="clear" w:color="auto" w:fill="1A263D"/>
            <w:tcMar>
              <w:top w:w="80" w:type="dxa"/>
              <w:left w:w="100" w:type="dxa"/>
              <w:bottom w:w="80" w:type="dxa"/>
              <w:right w:w="100" w:type="dxa"/>
            </w:tcMar>
            <w:vAlign w:val="center"/>
          </w:tcPr>
          <w:p w14:paraId="10C1D160" w14:textId="77777777" w:rsidR="00214C21" w:rsidRDefault="00B41876">
            <w:pPr>
              <w:pStyle w:val="Tabeltekst"/>
              <w:spacing w:line="254" w:lineRule="auto"/>
            </w:pPr>
            <w:r>
              <w:rPr>
                <w:b/>
                <w:color w:val="FFFFFF"/>
              </w:rPr>
              <w:t>Klantsegment</w:t>
            </w:r>
          </w:p>
        </w:tc>
        <w:tc>
          <w:tcPr>
            <w:tcW w:w="3798" w:type="dxa"/>
            <w:shd w:val="clear" w:color="auto" w:fill="1A263D"/>
            <w:tcMar>
              <w:top w:w="80" w:type="dxa"/>
              <w:left w:w="100" w:type="dxa"/>
              <w:bottom w:w="80" w:type="dxa"/>
              <w:right w:w="100" w:type="dxa"/>
            </w:tcMar>
            <w:vAlign w:val="center"/>
          </w:tcPr>
          <w:p w14:paraId="768A1C00" w14:textId="77777777" w:rsidR="00214C21" w:rsidRDefault="00B41876">
            <w:pPr>
              <w:pStyle w:val="Tabeltekst"/>
              <w:spacing w:line="254" w:lineRule="auto"/>
            </w:pPr>
            <w:r>
              <w:rPr>
                <w:b/>
                <w:color w:val="FFFFFF"/>
              </w:rPr>
              <w:t>Behoefte en koopgedrag</w:t>
            </w:r>
          </w:p>
        </w:tc>
        <w:tc>
          <w:tcPr>
            <w:tcW w:w="3288" w:type="dxa"/>
            <w:shd w:val="clear" w:color="auto" w:fill="1A263D"/>
            <w:tcMar>
              <w:top w:w="80" w:type="dxa"/>
              <w:left w:w="100" w:type="dxa"/>
              <w:bottom w:w="80" w:type="dxa"/>
              <w:right w:w="100" w:type="dxa"/>
            </w:tcMar>
            <w:vAlign w:val="center"/>
          </w:tcPr>
          <w:p w14:paraId="2B611AD2" w14:textId="77777777" w:rsidR="00214C21" w:rsidRDefault="00B41876">
            <w:pPr>
              <w:pStyle w:val="Tabeltekst"/>
              <w:spacing w:line="254" w:lineRule="auto"/>
            </w:pPr>
            <w:r>
              <w:rPr>
                <w:b/>
                <w:color w:val="FFFFFF"/>
              </w:rPr>
              <w:t>Bereik en prioriteit</w:t>
            </w:r>
          </w:p>
        </w:tc>
      </w:tr>
      <w:tr w:rsidR="00214C21" w14:paraId="0C144639" w14:textId="77777777">
        <w:trPr>
          <w:cantSplit/>
          <w:jc w:val="center"/>
        </w:trPr>
        <w:tc>
          <w:tcPr>
            <w:tcW w:w="2324" w:type="dxa"/>
            <w:shd w:val="clear" w:color="auto" w:fill="FFFFFF"/>
            <w:tcMar>
              <w:top w:w="80" w:type="dxa"/>
              <w:left w:w="100" w:type="dxa"/>
              <w:bottom w:w="80" w:type="dxa"/>
              <w:right w:w="100" w:type="dxa"/>
            </w:tcMar>
            <w:vAlign w:val="center"/>
          </w:tcPr>
          <w:p w14:paraId="31C18EF1" w14:textId="77777777" w:rsidR="00214C21" w:rsidRDefault="001B51A9">
            <w:pPr>
              <w:pStyle w:val="Tabeltekst"/>
              <w:spacing w:line="254" w:lineRule="auto"/>
            </w:pPr>
            <w:sdt>
              <w:sdtPr>
                <w:alias w:val="Primair segment"/>
                <w:tag w:val="antwoord_074"/>
                <w:id w:val="1073"/>
                <w:text/>
              </w:sdtPr>
              <w:sdtEndPr/>
              <w:sdtContent>
                <w:r w:rsidR="00B41876">
                  <w:t>[Primair segment]</w:t>
                </w:r>
              </w:sdtContent>
            </w:sdt>
          </w:p>
        </w:tc>
        <w:tc>
          <w:tcPr>
            <w:tcW w:w="3798" w:type="dxa"/>
            <w:shd w:val="clear" w:color="auto" w:fill="FFFFFF"/>
            <w:tcMar>
              <w:top w:w="80" w:type="dxa"/>
              <w:left w:w="100" w:type="dxa"/>
              <w:bottom w:w="80" w:type="dxa"/>
              <w:right w:w="100" w:type="dxa"/>
            </w:tcMar>
            <w:vAlign w:val="center"/>
          </w:tcPr>
          <w:p w14:paraId="69957376" w14:textId="77777777" w:rsidR="00214C21" w:rsidRDefault="001B51A9">
            <w:pPr>
              <w:pStyle w:val="Tabeltekst"/>
              <w:spacing w:line="254" w:lineRule="auto"/>
            </w:pPr>
            <w:sdt>
              <w:sdtPr>
                <w:alias w:val="Probleem, beslisser, budget en koopmoment"/>
                <w:tag w:val="antwoord_075"/>
                <w:id w:val="1074"/>
                <w:text/>
              </w:sdtPr>
              <w:sdtEndPr/>
              <w:sdtContent>
                <w:r w:rsidR="00B41876">
                  <w:t>[Probleem, beslisser, budget en koopmoment]</w:t>
                </w:r>
              </w:sdtContent>
            </w:sdt>
          </w:p>
        </w:tc>
        <w:tc>
          <w:tcPr>
            <w:tcW w:w="3288" w:type="dxa"/>
            <w:shd w:val="clear" w:color="auto" w:fill="FFFFFF"/>
            <w:tcMar>
              <w:top w:w="80" w:type="dxa"/>
              <w:left w:w="100" w:type="dxa"/>
              <w:bottom w:w="80" w:type="dxa"/>
              <w:right w:w="100" w:type="dxa"/>
            </w:tcMar>
            <w:vAlign w:val="center"/>
          </w:tcPr>
          <w:p w14:paraId="257B73C0" w14:textId="77777777" w:rsidR="00214C21" w:rsidRDefault="001B51A9">
            <w:pPr>
              <w:pStyle w:val="Tabeltekst"/>
              <w:spacing w:line="254" w:lineRule="auto"/>
            </w:pPr>
            <w:sdt>
              <w:sdtPr>
                <w:alias w:val="Aantal bereikbaar, kanaal en prioriteit"/>
                <w:tag w:val="antwoord_076"/>
                <w:id w:val="1075"/>
                <w:text/>
              </w:sdtPr>
              <w:sdtEndPr/>
              <w:sdtContent>
                <w:r w:rsidR="00B41876">
                  <w:t>[Aantal bereikbaar, kanaal en prioriteit]</w:t>
                </w:r>
              </w:sdtContent>
            </w:sdt>
          </w:p>
        </w:tc>
      </w:tr>
      <w:tr w:rsidR="00214C21" w14:paraId="49376D08" w14:textId="77777777">
        <w:trPr>
          <w:cantSplit/>
          <w:jc w:val="center"/>
        </w:trPr>
        <w:tc>
          <w:tcPr>
            <w:tcW w:w="2324" w:type="dxa"/>
            <w:shd w:val="clear" w:color="auto" w:fill="F1F6FA"/>
            <w:tcMar>
              <w:top w:w="80" w:type="dxa"/>
              <w:left w:w="100" w:type="dxa"/>
              <w:bottom w:w="80" w:type="dxa"/>
              <w:right w:w="100" w:type="dxa"/>
            </w:tcMar>
            <w:vAlign w:val="center"/>
          </w:tcPr>
          <w:p w14:paraId="00D6B866" w14:textId="77777777" w:rsidR="00214C21" w:rsidRDefault="001B51A9">
            <w:pPr>
              <w:pStyle w:val="Tabeltekst"/>
              <w:spacing w:line="254" w:lineRule="auto"/>
            </w:pPr>
            <w:sdt>
              <w:sdtPr>
                <w:alias w:val="Tweede segment"/>
                <w:tag w:val="antwoord_077"/>
                <w:id w:val="1076"/>
                <w:text/>
              </w:sdtPr>
              <w:sdtEndPr/>
              <w:sdtContent>
                <w:r w:rsidR="00B41876">
                  <w:t>[Tweede segment]</w:t>
                </w:r>
              </w:sdtContent>
            </w:sdt>
          </w:p>
        </w:tc>
        <w:tc>
          <w:tcPr>
            <w:tcW w:w="3798" w:type="dxa"/>
            <w:shd w:val="clear" w:color="auto" w:fill="F1F6FA"/>
            <w:tcMar>
              <w:top w:w="80" w:type="dxa"/>
              <w:left w:w="100" w:type="dxa"/>
              <w:bottom w:w="80" w:type="dxa"/>
              <w:right w:w="100" w:type="dxa"/>
            </w:tcMar>
            <w:vAlign w:val="center"/>
          </w:tcPr>
          <w:p w14:paraId="486CE3AA" w14:textId="77777777" w:rsidR="00214C21" w:rsidRDefault="001B51A9">
            <w:pPr>
              <w:pStyle w:val="Tabeltekst"/>
              <w:spacing w:line="254" w:lineRule="auto"/>
            </w:pPr>
            <w:sdt>
              <w:sdtPr>
                <w:alias w:val="Probleem, beslisser, budget en koopmoment"/>
                <w:tag w:val="antwoord_078"/>
                <w:id w:val="1077"/>
                <w:text/>
              </w:sdtPr>
              <w:sdtEndPr/>
              <w:sdtContent>
                <w:r w:rsidR="00B41876">
                  <w:t>[Probleem, beslisser, budget en koopmoment]</w:t>
                </w:r>
              </w:sdtContent>
            </w:sdt>
          </w:p>
        </w:tc>
        <w:tc>
          <w:tcPr>
            <w:tcW w:w="3288" w:type="dxa"/>
            <w:shd w:val="clear" w:color="auto" w:fill="F1F6FA"/>
            <w:tcMar>
              <w:top w:w="80" w:type="dxa"/>
              <w:left w:w="100" w:type="dxa"/>
              <w:bottom w:w="80" w:type="dxa"/>
              <w:right w:w="100" w:type="dxa"/>
            </w:tcMar>
            <w:vAlign w:val="center"/>
          </w:tcPr>
          <w:p w14:paraId="1466DCF5" w14:textId="77777777" w:rsidR="00214C21" w:rsidRDefault="001B51A9">
            <w:pPr>
              <w:pStyle w:val="Tabeltekst"/>
              <w:spacing w:line="254" w:lineRule="auto"/>
            </w:pPr>
            <w:sdt>
              <w:sdtPr>
                <w:alias w:val="Aantal bereikbaar, kanaal en prioriteit"/>
                <w:tag w:val="antwoord_079"/>
                <w:id w:val="1078"/>
                <w:text/>
              </w:sdtPr>
              <w:sdtEndPr/>
              <w:sdtContent>
                <w:r w:rsidR="00B41876">
                  <w:t>[Aantal bereikbaar, kanaal en prioriteit]</w:t>
                </w:r>
              </w:sdtContent>
            </w:sdt>
          </w:p>
        </w:tc>
      </w:tr>
      <w:tr w:rsidR="00214C21" w14:paraId="0A505FEE" w14:textId="77777777">
        <w:trPr>
          <w:cantSplit/>
          <w:jc w:val="center"/>
        </w:trPr>
        <w:tc>
          <w:tcPr>
            <w:tcW w:w="2324" w:type="dxa"/>
            <w:shd w:val="clear" w:color="auto" w:fill="FFFFFF"/>
            <w:tcMar>
              <w:top w:w="80" w:type="dxa"/>
              <w:left w:w="100" w:type="dxa"/>
              <w:bottom w:w="80" w:type="dxa"/>
              <w:right w:w="100" w:type="dxa"/>
            </w:tcMar>
            <w:vAlign w:val="center"/>
          </w:tcPr>
          <w:p w14:paraId="6E5EB76D" w14:textId="77777777" w:rsidR="00214C21" w:rsidRDefault="001B51A9">
            <w:pPr>
              <w:pStyle w:val="Tabeltekst"/>
              <w:spacing w:line="254" w:lineRule="auto"/>
            </w:pPr>
            <w:sdt>
              <w:sdtPr>
                <w:alias w:val="Optioneel segment"/>
                <w:tag w:val="antwoord_080"/>
                <w:id w:val="1079"/>
                <w:text/>
              </w:sdtPr>
              <w:sdtEndPr/>
              <w:sdtContent>
                <w:r w:rsidR="00B41876">
                  <w:t>[Optioneel segment]</w:t>
                </w:r>
              </w:sdtContent>
            </w:sdt>
          </w:p>
        </w:tc>
        <w:tc>
          <w:tcPr>
            <w:tcW w:w="3798" w:type="dxa"/>
            <w:shd w:val="clear" w:color="auto" w:fill="FFFFFF"/>
            <w:tcMar>
              <w:top w:w="80" w:type="dxa"/>
              <w:left w:w="100" w:type="dxa"/>
              <w:bottom w:w="80" w:type="dxa"/>
              <w:right w:w="100" w:type="dxa"/>
            </w:tcMar>
            <w:vAlign w:val="center"/>
          </w:tcPr>
          <w:p w14:paraId="42AFC38A" w14:textId="77777777" w:rsidR="00214C21" w:rsidRDefault="001B51A9">
            <w:pPr>
              <w:pStyle w:val="Tabeltekst"/>
              <w:spacing w:line="254" w:lineRule="auto"/>
            </w:pPr>
            <w:sdt>
              <w:sdtPr>
                <w:alias w:val="Probleem, beslisser, budget en koopmoment"/>
                <w:tag w:val="antwoord_081"/>
                <w:id w:val="1080"/>
                <w:text/>
              </w:sdtPr>
              <w:sdtEndPr/>
              <w:sdtContent>
                <w:r w:rsidR="00B41876">
                  <w:t>[Probleem, beslisser, budget en koopmoment]</w:t>
                </w:r>
              </w:sdtContent>
            </w:sdt>
          </w:p>
        </w:tc>
        <w:tc>
          <w:tcPr>
            <w:tcW w:w="3288" w:type="dxa"/>
            <w:shd w:val="clear" w:color="auto" w:fill="FFFFFF"/>
            <w:tcMar>
              <w:top w:w="80" w:type="dxa"/>
              <w:left w:w="100" w:type="dxa"/>
              <w:bottom w:w="80" w:type="dxa"/>
              <w:right w:w="100" w:type="dxa"/>
            </w:tcMar>
            <w:vAlign w:val="center"/>
          </w:tcPr>
          <w:p w14:paraId="6BED512F" w14:textId="77777777" w:rsidR="00214C21" w:rsidRDefault="001B51A9">
            <w:pPr>
              <w:pStyle w:val="Tabeltekst"/>
              <w:spacing w:line="254" w:lineRule="auto"/>
            </w:pPr>
            <w:sdt>
              <w:sdtPr>
                <w:alias w:val="Aantal bereikbaar, kanaal en prioriteit"/>
                <w:tag w:val="antwoord_082"/>
                <w:id w:val="1081"/>
                <w:text/>
              </w:sdtPr>
              <w:sdtEndPr/>
              <w:sdtContent>
                <w:r w:rsidR="00B41876">
                  <w:t>[Aantal bereikbaar, kanaal en prioriteit]</w:t>
                </w:r>
              </w:sdtContent>
            </w:sdt>
          </w:p>
        </w:tc>
      </w:tr>
    </w:tbl>
    <w:p w14:paraId="487CD7A5" w14:textId="77777777" w:rsidR="00214C21" w:rsidRDefault="00214C21">
      <w:pPr>
        <w:spacing w:after="0"/>
      </w:pPr>
    </w:p>
    <w:p w14:paraId="7869B8E5" w14:textId="77777777" w:rsidR="00214C21" w:rsidRDefault="00B41876">
      <w:pPr>
        <w:pStyle w:val="Heading2"/>
      </w:pPr>
      <w:r>
        <w:t>Bereikbare markt en omzetpotentieel</w:t>
      </w:r>
    </w:p>
    <w:p w14:paraId="0AE70EDF" w14:textId="77777777" w:rsidR="00214C21" w:rsidRDefault="00B41876">
      <w:pPr>
        <w:pStyle w:val="Invulhulp"/>
      </w:pPr>
      <w:r>
        <w:t>Begin bij uw werkgebied, klanttype en levercapaciteit. Reken van onderaf met bereikbare klanten, haalbaar marktaandeel, afname en gemiddelde prijs.</w:t>
      </w:r>
    </w:p>
    <w:p w14:paraId="5D324738" w14:textId="77777777" w:rsidR="00214C21" w:rsidRDefault="001B51A9">
      <w:pPr>
        <w:pStyle w:val="Invulveld"/>
      </w:pPr>
      <w:sdt>
        <w:sdtPr>
          <w:alias w:val="Er zijn circa … relevante klanten in … Wij kunnen … daarvan bereiken. In jaar 1 verwachten wij … betalende klanten met g"/>
          <w:tag w:val="antwoord_083"/>
          <w:id w:val="1082"/>
        </w:sdtPr>
        <w:sdtEndPr/>
        <w:sdtContent>
          <w:r w:rsidR="00B41876">
            <w:rPr>
              <w:color w:val="000000"/>
            </w:rPr>
            <w:t>[Er zijn circa … relevante klanten in … Wij kunnen … daarvan bereiken. In jaar 1 verwachten wij … betalende klanten met gemiddeld … aankopen van € …]</w:t>
          </w:r>
        </w:sdtContent>
      </w:sdt>
    </w:p>
    <w:p w14:paraId="6CE310C0" w14:textId="77777777" w:rsidR="00214C21" w:rsidRDefault="00B41876">
      <w:pPr>
        <w:pStyle w:val="Heading2"/>
      </w:pPr>
      <w:r>
        <w:t>Branchecijfers toepassen</w:t>
      </w:r>
    </w:p>
    <w:p w14:paraId="5E0674AF" w14:textId="77777777" w:rsidR="00214C21" w:rsidRDefault="00B41876">
      <w:pPr>
        <w:pStyle w:val="Invulhulp"/>
      </w:pPr>
      <w:r>
        <w:t>Leg vast welke branche en cijferperiode bij uw activiteiten passen. Vergelijk onder meer brutomarge en belangrijke kostenpercentages. Onderbouw verschillen in bedrijfsmodel, schaal of productmix.</w:t>
      </w:r>
    </w:p>
    <w:p w14:paraId="38B73CCF" w14:textId="77777777" w:rsidR="00214C21" w:rsidRDefault="001B51A9">
      <w:pPr>
        <w:pStyle w:val="Invulveld"/>
      </w:pPr>
      <w:sdt>
        <w:sdtPr>
          <w:alias w:val="Wij gebruiken … als branchevergelijking. Relevante kengetallen zijn … Ons plan wijkt af op … omdat …"/>
          <w:tag w:val="antwoord_084"/>
          <w:id w:val="1083"/>
        </w:sdtPr>
        <w:sdtEndPr/>
        <w:sdtContent>
          <w:r w:rsidR="00B41876">
            <w:rPr>
              <w:color w:val="000000"/>
            </w:rPr>
            <w:t>[Wij gebruiken … als branchevergelijking. Relevante kengetallen zijn … Ons plan wijkt af op … omdat …]</w:t>
          </w:r>
        </w:sdtContent>
      </w:sdt>
    </w:p>
    <w:p w14:paraId="68A4A5DE" w14:textId="79E95DB5" w:rsidR="00214C21" w:rsidRDefault="00B41876">
      <w:hyperlink r:id="rId11">
        <w:r>
          <w:rPr>
            <w:color w:val="2472AA"/>
            <w:sz w:val="19"/>
          </w:rPr>
          <w:t>Zoek uw branche en bekijk de cijfers bij FirmFocus</w:t>
        </w:r>
      </w:hyperlink>
    </w:p>
    <w:p w14:paraId="0F7C193B" w14:textId="77777777" w:rsidR="00214C21" w:rsidRDefault="00B41876">
      <w:r>
        <w:br w:type="page"/>
      </w:r>
    </w:p>
    <w:p w14:paraId="26E0AF46" w14:textId="77777777" w:rsidR="00214C21" w:rsidRDefault="00B41876">
      <w:pPr>
        <w:pStyle w:val="Sectielabel"/>
      </w:pPr>
      <w:r>
        <w:lastRenderedPageBreak/>
        <w:t>07  /  POSITIE</w:t>
      </w:r>
    </w:p>
    <w:p w14:paraId="14B0C4CF" w14:textId="77777777" w:rsidR="00214C21" w:rsidRDefault="00B41876">
      <w:pPr>
        <w:pStyle w:val="Heading1"/>
      </w:pPr>
      <w:bookmarkStart w:id="6" w:name="_Toc242630370"/>
      <w:r>
        <w:t>Concurrentie en positionering</w:t>
      </w:r>
      <w:bookmarkEnd w:id="6"/>
    </w:p>
    <w:p w14:paraId="5C7AEB66" w14:textId="77777777" w:rsidR="00214C21" w:rsidRDefault="00B41876">
      <w:r>
        <w:t>Vergelijk uw onderneming met de alternatieven die de klant echt overweegt. Neem ook zelf doen, uitstellen en vervangende oplossingen mee.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928"/>
        <w:gridCol w:w="2438"/>
        <w:gridCol w:w="2608"/>
        <w:gridCol w:w="2438"/>
      </w:tblGrid>
      <w:tr w:rsidR="00214C21" w14:paraId="3CC3ABC1" w14:textId="77777777">
        <w:trPr>
          <w:cantSplit/>
          <w:tblHeader/>
          <w:jc w:val="center"/>
        </w:trPr>
        <w:tc>
          <w:tcPr>
            <w:tcW w:w="1928" w:type="dxa"/>
            <w:shd w:val="clear" w:color="auto" w:fill="1A263D"/>
            <w:tcMar>
              <w:top w:w="80" w:type="dxa"/>
              <w:left w:w="100" w:type="dxa"/>
              <w:bottom w:w="80" w:type="dxa"/>
              <w:right w:w="100" w:type="dxa"/>
            </w:tcMar>
            <w:vAlign w:val="center"/>
          </w:tcPr>
          <w:p w14:paraId="72A59CB7" w14:textId="77777777" w:rsidR="00214C21" w:rsidRDefault="00B41876">
            <w:pPr>
              <w:pStyle w:val="Tabeltekst"/>
              <w:spacing w:line="254" w:lineRule="auto"/>
            </w:pPr>
            <w:r>
              <w:rPr>
                <w:b/>
                <w:color w:val="FFFFFF"/>
              </w:rPr>
              <w:t>Alternatief</w:t>
            </w:r>
          </w:p>
        </w:tc>
        <w:tc>
          <w:tcPr>
            <w:tcW w:w="2438" w:type="dxa"/>
            <w:shd w:val="clear" w:color="auto" w:fill="1A263D"/>
            <w:tcMar>
              <w:top w:w="80" w:type="dxa"/>
              <w:left w:w="100" w:type="dxa"/>
              <w:bottom w:w="80" w:type="dxa"/>
              <w:right w:w="100" w:type="dxa"/>
            </w:tcMar>
            <w:vAlign w:val="center"/>
          </w:tcPr>
          <w:p w14:paraId="567A1190" w14:textId="77777777" w:rsidR="00214C21" w:rsidRDefault="00B41876">
            <w:pPr>
              <w:pStyle w:val="Tabeltekst"/>
              <w:spacing w:line="254" w:lineRule="auto"/>
            </w:pPr>
            <w:r>
              <w:rPr>
                <w:b/>
                <w:color w:val="FFFFFF"/>
              </w:rPr>
              <w:t>Prijs en klantwaarde</w:t>
            </w:r>
          </w:p>
        </w:tc>
        <w:tc>
          <w:tcPr>
            <w:tcW w:w="2608" w:type="dxa"/>
            <w:shd w:val="clear" w:color="auto" w:fill="1A263D"/>
            <w:tcMar>
              <w:top w:w="80" w:type="dxa"/>
              <w:left w:w="100" w:type="dxa"/>
              <w:bottom w:w="80" w:type="dxa"/>
              <w:right w:w="100" w:type="dxa"/>
            </w:tcMar>
            <w:vAlign w:val="center"/>
          </w:tcPr>
          <w:p w14:paraId="2400AF89" w14:textId="77777777" w:rsidR="00214C21" w:rsidRDefault="00B41876">
            <w:pPr>
              <w:pStyle w:val="Tabeltekst"/>
              <w:spacing w:line="254" w:lineRule="auto"/>
            </w:pPr>
            <w:r>
              <w:rPr>
                <w:b/>
                <w:color w:val="FFFFFF"/>
              </w:rPr>
              <w:t>Sterkte en beperking</w:t>
            </w:r>
          </w:p>
        </w:tc>
        <w:tc>
          <w:tcPr>
            <w:tcW w:w="2438" w:type="dxa"/>
            <w:shd w:val="clear" w:color="auto" w:fill="1A263D"/>
            <w:tcMar>
              <w:top w:w="80" w:type="dxa"/>
              <w:left w:w="100" w:type="dxa"/>
              <w:bottom w:w="80" w:type="dxa"/>
              <w:right w:w="100" w:type="dxa"/>
            </w:tcMar>
            <w:vAlign w:val="center"/>
          </w:tcPr>
          <w:p w14:paraId="495AD5AA" w14:textId="77777777" w:rsidR="00214C21" w:rsidRDefault="00B41876">
            <w:pPr>
              <w:pStyle w:val="Tabeltekst"/>
              <w:spacing w:line="254" w:lineRule="auto"/>
            </w:pPr>
            <w:r>
              <w:rPr>
                <w:b/>
                <w:color w:val="FFFFFF"/>
              </w:rPr>
              <w:t>Uw antwoord</w:t>
            </w:r>
          </w:p>
        </w:tc>
      </w:tr>
      <w:tr w:rsidR="00214C21" w14:paraId="110B6B82" w14:textId="77777777">
        <w:trPr>
          <w:cantSplit/>
          <w:jc w:val="center"/>
        </w:trPr>
        <w:tc>
          <w:tcPr>
            <w:tcW w:w="1928" w:type="dxa"/>
            <w:shd w:val="clear" w:color="auto" w:fill="FFFFFF"/>
            <w:tcMar>
              <w:top w:w="80" w:type="dxa"/>
              <w:left w:w="100" w:type="dxa"/>
              <w:bottom w:w="80" w:type="dxa"/>
              <w:right w:w="100" w:type="dxa"/>
            </w:tcMar>
            <w:vAlign w:val="center"/>
          </w:tcPr>
          <w:p w14:paraId="39A0F284" w14:textId="77777777" w:rsidR="00214C21" w:rsidRDefault="001B51A9">
            <w:pPr>
              <w:pStyle w:val="Tabeltekst"/>
              <w:spacing w:line="254" w:lineRule="auto"/>
            </w:pPr>
            <w:sdt>
              <w:sdtPr>
                <w:alias w:val="Concurrent 1"/>
                <w:tag w:val="antwoord_085"/>
                <w:id w:val="1084"/>
                <w:text/>
              </w:sdtPr>
              <w:sdtEndPr/>
              <w:sdtContent>
                <w:r w:rsidR="00B41876">
                  <w:t>[Concurrent 1]</w:t>
                </w:r>
              </w:sdtContent>
            </w:sdt>
          </w:p>
        </w:tc>
        <w:tc>
          <w:tcPr>
            <w:tcW w:w="2438" w:type="dxa"/>
            <w:shd w:val="clear" w:color="auto" w:fill="FFFFFF"/>
            <w:tcMar>
              <w:top w:w="80" w:type="dxa"/>
              <w:left w:w="100" w:type="dxa"/>
              <w:bottom w:w="80" w:type="dxa"/>
              <w:right w:w="100" w:type="dxa"/>
            </w:tcMar>
            <w:vAlign w:val="center"/>
          </w:tcPr>
          <w:p w14:paraId="6E847EE7" w14:textId="77777777" w:rsidR="00214C21" w:rsidRDefault="001B51A9">
            <w:pPr>
              <w:pStyle w:val="Tabeltekst"/>
              <w:spacing w:line="254" w:lineRule="auto"/>
            </w:pPr>
            <w:sdt>
              <w:sdtPr>
                <w:alias w:val="Prijsniveau en waarde"/>
                <w:tag w:val="antwoord_086"/>
                <w:id w:val="1085"/>
                <w:text/>
              </w:sdtPr>
              <w:sdtEndPr/>
              <w:sdtContent>
                <w:r w:rsidR="00B41876">
                  <w:t>[Prijsniveau en waarde]</w:t>
                </w:r>
              </w:sdtContent>
            </w:sdt>
          </w:p>
        </w:tc>
        <w:tc>
          <w:tcPr>
            <w:tcW w:w="2608" w:type="dxa"/>
            <w:shd w:val="clear" w:color="auto" w:fill="FFFFFF"/>
            <w:tcMar>
              <w:top w:w="80" w:type="dxa"/>
              <w:left w:w="100" w:type="dxa"/>
              <w:bottom w:w="80" w:type="dxa"/>
              <w:right w:w="100" w:type="dxa"/>
            </w:tcMar>
            <w:vAlign w:val="center"/>
          </w:tcPr>
          <w:p w14:paraId="6C0552A9" w14:textId="77777777" w:rsidR="00214C21" w:rsidRDefault="001B51A9">
            <w:pPr>
              <w:pStyle w:val="Tabeltekst"/>
              <w:spacing w:line="254" w:lineRule="auto"/>
            </w:pPr>
            <w:sdt>
              <w:sdtPr>
                <w:alias w:val="Sterkte en beperking"/>
                <w:tag w:val="antwoord_087"/>
                <w:id w:val="1086"/>
                <w:text/>
              </w:sdtPr>
              <w:sdtEndPr/>
              <w:sdtContent>
                <w:r w:rsidR="00B41876">
                  <w:t>[Sterkte en beperking]</w:t>
                </w:r>
              </w:sdtContent>
            </w:sdt>
          </w:p>
        </w:tc>
        <w:tc>
          <w:tcPr>
            <w:tcW w:w="2438" w:type="dxa"/>
            <w:shd w:val="clear" w:color="auto" w:fill="FFFFFF"/>
            <w:tcMar>
              <w:top w:w="80" w:type="dxa"/>
              <w:left w:w="100" w:type="dxa"/>
              <w:bottom w:w="80" w:type="dxa"/>
              <w:right w:w="100" w:type="dxa"/>
            </w:tcMar>
            <w:vAlign w:val="center"/>
          </w:tcPr>
          <w:p w14:paraId="23410938" w14:textId="77777777" w:rsidR="00214C21" w:rsidRDefault="001B51A9">
            <w:pPr>
              <w:pStyle w:val="Tabeltekst"/>
              <w:spacing w:line="254" w:lineRule="auto"/>
            </w:pPr>
            <w:sdt>
              <w:sdtPr>
                <w:alias w:val="Concreet verschil"/>
                <w:tag w:val="antwoord_088"/>
                <w:id w:val="1087"/>
                <w:text/>
              </w:sdtPr>
              <w:sdtEndPr/>
              <w:sdtContent>
                <w:r w:rsidR="00B41876">
                  <w:t>[Concreet verschil]</w:t>
                </w:r>
              </w:sdtContent>
            </w:sdt>
          </w:p>
        </w:tc>
      </w:tr>
      <w:tr w:rsidR="00214C21" w14:paraId="4258BEF9" w14:textId="77777777">
        <w:trPr>
          <w:cantSplit/>
          <w:jc w:val="center"/>
        </w:trPr>
        <w:tc>
          <w:tcPr>
            <w:tcW w:w="1928" w:type="dxa"/>
            <w:shd w:val="clear" w:color="auto" w:fill="F1F6FA"/>
            <w:tcMar>
              <w:top w:w="80" w:type="dxa"/>
              <w:left w:w="100" w:type="dxa"/>
              <w:bottom w:w="80" w:type="dxa"/>
              <w:right w:w="100" w:type="dxa"/>
            </w:tcMar>
            <w:vAlign w:val="center"/>
          </w:tcPr>
          <w:p w14:paraId="7E281C9C" w14:textId="77777777" w:rsidR="00214C21" w:rsidRDefault="001B51A9">
            <w:pPr>
              <w:pStyle w:val="Tabeltekst"/>
              <w:spacing w:line="254" w:lineRule="auto"/>
            </w:pPr>
            <w:sdt>
              <w:sdtPr>
                <w:alias w:val="Concurrent 2"/>
                <w:tag w:val="antwoord_089"/>
                <w:id w:val="1088"/>
                <w:text/>
              </w:sdtPr>
              <w:sdtEndPr/>
              <w:sdtContent>
                <w:r w:rsidR="00B41876">
                  <w:t>[Concurrent 2]</w:t>
                </w:r>
              </w:sdtContent>
            </w:sdt>
          </w:p>
        </w:tc>
        <w:tc>
          <w:tcPr>
            <w:tcW w:w="2438" w:type="dxa"/>
            <w:shd w:val="clear" w:color="auto" w:fill="F1F6FA"/>
            <w:tcMar>
              <w:top w:w="80" w:type="dxa"/>
              <w:left w:w="100" w:type="dxa"/>
              <w:bottom w:w="80" w:type="dxa"/>
              <w:right w:w="100" w:type="dxa"/>
            </w:tcMar>
            <w:vAlign w:val="center"/>
          </w:tcPr>
          <w:p w14:paraId="63DE8A53" w14:textId="77777777" w:rsidR="00214C21" w:rsidRDefault="001B51A9">
            <w:pPr>
              <w:pStyle w:val="Tabeltekst"/>
              <w:spacing w:line="254" w:lineRule="auto"/>
            </w:pPr>
            <w:sdt>
              <w:sdtPr>
                <w:alias w:val="Prijsniveau en waarde"/>
                <w:tag w:val="antwoord_090"/>
                <w:id w:val="1089"/>
                <w:text/>
              </w:sdtPr>
              <w:sdtEndPr/>
              <w:sdtContent>
                <w:r w:rsidR="00B41876">
                  <w:t>[Prijsniveau en waarde]</w:t>
                </w:r>
              </w:sdtContent>
            </w:sdt>
          </w:p>
        </w:tc>
        <w:tc>
          <w:tcPr>
            <w:tcW w:w="2608" w:type="dxa"/>
            <w:shd w:val="clear" w:color="auto" w:fill="F1F6FA"/>
            <w:tcMar>
              <w:top w:w="80" w:type="dxa"/>
              <w:left w:w="100" w:type="dxa"/>
              <w:bottom w:w="80" w:type="dxa"/>
              <w:right w:w="100" w:type="dxa"/>
            </w:tcMar>
            <w:vAlign w:val="center"/>
          </w:tcPr>
          <w:p w14:paraId="6B6D8384" w14:textId="77777777" w:rsidR="00214C21" w:rsidRDefault="001B51A9">
            <w:pPr>
              <w:pStyle w:val="Tabeltekst"/>
              <w:spacing w:line="254" w:lineRule="auto"/>
            </w:pPr>
            <w:sdt>
              <w:sdtPr>
                <w:alias w:val="Sterkte en beperking"/>
                <w:tag w:val="antwoord_091"/>
                <w:id w:val="1090"/>
                <w:text/>
              </w:sdtPr>
              <w:sdtEndPr/>
              <w:sdtContent>
                <w:r w:rsidR="00B41876">
                  <w:t>[Sterkte en beperking]</w:t>
                </w:r>
              </w:sdtContent>
            </w:sdt>
          </w:p>
        </w:tc>
        <w:tc>
          <w:tcPr>
            <w:tcW w:w="2438" w:type="dxa"/>
            <w:shd w:val="clear" w:color="auto" w:fill="F1F6FA"/>
            <w:tcMar>
              <w:top w:w="80" w:type="dxa"/>
              <w:left w:w="100" w:type="dxa"/>
              <w:bottom w:w="80" w:type="dxa"/>
              <w:right w:w="100" w:type="dxa"/>
            </w:tcMar>
            <w:vAlign w:val="center"/>
          </w:tcPr>
          <w:p w14:paraId="635B5856" w14:textId="77777777" w:rsidR="00214C21" w:rsidRDefault="001B51A9">
            <w:pPr>
              <w:pStyle w:val="Tabeltekst"/>
              <w:spacing w:line="254" w:lineRule="auto"/>
            </w:pPr>
            <w:sdt>
              <w:sdtPr>
                <w:alias w:val="Concreet verschil"/>
                <w:tag w:val="antwoord_092"/>
                <w:id w:val="1091"/>
                <w:text/>
              </w:sdtPr>
              <w:sdtEndPr/>
              <w:sdtContent>
                <w:r w:rsidR="00B41876">
                  <w:t>[Concreet verschil]</w:t>
                </w:r>
              </w:sdtContent>
            </w:sdt>
          </w:p>
        </w:tc>
      </w:tr>
      <w:tr w:rsidR="00214C21" w14:paraId="2C778519" w14:textId="77777777">
        <w:trPr>
          <w:cantSplit/>
          <w:jc w:val="center"/>
        </w:trPr>
        <w:tc>
          <w:tcPr>
            <w:tcW w:w="1928" w:type="dxa"/>
            <w:shd w:val="clear" w:color="auto" w:fill="FFFFFF"/>
            <w:tcMar>
              <w:top w:w="80" w:type="dxa"/>
              <w:left w:w="100" w:type="dxa"/>
              <w:bottom w:w="80" w:type="dxa"/>
              <w:right w:w="100" w:type="dxa"/>
            </w:tcMar>
            <w:vAlign w:val="center"/>
          </w:tcPr>
          <w:p w14:paraId="61A3273A" w14:textId="77777777" w:rsidR="00214C21" w:rsidRDefault="001B51A9">
            <w:pPr>
              <w:pStyle w:val="Tabeltekst"/>
              <w:spacing w:line="254" w:lineRule="auto"/>
            </w:pPr>
            <w:sdt>
              <w:sdtPr>
                <w:alias w:val="Vervangende oplossing"/>
                <w:tag w:val="antwoord_093"/>
                <w:id w:val="1092"/>
                <w:text/>
              </w:sdtPr>
              <w:sdtEndPr/>
              <w:sdtContent>
                <w:r w:rsidR="00B41876">
                  <w:t>[Vervangende oplossing]</w:t>
                </w:r>
              </w:sdtContent>
            </w:sdt>
          </w:p>
        </w:tc>
        <w:tc>
          <w:tcPr>
            <w:tcW w:w="2438" w:type="dxa"/>
            <w:shd w:val="clear" w:color="auto" w:fill="FFFFFF"/>
            <w:tcMar>
              <w:top w:w="80" w:type="dxa"/>
              <w:left w:w="100" w:type="dxa"/>
              <w:bottom w:w="80" w:type="dxa"/>
              <w:right w:w="100" w:type="dxa"/>
            </w:tcMar>
            <w:vAlign w:val="center"/>
          </w:tcPr>
          <w:p w14:paraId="4B24D4EE" w14:textId="77777777" w:rsidR="00214C21" w:rsidRDefault="001B51A9">
            <w:pPr>
              <w:pStyle w:val="Tabeltekst"/>
              <w:spacing w:line="254" w:lineRule="auto"/>
            </w:pPr>
            <w:sdt>
              <w:sdtPr>
                <w:alias w:val="Kosten en resultaat"/>
                <w:tag w:val="antwoord_094"/>
                <w:id w:val="1093"/>
                <w:text/>
              </w:sdtPr>
              <w:sdtEndPr/>
              <w:sdtContent>
                <w:r w:rsidR="00B41876">
                  <w:t>[Kosten en resultaat]</w:t>
                </w:r>
              </w:sdtContent>
            </w:sdt>
          </w:p>
        </w:tc>
        <w:tc>
          <w:tcPr>
            <w:tcW w:w="2608" w:type="dxa"/>
            <w:shd w:val="clear" w:color="auto" w:fill="FFFFFF"/>
            <w:tcMar>
              <w:top w:w="80" w:type="dxa"/>
              <w:left w:w="100" w:type="dxa"/>
              <w:bottom w:w="80" w:type="dxa"/>
              <w:right w:w="100" w:type="dxa"/>
            </w:tcMar>
            <w:vAlign w:val="center"/>
          </w:tcPr>
          <w:p w14:paraId="5F0987C6" w14:textId="77777777" w:rsidR="00214C21" w:rsidRDefault="001B51A9">
            <w:pPr>
              <w:pStyle w:val="Tabeltekst"/>
              <w:spacing w:line="254" w:lineRule="auto"/>
            </w:pPr>
            <w:sdt>
              <w:sdtPr>
                <w:alias w:val="Sterkte en beperking"/>
                <w:tag w:val="antwoord_095"/>
                <w:id w:val="1094"/>
                <w:text/>
              </w:sdtPr>
              <w:sdtEndPr/>
              <w:sdtContent>
                <w:r w:rsidR="00B41876">
                  <w:t>[Sterkte en beperking]</w:t>
                </w:r>
              </w:sdtContent>
            </w:sdt>
          </w:p>
        </w:tc>
        <w:tc>
          <w:tcPr>
            <w:tcW w:w="2438" w:type="dxa"/>
            <w:shd w:val="clear" w:color="auto" w:fill="FFFFFF"/>
            <w:tcMar>
              <w:top w:w="80" w:type="dxa"/>
              <w:left w:w="100" w:type="dxa"/>
              <w:bottom w:w="80" w:type="dxa"/>
              <w:right w:w="100" w:type="dxa"/>
            </w:tcMar>
            <w:vAlign w:val="center"/>
          </w:tcPr>
          <w:p w14:paraId="0BAAA48E" w14:textId="77777777" w:rsidR="00214C21" w:rsidRDefault="001B51A9">
            <w:pPr>
              <w:pStyle w:val="Tabeltekst"/>
              <w:spacing w:line="254" w:lineRule="auto"/>
            </w:pPr>
            <w:sdt>
              <w:sdtPr>
                <w:alias w:val="Concreet verschil"/>
                <w:tag w:val="antwoord_096"/>
                <w:id w:val="1095"/>
                <w:text/>
              </w:sdtPr>
              <w:sdtEndPr/>
              <w:sdtContent>
                <w:r w:rsidR="00B41876">
                  <w:t>[Concreet verschil]</w:t>
                </w:r>
              </w:sdtContent>
            </w:sdt>
          </w:p>
        </w:tc>
      </w:tr>
      <w:tr w:rsidR="00214C21" w14:paraId="07024B6F" w14:textId="77777777">
        <w:trPr>
          <w:cantSplit/>
          <w:jc w:val="center"/>
        </w:trPr>
        <w:tc>
          <w:tcPr>
            <w:tcW w:w="1928" w:type="dxa"/>
            <w:shd w:val="clear" w:color="auto" w:fill="F1F6FA"/>
            <w:tcMar>
              <w:top w:w="80" w:type="dxa"/>
              <w:left w:w="100" w:type="dxa"/>
              <w:bottom w:w="80" w:type="dxa"/>
              <w:right w:w="100" w:type="dxa"/>
            </w:tcMar>
            <w:vAlign w:val="center"/>
          </w:tcPr>
          <w:p w14:paraId="0039DBB0" w14:textId="77777777" w:rsidR="00214C21" w:rsidRDefault="001B51A9">
            <w:pPr>
              <w:pStyle w:val="Tabeltekst"/>
              <w:spacing w:line="254" w:lineRule="auto"/>
            </w:pPr>
            <w:sdt>
              <w:sdtPr>
                <w:alias w:val="Zelf doen of niets doen"/>
                <w:tag w:val="antwoord_097"/>
                <w:id w:val="1096"/>
                <w:text/>
              </w:sdtPr>
              <w:sdtEndPr/>
              <w:sdtContent>
                <w:r w:rsidR="00B41876">
                  <w:t>[Zelf doen of niets doen]</w:t>
                </w:r>
              </w:sdtContent>
            </w:sdt>
          </w:p>
        </w:tc>
        <w:tc>
          <w:tcPr>
            <w:tcW w:w="2438" w:type="dxa"/>
            <w:shd w:val="clear" w:color="auto" w:fill="F1F6FA"/>
            <w:tcMar>
              <w:top w:w="80" w:type="dxa"/>
              <w:left w:w="100" w:type="dxa"/>
              <w:bottom w:w="80" w:type="dxa"/>
              <w:right w:w="100" w:type="dxa"/>
            </w:tcMar>
            <w:vAlign w:val="center"/>
          </w:tcPr>
          <w:p w14:paraId="46ADACFA" w14:textId="77777777" w:rsidR="00214C21" w:rsidRDefault="001B51A9">
            <w:pPr>
              <w:pStyle w:val="Tabeltekst"/>
              <w:spacing w:line="254" w:lineRule="auto"/>
            </w:pPr>
            <w:sdt>
              <w:sdtPr>
                <w:alias w:val="Kosten en resultaat"/>
                <w:tag w:val="antwoord_098"/>
                <w:id w:val="1097"/>
                <w:text/>
              </w:sdtPr>
              <w:sdtEndPr/>
              <w:sdtContent>
                <w:r w:rsidR="00B41876">
                  <w:t>[Kosten en resultaat]</w:t>
                </w:r>
              </w:sdtContent>
            </w:sdt>
          </w:p>
        </w:tc>
        <w:tc>
          <w:tcPr>
            <w:tcW w:w="2608" w:type="dxa"/>
            <w:shd w:val="clear" w:color="auto" w:fill="F1F6FA"/>
            <w:tcMar>
              <w:top w:w="80" w:type="dxa"/>
              <w:left w:w="100" w:type="dxa"/>
              <w:bottom w:w="80" w:type="dxa"/>
              <w:right w:w="100" w:type="dxa"/>
            </w:tcMar>
            <w:vAlign w:val="center"/>
          </w:tcPr>
          <w:p w14:paraId="0FD1DBF3" w14:textId="77777777" w:rsidR="00214C21" w:rsidRDefault="001B51A9">
            <w:pPr>
              <w:pStyle w:val="Tabeltekst"/>
              <w:spacing w:line="254" w:lineRule="auto"/>
            </w:pPr>
            <w:sdt>
              <w:sdtPr>
                <w:alias w:val="Reden om dit te kiezen"/>
                <w:tag w:val="antwoord_099"/>
                <w:id w:val="1098"/>
                <w:text/>
              </w:sdtPr>
              <w:sdtEndPr/>
              <w:sdtContent>
                <w:r w:rsidR="00B41876">
                  <w:t>[Reden om dit te kiezen]</w:t>
                </w:r>
              </w:sdtContent>
            </w:sdt>
          </w:p>
        </w:tc>
        <w:tc>
          <w:tcPr>
            <w:tcW w:w="2438" w:type="dxa"/>
            <w:shd w:val="clear" w:color="auto" w:fill="F1F6FA"/>
            <w:tcMar>
              <w:top w:w="80" w:type="dxa"/>
              <w:left w:w="100" w:type="dxa"/>
              <w:bottom w:w="80" w:type="dxa"/>
              <w:right w:w="100" w:type="dxa"/>
            </w:tcMar>
            <w:vAlign w:val="center"/>
          </w:tcPr>
          <w:p w14:paraId="00EFB513" w14:textId="77777777" w:rsidR="00214C21" w:rsidRDefault="001B51A9">
            <w:pPr>
              <w:pStyle w:val="Tabeltekst"/>
              <w:spacing w:line="254" w:lineRule="auto"/>
            </w:pPr>
            <w:sdt>
              <w:sdtPr>
                <w:alias w:val="Reden om te veranderen"/>
                <w:tag w:val="antwoord_100"/>
                <w:id w:val="1099"/>
                <w:text/>
              </w:sdtPr>
              <w:sdtEndPr/>
              <w:sdtContent>
                <w:r w:rsidR="00B41876">
                  <w:t>[Reden om te veranderen]</w:t>
                </w:r>
              </w:sdtContent>
            </w:sdt>
          </w:p>
        </w:tc>
      </w:tr>
    </w:tbl>
    <w:p w14:paraId="7E149745" w14:textId="77777777" w:rsidR="00214C21" w:rsidRDefault="00214C21">
      <w:pPr>
        <w:spacing w:after="0"/>
      </w:pPr>
    </w:p>
    <w:p w14:paraId="76FC3560" w14:textId="77777777" w:rsidR="00214C21" w:rsidRDefault="00B41876">
      <w:pPr>
        <w:pStyle w:val="Heading2"/>
      </w:pPr>
      <w:r>
        <w:t>Keuzecriteria van de klant</w:t>
      </w:r>
    </w:p>
    <w:p w14:paraId="44989D7C" w14:textId="77777777" w:rsidR="00214C21" w:rsidRDefault="00B41876">
      <w:pPr>
        <w:pStyle w:val="Invulhulp"/>
      </w:pPr>
      <w:r>
        <w:t>Welke factoren bepalen de aankoop? Denk aan prijs, betrouwbaarheid, beschikbaarheid, aantoonbaar resultaat, gemak en service.</w:t>
      </w:r>
    </w:p>
    <w:p w14:paraId="2DDE7065" w14:textId="77777777" w:rsidR="00214C21" w:rsidRDefault="001B51A9">
      <w:pPr>
        <w:pStyle w:val="Invulveld"/>
      </w:pPr>
      <w:sdt>
        <w:sdtPr>
          <w:alias w:val="Onze klanten kiezen vooral op … Dit blijkt uit … Wij presteren daarop als volgt …"/>
          <w:tag w:val="antwoord_101"/>
          <w:id w:val="1100"/>
        </w:sdtPr>
        <w:sdtEndPr/>
        <w:sdtContent>
          <w:r w:rsidR="00B41876">
            <w:rPr>
              <w:color w:val="000000"/>
            </w:rPr>
            <w:t>[Onze klanten kiezen vooral op … Dit blijkt uit … Wij presteren daarop als volgt …]</w:t>
          </w:r>
        </w:sdtContent>
      </w:sdt>
    </w:p>
    <w:p w14:paraId="498A9E12" w14:textId="77777777" w:rsidR="00214C21" w:rsidRDefault="00B41876">
      <w:pPr>
        <w:pStyle w:val="Heading2"/>
      </w:pPr>
      <w:r>
        <w:t>Uw positie in één alinea</w:t>
      </w:r>
    </w:p>
    <w:p w14:paraId="65DEE809" w14:textId="77777777" w:rsidR="00214C21" w:rsidRDefault="00B41876">
      <w:pPr>
        <w:pStyle w:val="Invulhulp"/>
      </w:pPr>
      <w:r>
        <w:t>Formuleer voor welk segment u de beste passende keuze wilt zijn en met welk bewijs. Vermijd claims die u niet kunt aantonen.</w:t>
      </w:r>
    </w:p>
    <w:p w14:paraId="337896C2" w14:textId="77777777" w:rsidR="00214C21" w:rsidRDefault="001B51A9">
      <w:pPr>
        <w:pStyle w:val="Invulveld"/>
      </w:pPr>
      <w:sdt>
        <w:sdtPr>
          <w:alias w:val="Voor … die … bieden wij … In vergelijking met … onderscheiden wij ons door … Het bewijs hiervoor is …"/>
          <w:tag w:val="antwoord_102"/>
          <w:id w:val="1101"/>
        </w:sdtPr>
        <w:sdtEndPr/>
        <w:sdtContent>
          <w:r w:rsidR="00B41876">
            <w:rPr>
              <w:color w:val="000000"/>
            </w:rPr>
            <w:t>[Voor … die … bieden wij … In vergelijking met … onderscheiden wij ons door … Het bewijs hiervoor is …]</w:t>
          </w:r>
        </w:sdtContent>
      </w:sdt>
    </w:p>
    <w:p w14:paraId="343C6320" w14:textId="77777777" w:rsidR="00214C21" w:rsidRDefault="00B41876">
      <w:pPr>
        <w:pStyle w:val="Heading2"/>
      </w:pPr>
      <w:r>
        <w:t>Concurrentiereactie en houdbaarheid</w:t>
      </w:r>
    </w:p>
    <w:p w14:paraId="0BB38384" w14:textId="77777777" w:rsidR="00214C21" w:rsidRDefault="00B41876">
      <w:pPr>
        <w:pStyle w:val="Invulhulp"/>
      </w:pPr>
      <w:r>
        <w:t>Hoe reageren anderen op uw aanbod? Wat blijft overeind als een concurrent de prijs verlaagt of uw aanpak kopieert?</w:t>
      </w:r>
    </w:p>
    <w:p w14:paraId="00C91DF9" w14:textId="77777777" w:rsidR="00214C21" w:rsidRDefault="001B51A9">
      <w:pPr>
        <w:pStyle w:val="Invulveld"/>
      </w:pPr>
      <w:sdt>
        <w:sdtPr>
          <w:alias w:val="Een waarschijnlijke reactie is … Wij behouden onze positie doordat … Wij toetsen dit door …"/>
          <w:tag w:val="antwoord_103"/>
          <w:id w:val="1102"/>
        </w:sdtPr>
        <w:sdtEndPr/>
        <w:sdtContent>
          <w:r w:rsidR="00B41876">
            <w:rPr>
              <w:color w:val="000000"/>
            </w:rPr>
            <w:t>[Een waarschijnlijke reactie is … Wij behouden onze positie doordat … Wij toetsen dit door …]</w:t>
          </w:r>
        </w:sdtContent>
      </w:sdt>
    </w:p>
    <w:p w14:paraId="3E8F83B8" w14:textId="77777777" w:rsidR="00214C21" w:rsidRDefault="00B41876">
      <w:pPr>
        <w:pStyle w:val="Heading2"/>
      </w:pPr>
      <w:r>
        <w:t>Conclusie voor het plan</w:t>
      </w:r>
    </w:p>
    <w:p w14:paraId="22BCEE68" w14:textId="77777777" w:rsidR="00214C21" w:rsidRDefault="001B51A9">
      <w:pPr>
        <w:pStyle w:val="Invulveld"/>
      </w:pPr>
      <w:sdt>
        <w:sdtPr>
          <w:alias w:val="Wij kiezen voor … Deze keuze betekent voor ons aanbod, prijs en verkoop …"/>
          <w:tag w:val="antwoord_104"/>
          <w:id w:val="1103"/>
        </w:sdtPr>
        <w:sdtEndPr/>
        <w:sdtContent>
          <w:r w:rsidR="00B41876">
            <w:rPr>
              <w:color w:val="000000"/>
            </w:rPr>
            <w:t>[Wij kiezen voor … Deze keuze betekent voor ons aanbod, prijs en verkoop …]</w:t>
          </w:r>
        </w:sdtContent>
      </w:sdt>
    </w:p>
    <w:p w14:paraId="4512D270" w14:textId="77777777" w:rsidR="00214C21" w:rsidRDefault="00B41876">
      <w:r>
        <w:br w:type="page"/>
      </w:r>
    </w:p>
    <w:p w14:paraId="7E1FF78A" w14:textId="77777777" w:rsidR="00214C21" w:rsidRDefault="00B41876">
      <w:pPr>
        <w:pStyle w:val="Sectielabel"/>
      </w:pPr>
      <w:r>
        <w:lastRenderedPageBreak/>
        <w:t>08  /  STRATEGIE</w:t>
      </w:r>
    </w:p>
    <w:p w14:paraId="2B6855B5" w14:textId="77777777" w:rsidR="00214C21" w:rsidRDefault="00B41876">
      <w:pPr>
        <w:pStyle w:val="Heading1"/>
      </w:pPr>
      <w:bookmarkStart w:id="7" w:name="_Toc242630371"/>
      <w:r>
        <w:t>SWOT en samenhang</w:t>
      </w:r>
      <w:bookmarkEnd w:id="7"/>
    </w:p>
    <w:p w14:paraId="5CACBBDF" w14:textId="77777777" w:rsidR="00214C21" w:rsidRDefault="00B41876">
      <w:r>
        <w:t>Breng de belangrijkste interne en externe factoren bijeen. Gebruik alleen punten die invloed hebben op de keuzes in dit plan.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814"/>
        <w:gridCol w:w="4082"/>
        <w:gridCol w:w="3515"/>
      </w:tblGrid>
      <w:tr w:rsidR="00214C21" w14:paraId="16CCFF82" w14:textId="77777777">
        <w:trPr>
          <w:cantSplit/>
          <w:tblHeader/>
          <w:jc w:val="center"/>
        </w:trPr>
        <w:tc>
          <w:tcPr>
            <w:tcW w:w="1814" w:type="dxa"/>
            <w:shd w:val="clear" w:color="auto" w:fill="1A263D"/>
            <w:tcMar>
              <w:top w:w="80" w:type="dxa"/>
              <w:left w:w="100" w:type="dxa"/>
              <w:bottom w:w="80" w:type="dxa"/>
              <w:right w:w="100" w:type="dxa"/>
            </w:tcMar>
            <w:vAlign w:val="center"/>
          </w:tcPr>
          <w:p w14:paraId="69B03FE9" w14:textId="77777777" w:rsidR="00214C21" w:rsidRDefault="00B41876">
            <w:pPr>
              <w:pStyle w:val="Tabeltekst"/>
              <w:spacing w:line="254" w:lineRule="auto"/>
            </w:pPr>
            <w:r>
              <w:rPr>
                <w:b/>
                <w:color w:val="FFFFFF"/>
              </w:rPr>
              <w:t>Soort</w:t>
            </w:r>
          </w:p>
        </w:tc>
        <w:tc>
          <w:tcPr>
            <w:tcW w:w="4082" w:type="dxa"/>
            <w:shd w:val="clear" w:color="auto" w:fill="1A263D"/>
            <w:tcMar>
              <w:top w:w="80" w:type="dxa"/>
              <w:left w:w="100" w:type="dxa"/>
              <w:bottom w:w="80" w:type="dxa"/>
              <w:right w:w="100" w:type="dxa"/>
            </w:tcMar>
            <w:vAlign w:val="center"/>
          </w:tcPr>
          <w:p w14:paraId="2990CF0C" w14:textId="77777777" w:rsidR="00214C21" w:rsidRDefault="00B41876">
            <w:pPr>
              <w:pStyle w:val="Tabeltekst"/>
              <w:spacing w:line="254" w:lineRule="auto"/>
            </w:pPr>
            <w:r>
              <w:rPr>
                <w:b/>
                <w:color w:val="FFFFFF"/>
              </w:rPr>
              <w:t>Belangrijkste factoren</w:t>
            </w:r>
          </w:p>
        </w:tc>
        <w:tc>
          <w:tcPr>
            <w:tcW w:w="3515" w:type="dxa"/>
            <w:shd w:val="clear" w:color="auto" w:fill="1A263D"/>
            <w:tcMar>
              <w:top w:w="80" w:type="dxa"/>
              <w:left w:w="100" w:type="dxa"/>
              <w:bottom w:w="80" w:type="dxa"/>
              <w:right w:w="100" w:type="dxa"/>
            </w:tcMar>
            <w:vAlign w:val="center"/>
          </w:tcPr>
          <w:p w14:paraId="3363CD70" w14:textId="77777777" w:rsidR="00214C21" w:rsidRDefault="00B41876">
            <w:pPr>
              <w:pStyle w:val="Tabeltekst"/>
              <w:spacing w:line="254" w:lineRule="auto"/>
            </w:pPr>
            <w:r>
              <w:rPr>
                <w:b/>
                <w:color w:val="FFFFFF"/>
              </w:rPr>
              <w:t>Onderbouwing</w:t>
            </w:r>
          </w:p>
        </w:tc>
      </w:tr>
      <w:tr w:rsidR="00214C21" w14:paraId="714074E8" w14:textId="77777777">
        <w:trPr>
          <w:cantSplit/>
          <w:jc w:val="center"/>
        </w:trPr>
        <w:tc>
          <w:tcPr>
            <w:tcW w:w="1814" w:type="dxa"/>
            <w:shd w:val="clear" w:color="auto" w:fill="FFFFFF"/>
            <w:tcMar>
              <w:top w:w="80" w:type="dxa"/>
              <w:left w:w="100" w:type="dxa"/>
              <w:bottom w:w="80" w:type="dxa"/>
              <w:right w:w="100" w:type="dxa"/>
            </w:tcMar>
            <w:vAlign w:val="center"/>
          </w:tcPr>
          <w:p w14:paraId="5172CC15" w14:textId="77777777" w:rsidR="00214C21" w:rsidRDefault="00B41876">
            <w:pPr>
              <w:pStyle w:val="Tabeltekst"/>
              <w:spacing w:line="254" w:lineRule="auto"/>
            </w:pPr>
            <w:r>
              <w:t>Sterktes</w:t>
            </w:r>
            <w:r>
              <w:br/>
              <w:t>Intern</w:t>
            </w:r>
          </w:p>
        </w:tc>
        <w:tc>
          <w:tcPr>
            <w:tcW w:w="4082" w:type="dxa"/>
            <w:shd w:val="clear" w:color="auto" w:fill="FFFFFF"/>
            <w:tcMar>
              <w:top w:w="80" w:type="dxa"/>
              <w:left w:w="100" w:type="dxa"/>
              <w:bottom w:w="80" w:type="dxa"/>
              <w:right w:w="100" w:type="dxa"/>
            </w:tcMar>
            <w:vAlign w:val="center"/>
          </w:tcPr>
          <w:p w14:paraId="3C0C21C3" w14:textId="77777777" w:rsidR="00214C21" w:rsidRDefault="001B51A9">
            <w:pPr>
              <w:pStyle w:val="Tabeltekst"/>
              <w:spacing w:line="254" w:lineRule="auto"/>
            </w:pPr>
            <w:sdt>
              <w:sdtPr>
                <w:alias w:val="Maximaal drie aantoonbare sterktes"/>
                <w:tag w:val="antwoord_105"/>
                <w:id w:val="1104"/>
                <w:text/>
              </w:sdtPr>
              <w:sdtEndPr/>
              <w:sdtContent>
                <w:r w:rsidR="00B41876">
                  <w:t>[Maximaal drie aantoonbare sterktes]</w:t>
                </w:r>
              </w:sdtContent>
            </w:sdt>
          </w:p>
        </w:tc>
        <w:tc>
          <w:tcPr>
            <w:tcW w:w="3515" w:type="dxa"/>
            <w:shd w:val="clear" w:color="auto" w:fill="FFFFFF"/>
            <w:tcMar>
              <w:top w:w="80" w:type="dxa"/>
              <w:left w:w="100" w:type="dxa"/>
              <w:bottom w:w="80" w:type="dxa"/>
              <w:right w:w="100" w:type="dxa"/>
            </w:tcMar>
            <w:vAlign w:val="center"/>
          </w:tcPr>
          <w:p w14:paraId="38781167" w14:textId="77777777" w:rsidR="00214C21" w:rsidRDefault="001B51A9">
            <w:pPr>
              <w:pStyle w:val="Tabeltekst"/>
              <w:spacing w:line="254" w:lineRule="auto"/>
            </w:pPr>
            <w:sdt>
              <w:sdtPr>
                <w:alias w:val="Bewijs en effect"/>
                <w:tag w:val="antwoord_106"/>
                <w:id w:val="1105"/>
                <w:text/>
              </w:sdtPr>
              <w:sdtEndPr/>
              <w:sdtContent>
                <w:r w:rsidR="00B41876">
                  <w:t>[Bewijs en effect]</w:t>
                </w:r>
              </w:sdtContent>
            </w:sdt>
          </w:p>
        </w:tc>
      </w:tr>
      <w:tr w:rsidR="00214C21" w14:paraId="277A43F1" w14:textId="77777777">
        <w:trPr>
          <w:cantSplit/>
          <w:jc w:val="center"/>
        </w:trPr>
        <w:tc>
          <w:tcPr>
            <w:tcW w:w="1814" w:type="dxa"/>
            <w:shd w:val="clear" w:color="auto" w:fill="F1F6FA"/>
            <w:tcMar>
              <w:top w:w="80" w:type="dxa"/>
              <w:left w:w="100" w:type="dxa"/>
              <w:bottom w:w="80" w:type="dxa"/>
              <w:right w:w="100" w:type="dxa"/>
            </w:tcMar>
            <w:vAlign w:val="center"/>
          </w:tcPr>
          <w:p w14:paraId="50D1D5FA" w14:textId="77777777" w:rsidR="00214C21" w:rsidRDefault="00B41876">
            <w:pPr>
              <w:pStyle w:val="Tabeltekst"/>
              <w:spacing w:line="254" w:lineRule="auto"/>
            </w:pPr>
            <w:r>
              <w:t>Zwaktes</w:t>
            </w:r>
            <w:r>
              <w:br/>
              <w:t>Intern</w:t>
            </w:r>
          </w:p>
        </w:tc>
        <w:tc>
          <w:tcPr>
            <w:tcW w:w="4082" w:type="dxa"/>
            <w:shd w:val="clear" w:color="auto" w:fill="F1F6FA"/>
            <w:tcMar>
              <w:top w:w="80" w:type="dxa"/>
              <w:left w:w="100" w:type="dxa"/>
              <w:bottom w:w="80" w:type="dxa"/>
              <w:right w:w="100" w:type="dxa"/>
            </w:tcMar>
            <w:vAlign w:val="center"/>
          </w:tcPr>
          <w:p w14:paraId="1D0AAEAA" w14:textId="77777777" w:rsidR="00214C21" w:rsidRDefault="001B51A9">
            <w:pPr>
              <w:pStyle w:val="Tabeltekst"/>
              <w:spacing w:line="254" w:lineRule="auto"/>
            </w:pPr>
            <w:sdt>
              <w:sdtPr>
                <w:alias w:val="Maximaal drie relevante tekortkomingen"/>
                <w:tag w:val="antwoord_107"/>
                <w:id w:val="1106"/>
                <w:text/>
              </w:sdtPr>
              <w:sdtEndPr/>
              <w:sdtContent>
                <w:r w:rsidR="00B41876">
                  <w:t>[Maximaal drie relevante tekortkomingen]</w:t>
                </w:r>
              </w:sdtContent>
            </w:sdt>
          </w:p>
        </w:tc>
        <w:tc>
          <w:tcPr>
            <w:tcW w:w="3515" w:type="dxa"/>
            <w:shd w:val="clear" w:color="auto" w:fill="F1F6FA"/>
            <w:tcMar>
              <w:top w:w="80" w:type="dxa"/>
              <w:left w:w="100" w:type="dxa"/>
              <w:bottom w:w="80" w:type="dxa"/>
              <w:right w:w="100" w:type="dxa"/>
            </w:tcMar>
            <w:vAlign w:val="center"/>
          </w:tcPr>
          <w:p w14:paraId="3DDB773D" w14:textId="77777777" w:rsidR="00214C21" w:rsidRDefault="001B51A9">
            <w:pPr>
              <w:pStyle w:val="Tabeltekst"/>
              <w:spacing w:line="254" w:lineRule="auto"/>
            </w:pPr>
            <w:sdt>
              <w:sdtPr>
                <w:alias w:val="Bewijs en effect"/>
                <w:tag w:val="antwoord_108"/>
                <w:id w:val="1107"/>
                <w:text/>
              </w:sdtPr>
              <w:sdtEndPr/>
              <w:sdtContent>
                <w:r w:rsidR="00B41876">
                  <w:t>[Bewijs en effect]</w:t>
                </w:r>
              </w:sdtContent>
            </w:sdt>
          </w:p>
        </w:tc>
      </w:tr>
      <w:tr w:rsidR="00214C21" w14:paraId="6FC6ABB8" w14:textId="77777777">
        <w:trPr>
          <w:cantSplit/>
          <w:jc w:val="center"/>
        </w:trPr>
        <w:tc>
          <w:tcPr>
            <w:tcW w:w="1814" w:type="dxa"/>
            <w:shd w:val="clear" w:color="auto" w:fill="FFFFFF"/>
            <w:tcMar>
              <w:top w:w="80" w:type="dxa"/>
              <w:left w:w="100" w:type="dxa"/>
              <w:bottom w:w="80" w:type="dxa"/>
              <w:right w:w="100" w:type="dxa"/>
            </w:tcMar>
            <w:vAlign w:val="center"/>
          </w:tcPr>
          <w:p w14:paraId="188D33CB" w14:textId="77777777" w:rsidR="00214C21" w:rsidRDefault="00B41876">
            <w:pPr>
              <w:pStyle w:val="Tabeltekst"/>
              <w:spacing w:line="254" w:lineRule="auto"/>
            </w:pPr>
            <w:r>
              <w:t>Kansen</w:t>
            </w:r>
            <w:r>
              <w:br/>
              <w:t>Extern</w:t>
            </w:r>
          </w:p>
        </w:tc>
        <w:tc>
          <w:tcPr>
            <w:tcW w:w="4082" w:type="dxa"/>
            <w:shd w:val="clear" w:color="auto" w:fill="FFFFFF"/>
            <w:tcMar>
              <w:top w:w="80" w:type="dxa"/>
              <w:left w:w="100" w:type="dxa"/>
              <w:bottom w:w="80" w:type="dxa"/>
              <w:right w:w="100" w:type="dxa"/>
            </w:tcMar>
            <w:vAlign w:val="center"/>
          </w:tcPr>
          <w:p w14:paraId="7C08B1E8" w14:textId="77777777" w:rsidR="00214C21" w:rsidRDefault="001B51A9">
            <w:pPr>
              <w:pStyle w:val="Tabeltekst"/>
              <w:spacing w:line="254" w:lineRule="auto"/>
            </w:pPr>
            <w:sdt>
              <w:sdtPr>
                <w:alias w:val="Maximaal drie concrete kansen"/>
                <w:tag w:val="antwoord_109"/>
                <w:id w:val="1108"/>
                <w:text/>
              </w:sdtPr>
              <w:sdtEndPr/>
              <w:sdtContent>
                <w:r w:rsidR="00B41876">
                  <w:t>[Maximaal drie concrete kansen]</w:t>
                </w:r>
              </w:sdtContent>
            </w:sdt>
          </w:p>
        </w:tc>
        <w:tc>
          <w:tcPr>
            <w:tcW w:w="3515" w:type="dxa"/>
            <w:shd w:val="clear" w:color="auto" w:fill="FFFFFF"/>
            <w:tcMar>
              <w:top w:w="80" w:type="dxa"/>
              <w:left w:w="100" w:type="dxa"/>
              <w:bottom w:w="80" w:type="dxa"/>
              <w:right w:w="100" w:type="dxa"/>
            </w:tcMar>
            <w:vAlign w:val="center"/>
          </w:tcPr>
          <w:p w14:paraId="749E1633" w14:textId="77777777" w:rsidR="00214C21" w:rsidRDefault="001B51A9">
            <w:pPr>
              <w:pStyle w:val="Tabeltekst"/>
              <w:spacing w:line="254" w:lineRule="auto"/>
            </w:pPr>
            <w:sdt>
              <w:sdtPr>
                <w:alias w:val="Bron en ontwikkeling"/>
                <w:tag w:val="antwoord_110"/>
                <w:id w:val="1109"/>
                <w:text/>
              </w:sdtPr>
              <w:sdtEndPr/>
              <w:sdtContent>
                <w:r w:rsidR="00B41876">
                  <w:t>[Bron en ontwikkeling]</w:t>
                </w:r>
              </w:sdtContent>
            </w:sdt>
          </w:p>
        </w:tc>
      </w:tr>
      <w:tr w:rsidR="00214C21" w14:paraId="16D014BE" w14:textId="77777777">
        <w:trPr>
          <w:cantSplit/>
          <w:jc w:val="center"/>
        </w:trPr>
        <w:tc>
          <w:tcPr>
            <w:tcW w:w="1814" w:type="dxa"/>
            <w:shd w:val="clear" w:color="auto" w:fill="F1F6FA"/>
            <w:tcMar>
              <w:top w:w="80" w:type="dxa"/>
              <w:left w:w="100" w:type="dxa"/>
              <w:bottom w:w="80" w:type="dxa"/>
              <w:right w:w="100" w:type="dxa"/>
            </w:tcMar>
            <w:vAlign w:val="center"/>
          </w:tcPr>
          <w:p w14:paraId="33B6A22A" w14:textId="77777777" w:rsidR="00214C21" w:rsidRDefault="00B41876">
            <w:pPr>
              <w:pStyle w:val="Tabeltekst"/>
              <w:spacing w:line="254" w:lineRule="auto"/>
            </w:pPr>
            <w:r>
              <w:t>Bedreigingen</w:t>
            </w:r>
            <w:r>
              <w:br/>
              <w:t>Extern</w:t>
            </w:r>
          </w:p>
        </w:tc>
        <w:tc>
          <w:tcPr>
            <w:tcW w:w="4082" w:type="dxa"/>
            <w:shd w:val="clear" w:color="auto" w:fill="F1F6FA"/>
            <w:tcMar>
              <w:top w:w="80" w:type="dxa"/>
              <w:left w:w="100" w:type="dxa"/>
              <w:bottom w:w="80" w:type="dxa"/>
              <w:right w:w="100" w:type="dxa"/>
            </w:tcMar>
            <w:vAlign w:val="center"/>
          </w:tcPr>
          <w:p w14:paraId="0077E387" w14:textId="77777777" w:rsidR="00214C21" w:rsidRDefault="001B51A9">
            <w:pPr>
              <w:pStyle w:val="Tabeltekst"/>
              <w:spacing w:line="254" w:lineRule="auto"/>
            </w:pPr>
            <w:sdt>
              <w:sdtPr>
                <w:alias w:val="Maximaal drie concrete bedreigingen"/>
                <w:tag w:val="antwoord_111"/>
                <w:id w:val="1110"/>
                <w:text/>
              </w:sdtPr>
              <w:sdtEndPr/>
              <w:sdtContent>
                <w:r w:rsidR="00B41876">
                  <w:t>[Maximaal drie concrete bedreigingen]</w:t>
                </w:r>
              </w:sdtContent>
            </w:sdt>
          </w:p>
        </w:tc>
        <w:tc>
          <w:tcPr>
            <w:tcW w:w="3515" w:type="dxa"/>
            <w:shd w:val="clear" w:color="auto" w:fill="F1F6FA"/>
            <w:tcMar>
              <w:top w:w="80" w:type="dxa"/>
              <w:left w:w="100" w:type="dxa"/>
              <w:bottom w:w="80" w:type="dxa"/>
              <w:right w:w="100" w:type="dxa"/>
            </w:tcMar>
            <w:vAlign w:val="center"/>
          </w:tcPr>
          <w:p w14:paraId="12606359" w14:textId="77777777" w:rsidR="00214C21" w:rsidRDefault="001B51A9">
            <w:pPr>
              <w:pStyle w:val="Tabeltekst"/>
              <w:spacing w:line="254" w:lineRule="auto"/>
            </w:pPr>
            <w:sdt>
              <w:sdtPr>
                <w:alias w:val="Bron en ontwikkeling"/>
                <w:tag w:val="antwoord_112"/>
                <w:id w:val="1111"/>
                <w:text/>
              </w:sdtPr>
              <w:sdtEndPr/>
              <w:sdtContent>
                <w:r w:rsidR="00B41876">
                  <w:t>[Bron en ontwikkeling]</w:t>
                </w:r>
              </w:sdtContent>
            </w:sdt>
          </w:p>
        </w:tc>
      </w:tr>
    </w:tbl>
    <w:p w14:paraId="47B87FF9" w14:textId="77777777" w:rsidR="00214C21" w:rsidRDefault="00214C21">
      <w:pPr>
        <w:spacing w:after="0"/>
      </w:pPr>
    </w:p>
    <w:p w14:paraId="0C124578" w14:textId="77777777" w:rsidR="00214C21" w:rsidRDefault="00B41876">
      <w:pPr>
        <w:pStyle w:val="Heading2"/>
      </w:pPr>
      <w:r>
        <w:t>Van analyse naar keuze</w:t>
      </w:r>
    </w:p>
    <w:p w14:paraId="33FFCBD6" w14:textId="77777777" w:rsidR="00214C21" w:rsidRDefault="00B41876">
      <w:pPr>
        <w:pStyle w:val="Invulhulp"/>
      </w:pPr>
      <w:r>
        <w:t>Verbind factoren met elkaar. Welke sterkte helpt een kans benutten? Welke zwakte maakt een bedreiging groter? Noteer de belangrijkste combinaties.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24"/>
        <w:gridCol w:w="3515"/>
        <w:gridCol w:w="3572"/>
      </w:tblGrid>
      <w:tr w:rsidR="00214C21" w14:paraId="46513011" w14:textId="77777777">
        <w:trPr>
          <w:cantSplit/>
          <w:tblHeader/>
          <w:jc w:val="center"/>
        </w:trPr>
        <w:tc>
          <w:tcPr>
            <w:tcW w:w="2324" w:type="dxa"/>
            <w:shd w:val="clear" w:color="auto" w:fill="1A263D"/>
            <w:tcMar>
              <w:top w:w="80" w:type="dxa"/>
              <w:left w:w="100" w:type="dxa"/>
              <w:bottom w:w="80" w:type="dxa"/>
              <w:right w:w="100" w:type="dxa"/>
            </w:tcMar>
            <w:vAlign w:val="center"/>
          </w:tcPr>
          <w:p w14:paraId="773B8FE7" w14:textId="77777777" w:rsidR="00214C21" w:rsidRDefault="00B41876">
            <w:pPr>
              <w:pStyle w:val="Tabeltekst"/>
              <w:spacing w:line="254" w:lineRule="auto"/>
            </w:pPr>
            <w:r>
              <w:rPr>
                <w:b/>
                <w:color w:val="FFFFFF"/>
              </w:rPr>
              <w:t>Combinatie</w:t>
            </w:r>
          </w:p>
        </w:tc>
        <w:tc>
          <w:tcPr>
            <w:tcW w:w="3515" w:type="dxa"/>
            <w:shd w:val="clear" w:color="auto" w:fill="1A263D"/>
            <w:tcMar>
              <w:top w:w="80" w:type="dxa"/>
              <w:left w:w="100" w:type="dxa"/>
              <w:bottom w:w="80" w:type="dxa"/>
              <w:right w:w="100" w:type="dxa"/>
            </w:tcMar>
            <w:vAlign w:val="center"/>
          </w:tcPr>
          <w:p w14:paraId="430C95D7" w14:textId="77777777" w:rsidR="00214C21" w:rsidRDefault="00B41876">
            <w:pPr>
              <w:pStyle w:val="Tabeltekst"/>
              <w:spacing w:line="254" w:lineRule="auto"/>
            </w:pPr>
            <w:r>
              <w:rPr>
                <w:b/>
                <w:color w:val="FFFFFF"/>
              </w:rPr>
              <w:t>Betekenis voor de onderneming</w:t>
            </w:r>
          </w:p>
        </w:tc>
        <w:tc>
          <w:tcPr>
            <w:tcW w:w="3572" w:type="dxa"/>
            <w:shd w:val="clear" w:color="auto" w:fill="1A263D"/>
            <w:tcMar>
              <w:top w:w="80" w:type="dxa"/>
              <w:left w:w="100" w:type="dxa"/>
              <w:bottom w:w="80" w:type="dxa"/>
              <w:right w:w="100" w:type="dxa"/>
            </w:tcMar>
            <w:vAlign w:val="center"/>
          </w:tcPr>
          <w:p w14:paraId="54DD3BEF" w14:textId="77777777" w:rsidR="00214C21" w:rsidRDefault="00B41876">
            <w:pPr>
              <w:pStyle w:val="Tabeltekst"/>
              <w:spacing w:line="254" w:lineRule="auto"/>
            </w:pPr>
            <w:r>
              <w:rPr>
                <w:b/>
                <w:color w:val="FFFFFF"/>
              </w:rPr>
              <w:t>Voorgenomen keuze</w:t>
            </w:r>
          </w:p>
        </w:tc>
      </w:tr>
      <w:tr w:rsidR="00214C21" w14:paraId="61F933D1" w14:textId="77777777">
        <w:trPr>
          <w:cantSplit/>
          <w:jc w:val="center"/>
        </w:trPr>
        <w:tc>
          <w:tcPr>
            <w:tcW w:w="2324" w:type="dxa"/>
            <w:shd w:val="clear" w:color="auto" w:fill="FFFFFF"/>
            <w:tcMar>
              <w:top w:w="80" w:type="dxa"/>
              <w:left w:w="100" w:type="dxa"/>
              <w:bottom w:w="80" w:type="dxa"/>
              <w:right w:w="100" w:type="dxa"/>
            </w:tcMar>
            <w:vAlign w:val="center"/>
          </w:tcPr>
          <w:p w14:paraId="33ADD9C3" w14:textId="77777777" w:rsidR="00214C21" w:rsidRDefault="001B51A9">
            <w:pPr>
              <w:pStyle w:val="Tabeltekst"/>
              <w:spacing w:line="254" w:lineRule="auto"/>
            </w:pPr>
            <w:sdt>
              <w:sdtPr>
                <w:alias w:val="Sterkte × kans"/>
                <w:tag w:val="antwoord_113"/>
                <w:id w:val="1112"/>
                <w:text/>
              </w:sdtPr>
              <w:sdtEndPr/>
              <w:sdtContent>
                <w:r w:rsidR="00B41876">
                  <w:t>[Sterkte × kans]</w:t>
                </w:r>
              </w:sdtContent>
            </w:sdt>
          </w:p>
        </w:tc>
        <w:tc>
          <w:tcPr>
            <w:tcW w:w="3515" w:type="dxa"/>
            <w:shd w:val="clear" w:color="auto" w:fill="FFFFFF"/>
            <w:tcMar>
              <w:top w:w="80" w:type="dxa"/>
              <w:left w:w="100" w:type="dxa"/>
              <w:bottom w:w="80" w:type="dxa"/>
              <w:right w:w="100" w:type="dxa"/>
            </w:tcMar>
            <w:vAlign w:val="center"/>
          </w:tcPr>
          <w:p w14:paraId="2F87E2A9" w14:textId="77777777" w:rsidR="00214C21" w:rsidRDefault="001B51A9">
            <w:pPr>
              <w:pStyle w:val="Tabeltekst"/>
              <w:spacing w:line="254" w:lineRule="auto"/>
            </w:pPr>
            <w:sdt>
              <w:sdtPr>
                <w:alias w:val="Waarom dit kansrijk is"/>
                <w:tag w:val="antwoord_114"/>
                <w:id w:val="1113"/>
                <w:text/>
              </w:sdtPr>
              <w:sdtEndPr/>
              <w:sdtContent>
                <w:r w:rsidR="00B41876">
                  <w:t>[Waarom dit kansrijk is]</w:t>
                </w:r>
              </w:sdtContent>
            </w:sdt>
          </w:p>
        </w:tc>
        <w:tc>
          <w:tcPr>
            <w:tcW w:w="3572" w:type="dxa"/>
            <w:shd w:val="clear" w:color="auto" w:fill="FFFFFF"/>
            <w:tcMar>
              <w:top w:w="80" w:type="dxa"/>
              <w:left w:w="100" w:type="dxa"/>
              <w:bottom w:w="80" w:type="dxa"/>
              <w:right w:w="100" w:type="dxa"/>
            </w:tcMar>
            <w:vAlign w:val="center"/>
          </w:tcPr>
          <w:p w14:paraId="0B0F388D" w14:textId="77777777" w:rsidR="00214C21" w:rsidRDefault="001B51A9">
            <w:pPr>
              <w:pStyle w:val="Tabeltekst"/>
              <w:spacing w:line="254" w:lineRule="auto"/>
            </w:pPr>
            <w:sdt>
              <w:sdtPr>
                <w:alias w:val="Actie of focus"/>
                <w:tag w:val="antwoord_115"/>
                <w:id w:val="1114"/>
                <w:text/>
              </w:sdtPr>
              <w:sdtEndPr/>
              <w:sdtContent>
                <w:r w:rsidR="00B41876">
                  <w:t>[Actie of focus]</w:t>
                </w:r>
              </w:sdtContent>
            </w:sdt>
          </w:p>
        </w:tc>
      </w:tr>
      <w:tr w:rsidR="00214C21" w14:paraId="0B4DBDF8" w14:textId="77777777">
        <w:trPr>
          <w:cantSplit/>
          <w:jc w:val="center"/>
        </w:trPr>
        <w:tc>
          <w:tcPr>
            <w:tcW w:w="2324" w:type="dxa"/>
            <w:shd w:val="clear" w:color="auto" w:fill="F1F6FA"/>
            <w:tcMar>
              <w:top w:w="80" w:type="dxa"/>
              <w:left w:w="100" w:type="dxa"/>
              <w:bottom w:w="80" w:type="dxa"/>
              <w:right w:w="100" w:type="dxa"/>
            </w:tcMar>
            <w:vAlign w:val="center"/>
          </w:tcPr>
          <w:p w14:paraId="3045B46A" w14:textId="77777777" w:rsidR="00214C21" w:rsidRDefault="001B51A9">
            <w:pPr>
              <w:pStyle w:val="Tabeltekst"/>
              <w:spacing w:line="254" w:lineRule="auto"/>
            </w:pPr>
            <w:sdt>
              <w:sdtPr>
                <w:alias w:val="Sterkte × bedreiging"/>
                <w:tag w:val="antwoord_116"/>
                <w:id w:val="1115"/>
                <w:text/>
              </w:sdtPr>
              <w:sdtEndPr/>
              <w:sdtContent>
                <w:r w:rsidR="00B41876">
                  <w:t>[Sterkte × bedreiging]</w:t>
                </w:r>
              </w:sdtContent>
            </w:sdt>
          </w:p>
        </w:tc>
        <w:tc>
          <w:tcPr>
            <w:tcW w:w="3515" w:type="dxa"/>
            <w:shd w:val="clear" w:color="auto" w:fill="F1F6FA"/>
            <w:tcMar>
              <w:top w:w="80" w:type="dxa"/>
              <w:left w:w="100" w:type="dxa"/>
              <w:bottom w:w="80" w:type="dxa"/>
              <w:right w:w="100" w:type="dxa"/>
            </w:tcMar>
            <w:vAlign w:val="center"/>
          </w:tcPr>
          <w:p w14:paraId="7D271807" w14:textId="77777777" w:rsidR="00214C21" w:rsidRDefault="001B51A9">
            <w:pPr>
              <w:pStyle w:val="Tabeltekst"/>
              <w:spacing w:line="254" w:lineRule="auto"/>
            </w:pPr>
            <w:sdt>
              <w:sdtPr>
                <w:alias w:val="Hoe u weerstand opbouwt"/>
                <w:tag w:val="antwoord_117"/>
                <w:id w:val="1116"/>
                <w:text/>
              </w:sdtPr>
              <w:sdtEndPr/>
              <w:sdtContent>
                <w:r w:rsidR="00B41876">
                  <w:t>[Hoe u weerstand opbouwt]</w:t>
                </w:r>
              </w:sdtContent>
            </w:sdt>
          </w:p>
        </w:tc>
        <w:tc>
          <w:tcPr>
            <w:tcW w:w="3572" w:type="dxa"/>
            <w:shd w:val="clear" w:color="auto" w:fill="F1F6FA"/>
            <w:tcMar>
              <w:top w:w="80" w:type="dxa"/>
              <w:left w:w="100" w:type="dxa"/>
              <w:bottom w:w="80" w:type="dxa"/>
              <w:right w:w="100" w:type="dxa"/>
            </w:tcMar>
            <w:vAlign w:val="center"/>
          </w:tcPr>
          <w:p w14:paraId="5FD1B65C" w14:textId="77777777" w:rsidR="00214C21" w:rsidRDefault="001B51A9">
            <w:pPr>
              <w:pStyle w:val="Tabeltekst"/>
              <w:spacing w:line="254" w:lineRule="auto"/>
            </w:pPr>
            <w:sdt>
              <w:sdtPr>
                <w:alias w:val="Actie of focus"/>
                <w:tag w:val="antwoord_118"/>
                <w:id w:val="1117"/>
                <w:text/>
              </w:sdtPr>
              <w:sdtEndPr/>
              <w:sdtContent>
                <w:r w:rsidR="00B41876">
                  <w:t>[Actie of focus]</w:t>
                </w:r>
              </w:sdtContent>
            </w:sdt>
          </w:p>
        </w:tc>
      </w:tr>
      <w:tr w:rsidR="00214C21" w14:paraId="11CC072A" w14:textId="77777777">
        <w:trPr>
          <w:cantSplit/>
          <w:jc w:val="center"/>
        </w:trPr>
        <w:tc>
          <w:tcPr>
            <w:tcW w:w="2324" w:type="dxa"/>
            <w:shd w:val="clear" w:color="auto" w:fill="FFFFFF"/>
            <w:tcMar>
              <w:top w:w="80" w:type="dxa"/>
              <w:left w:w="100" w:type="dxa"/>
              <w:bottom w:w="80" w:type="dxa"/>
              <w:right w:w="100" w:type="dxa"/>
            </w:tcMar>
            <w:vAlign w:val="center"/>
          </w:tcPr>
          <w:p w14:paraId="407D7EB4" w14:textId="77777777" w:rsidR="00214C21" w:rsidRDefault="001B51A9">
            <w:pPr>
              <w:pStyle w:val="Tabeltekst"/>
              <w:spacing w:line="254" w:lineRule="auto"/>
            </w:pPr>
            <w:sdt>
              <w:sdtPr>
                <w:alias w:val="Zwakte × kans of bedreiging"/>
                <w:tag w:val="antwoord_119"/>
                <w:id w:val="1118"/>
                <w:text/>
              </w:sdtPr>
              <w:sdtEndPr/>
              <w:sdtContent>
                <w:r w:rsidR="00B41876">
                  <w:t>[Zwakte × kans of bedreiging]</w:t>
                </w:r>
              </w:sdtContent>
            </w:sdt>
          </w:p>
        </w:tc>
        <w:tc>
          <w:tcPr>
            <w:tcW w:w="3515" w:type="dxa"/>
            <w:shd w:val="clear" w:color="auto" w:fill="FFFFFF"/>
            <w:tcMar>
              <w:top w:w="80" w:type="dxa"/>
              <w:left w:w="100" w:type="dxa"/>
              <w:bottom w:w="80" w:type="dxa"/>
              <w:right w:w="100" w:type="dxa"/>
            </w:tcMar>
            <w:vAlign w:val="center"/>
          </w:tcPr>
          <w:p w14:paraId="29728E4B" w14:textId="77777777" w:rsidR="00214C21" w:rsidRDefault="001B51A9">
            <w:pPr>
              <w:pStyle w:val="Tabeltekst"/>
              <w:spacing w:line="254" w:lineRule="auto"/>
            </w:pPr>
            <w:sdt>
              <w:sdtPr>
                <w:alias w:val="Wat eerst opgelost moet worden"/>
                <w:tag w:val="antwoord_120"/>
                <w:id w:val="1119"/>
                <w:text/>
              </w:sdtPr>
              <w:sdtEndPr/>
              <w:sdtContent>
                <w:r w:rsidR="00B41876">
                  <w:t>[Wat eerst opgelost moet worden]</w:t>
                </w:r>
              </w:sdtContent>
            </w:sdt>
          </w:p>
        </w:tc>
        <w:tc>
          <w:tcPr>
            <w:tcW w:w="3572" w:type="dxa"/>
            <w:shd w:val="clear" w:color="auto" w:fill="FFFFFF"/>
            <w:tcMar>
              <w:top w:w="80" w:type="dxa"/>
              <w:left w:w="100" w:type="dxa"/>
              <w:bottom w:w="80" w:type="dxa"/>
              <w:right w:w="100" w:type="dxa"/>
            </w:tcMar>
            <w:vAlign w:val="center"/>
          </w:tcPr>
          <w:p w14:paraId="2AC990FD" w14:textId="77777777" w:rsidR="00214C21" w:rsidRDefault="001B51A9">
            <w:pPr>
              <w:pStyle w:val="Tabeltekst"/>
              <w:spacing w:line="254" w:lineRule="auto"/>
            </w:pPr>
            <w:sdt>
              <w:sdtPr>
                <w:alias w:val="Actie of focus"/>
                <w:tag w:val="antwoord_121"/>
                <w:id w:val="1120"/>
                <w:text/>
              </w:sdtPr>
              <w:sdtEndPr/>
              <w:sdtContent>
                <w:r w:rsidR="00B41876">
                  <w:t>[Actie of focus]</w:t>
                </w:r>
              </w:sdtContent>
            </w:sdt>
          </w:p>
        </w:tc>
      </w:tr>
    </w:tbl>
    <w:p w14:paraId="5B3B9426" w14:textId="77777777" w:rsidR="00214C21" w:rsidRDefault="00214C21">
      <w:pPr>
        <w:spacing w:after="0"/>
      </w:pPr>
    </w:p>
    <w:p w14:paraId="17AF50FF" w14:textId="77777777" w:rsidR="00214C21" w:rsidRDefault="00B41876">
      <w:pPr>
        <w:pStyle w:val="Heading2"/>
      </w:pPr>
      <w:r>
        <w:t>Prioriteit</w:t>
      </w:r>
    </w:p>
    <w:p w14:paraId="3BC2FC49" w14:textId="77777777" w:rsidR="00214C21" w:rsidRDefault="00B41876">
      <w:pPr>
        <w:pStyle w:val="Invulhulp"/>
      </w:pPr>
      <w:r>
        <w:t>Rangschik de keuzes op klantwaarde, haalbaarheid, risico en benodigde middelen. Een uitgebreide confrontatiematrix kunt u als bijlage toevoegen.</w:t>
      </w:r>
    </w:p>
    <w:p w14:paraId="42555875" w14:textId="77777777" w:rsidR="00214C21" w:rsidRDefault="001B51A9">
      <w:pPr>
        <w:pStyle w:val="Invulveld"/>
      </w:pPr>
      <w:sdt>
        <w:sdtPr>
          <w:alias w:val="Onze belangrijkste conclusie is … Eerst doen wij … Daarna … Wij stellen … uit omdat …"/>
          <w:tag w:val="antwoord_122"/>
          <w:id w:val="1121"/>
        </w:sdtPr>
        <w:sdtEndPr/>
        <w:sdtContent>
          <w:r w:rsidR="00B41876">
            <w:rPr>
              <w:color w:val="000000"/>
            </w:rPr>
            <w:t>[Onze belangrijkste conclusie is … Eerst doen wij … Daarna … Wij stellen … uit omdat …]</w:t>
          </w:r>
        </w:sdtContent>
      </w:sdt>
    </w:p>
    <w:p w14:paraId="5F2F5579" w14:textId="77777777" w:rsidR="00214C21" w:rsidRDefault="00B41876">
      <w:r>
        <w:br w:type="page"/>
      </w:r>
    </w:p>
    <w:p w14:paraId="35EEDC0C" w14:textId="77777777" w:rsidR="00214C21" w:rsidRDefault="00B41876">
      <w:pPr>
        <w:pStyle w:val="Sectielabel"/>
      </w:pPr>
      <w:r>
        <w:lastRenderedPageBreak/>
        <w:t>09  /  RICHTING</w:t>
      </w:r>
    </w:p>
    <w:p w14:paraId="277C9114" w14:textId="77777777" w:rsidR="00214C21" w:rsidRDefault="00B41876">
      <w:pPr>
        <w:pStyle w:val="Heading1"/>
      </w:pPr>
      <w:bookmarkStart w:id="8" w:name="_Toc242630372"/>
      <w:r>
        <w:t>Strategische keuzes en doelen</w:t>
      </w:r>
      <w:bookmarkEnd w:id="8"/>
    </w:p>
    <w:p w14:paraId="70D66223" w14:textId="77777777" w:rsidR="00214C21" w:rsidRDefault="00B41876">
      <w:r>
        <w:t>Kies een beperkt aantal prioriteiten. Koppel elk doel aan een meetbare uitkomst, eigenaar en beschikbare middelen.</w:t>
      </w:r>
    </w:p>
    <w:p w14:paraId="6B7FC98E" w14:textId="77777777" w:rsidR="00214C21" w:rsidRDefault="00B41876">
      <w:pPr>
        <w:pStyle w:val="Heading2"/>
      </w:pPr>
      <w:r>
        <w:t>Koers en grenzen</w:t>
      </w:r>
    </w:p>
    <w:p w14:paraId="20643BB5" w14:textId="77777777" w:rsidR="00214C21" w:rsidRDefault="00B41876">
      <w:pPr>
        <w:pStyle w:val="Invulhulp"/>
      </w:pPr>
      <w:r>
        <w:t>Welke klantgroepen, activiteiten en verdienmodellen krijgen voorrang? Wat doet u voorlopig niet?</w:t>
      </w:r>
    </w:p>
    <w:p w14:paraId="4053509E" w14:textId="77777777" w:rsidR="00214C21" w:rsidRDefault="001B51A9">
      <w:pPr>
        <w:pStyle w:val="Invulveld"/>
      </w:pPr>
      <w:sdt>
        <w:sdtPr>
          <w:alias w:val="De komende … maanden richten wij ons op … Wij kiezen bewust voor … Wij investeren voorlopig niet in …"/>
          <w:tag w:val="antwoord_123"/>
          <w:id w:val="1122"/>
        </w:sdtPr>
        <w:sdtEndPr/>
        <w:sdtContent>
          <w:r w:rsidR="00B41876">
            <w:rPr>
              <w:color w:val="000000"/>
            </w:rPr>
            <w:t>[De komende … maanden richten wij ons op … Wij kiezen bewust voor … Wij investeren voorlopig niet in …]</w:t>
          </w:r>
        </w:sdtContent>
      </w:sdt>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494"/>
        <w:gridCol w:w="4082"/>
        <w:gridCol w:w="2835"/>
      </w:tblGrid>
      <w:tr w:rsidR="00214C21" w14:paraId="0974A4B7" w14:textId="77777777">
        <w:trPr>
          <w:cantSplit/>
          <w:tblHeader/>
          <w:jc w:val="center"/>
        </w:trPr>
        <w:tc>
          <w:tcPr>
            <w:tcW w:w="2494" w:type="dxa"/>
            <w:shd w:val="clear" w:color="auto" w:fill="1A263D"/>
            <w:tcMar>
              <w:top w:w="80" w:type="dxa"/>
              <w:left w:w="100" w:type="dxa"/>
              <w:bottom w:w="80" w:type="dxa"/>
              <w:right w:w="100" w:type="dxa"/>
            </w:tcMar>
            <w:vAlign w:val="center"/>
          </w:tcPr>
          <w:p w14:paraId="57488A46" w14:textId="77777777" w:rsidR="00214C21" w:rsidRDefault="00B41876">
            <w:pPr>
              <w:pStyle w:val="Tabeltekst"/>
              <w:spacing w:line="254" w:lineRule="auto"/>
            </w:pPr>
            <w:r>
              <w:rPr>
                <w:b/>
                <w:color w:val="FFFFFF"/>
              </w:rPr>
              <w:t>Doel</w:t>
            </w:r>
          </w:p>
        </w:tc>
        <w:tc>
          <w:tcPr>
            <w:tcW w:w="4082" w:type="dxa"/>
            <w:shd w:val="clear" w:color="auto" w:fill="1A263D"/>
            <w:tcMar>
              <w:top w:w="80" w:type="dxa"/>
              <w:left w:w="100" w:type="dxa"/>
              <w:bottom w:w="80" w:type="dxa"/>
              <w:right w:w="100" w:type="dxa"/>
            </w:tcMar>
            <w:vAlign w:val="center"/>
          </w:tcPr>
          <w:p w14:paraId="14ED8735" w14:textId="77777777" w:rsidR="00214C21" w:rsidRDefault="00B41876">
            <w:pPr>
              <w:pStyle w:val="Tabeltekst"/>
              <w:spacing w:line="254" w:lineRule="auto"/>
            </w:pPr>
            <w:r>
              <w:rPr>
                <w:b/>
                <w:color w:val="FFFFFF"/>
              </w:rPr>
              <w:t>Startwaarde en streefwaarde</w:t>
            </w:r>
          </w:p>
        </w:tc>
        <w:tc>
          <w:tcPr>
            <w:tcW w:w="2835" w:type="dxa"/>
            <w:shd w:val="clear" w:color="auto" w:fill="1A263D"/>
            <w:tcMar>
              <w:top w:w="80" w:type="dxa"/>
              <w:left w:w="100" w:type="dxa"/>
              <w:bottom w:w="80" w:type="dxa"/>
              <w:right w:w="100" w:type="dxa"/>
            </w:tcMar>
            <w:vAlign w:val="center"/>
          </w:tcPr>
          <w:p w14:paraId="7768C5AE" w14:textId="77777777" w:rsidR="00214C21" w:rsidRDefault="00B41876">
            <w:pPr>
              <w:pStyle w:val="Tabeltekst"/>
              <w:spacing w:line="254" w:lineRule="auto"/>
            </w:pPr>
            <w:r>
              <w:rPr>
                <w:b/>
                <w:color w:val="FFFFFF"/>
              </w:rPr>
              <w:t>Datum en eigenaar</w:t>
            </w:r>
          </w:p>
        </w:tc>
      </w:tr>
      <w:tr w:rsidR="00214C21" w14:paraId="16C4DCEB" w14:textId="77777777">
        <w:trPr>
          <w:cantSplit/>
          <w:jc w:val="center"/>
        </w:trPr>
        <w:tc>
          <w:tcPr>
            <w:tcW w:w="2494" w:type="dxa"/>
            <w:shd w:val="clear" w:color="auto" w:fill="FFFFFF"/>
            <w:tcMar>
              <w:top w:w="80" w:type="dxa"/>
              <w:left w:w="100" w:type="dxa"/>
              <w:bottom w:w="80" w:type="dxa"/>
              <w:right w:w="100" w:type="dxa"/>
            </w:tcMar>
            <w:vAlign w:val="center"/>
          </w:tcPr>
          <w:p w14:paraId="5ADFC7BC" w14:textId="77777777" w:rsidR="00214C21" w:rsidRDefault="001B51A9">
            <w:pPr>
              <w:pStyle w:val="Tabeltekst"/>
              <w:spacing w:line="254" w:lineRule="auto"/>
            </w:pPr>
            <w:sdt>
              <w:sdtPr>
                <w:alias w:val="Commercieel doel"/>
                <w:tag w:val="antwoord_124"/>
                <w:id w:val="1123"/>
                <w:text/>
              </w:sdtPr>
              <w:sdtEndPr/>
              <w:sdtContent>
                <w:r w:rsidR="00B41876">
                  <w:t>[Commercieel doel]</w:t>
                </w:r>
              </w:sdtContent>
            </w:sdt>
          </w:p>
        </w:tc>
        <w:tc>
          <w:tcPr>
            <w:tcW w:w="4082" w:type="dxa"/>
            <w:shd w:val="clear" w:color="auto" w:fill="FFFFFF"/>
            <w:tcMar>
              <w:top w:w="80" w:type="dxa"/>
              <w:left w:w="100" w:type="dxa"/>
              <w:bottom w:w="80" w:type="dxa"/>
              <w:right w:w="100" w:type="dxa"/>
            </w:tcMar>
            <w:vAlign w:val="center"/>
          </w:tcPr>
          <w:p w14:paraId="55FE6D88" w14:textId="77777777" w:rsidR="00214C21" w:rsidRDefault="001B51A9">
            <w:pPr>
              <w:pStyle w:val="Tabeltekst"/>
              <w:spacing w:line="254" w:lineRule="auto"/>
            </w:pPr>
            <w:sdt>
              <w:sdtPr>
                <w:alias w:val="Gemeten start → meetbaar doel"/>
                <w:tag w:val="antwoord_125"/>
                <w:id w:val="1124"/>
                <w:text/>
              </w:sdtPr>
              <w:sdtEndPr/>
              <w:sdtContent>
                <w:r w:rsidR="00B41876">
                  <w:t>[Gemeten start → meetbaar doel]</w:t>
                </w:r>
              </w:sdtContent>
            </w:sdt>
          </w:p>
        </w:tc>
        <w:tc>
          <w:tcPr>
            <w:tcW w:w="2835" w:type="dxa"/>
            <w:shd w:val="clear" w:color="auto" w:fill="FFFFFF"/>
            <w:tcMar>
              <w:top w:w="80" w:type="dxa"/>
              <w:left w:w="100" w:type="dxa"/>
              <w:bottom w:w="80" w:type="dxa"/>
              <w:right w:w="100" w:type="dxa"/>
            </w:tcMar>
            <w:vAlign w:val="center"/>
          </w:tcPr>
          <w:p w14:paraId="1CBCEC60" w14:textId="77777777" w:rsidR="00214C21" w:rsidRDefault="001B51A9">
            <w:pPr>
              <w:pStyle w:val="Tabeltekst"/>
              <w:spacing w:line="254" w:lineRule="auto"/>
            </w:pPr>
            <w:sdt>
              <w:sdtPr>
                <w:alias w:val="Datum en naam"/>
                <w:tag w:val="antwoord_126"/>
                <w:id w:val="1125"/>
                <w:text/>
              </w:sdtPr>
              <w:sdtEndPr/>
              <w:sdtContent>
                <w:r w:rsidR="00B41876">
                  <w:t>[Datum en naam]</w:t>
                </w:r>
              </w:sdtContent>
            </w:sdt>
          </w:p>
        </w:tc>
      </w:tr>
      <w:tr w:rsidR="00214C21" w14:paraId="767CDF46" w14:textId="77777777">
        <w:trPr>
          <w:cantSplit/>
          <w:jc w:val="center"/>
        </w:trPr>
        <w:tc>
          <w:tcPr>
            <w:tcW w:w="2494" w:type="dxa"/>
            <w:shd w:val="clear" w:color="auto" w:fill="F1F6FA"/>
            <w:tcMar>
              <w:top w:w="80" w:type="dxa"/>
              <w:left w:w="100" w:type="dxa"/>
              <w:bottom w:w="80" w:type="dxa"/>
              <w:right w:w="100" w:type="dxa"/>
            </w:tcMar>
            <w:vAlign w:val="center"/>
          </w:tcPr>
          <w:p w14:paraId="195BE623" w14:textId="77777777" w:rsidR="00214C21" w:rsidRDefault="001B51A9">
            <w:pPr>
              <w:pStyle w:val="Tabeltekst"/>
              <w:spacing w:line="254" w:lineRule="auto"/>
            </w:pPr>
            <w:sdt>
              <w:sdtPr>
                <w:alias w:val="Financieel doel"/>
                <w:tag w:val="antwoord_127"/>
                <w:id w:val="1126"/>
                <w:text/>
              </w:sdtPr>
              <w:sdtEndPr/>
              <w:sdtContent>
                <w:r w:rsidR="00B41876">
                  <w:t>[Financieel doel]</w:t>
                </w:r>
              </w:sdtContent>
            </w:sdt>
          </w:p>
        </w:tc>
        <w:tc>
          <w:tcPr>
            <w:tcW w:w="4082" w:type="dxa"/>
            <w:shd w:val="clear" w:color="auto" w:fill="F1F6FA"/>
            <w:tcMar>
              <w:top w:w="80" w:type="dxa"/>
              <w:left w:w="100" w:type="dxa"/>
              <w:bottom w:w="80" w:type="dxa"/>
              <w:right w:w="100" w:type="dxa"/>
            </w:tcMar>
            <w:vAlign w:val="center"/>
          </w:tcPr>
          <w:p w14:paraId="75987A1E" w14:textId="77777777" w:rsidR="00214C21" w:rsidRDefault="001B51A9">
            <w:pPr>
              <w:pStyle w:val="Tabeltekst"/>
              <w:spacing w:line="254" w:lineRule="auto"/>
            </w:pPr>
            <w:sdt>
              <w:sdtPr>
                <w:alias w:val="Gemeten start → meetbaar doel"/>
                <w:tag w:val="antwoord_128"/>
                <w:id w:val="1127"/>
                <w:text/>
              </w:sdtPr>
              <w:sdtEndPr/>
              <w:sdtContent>
                <w:r w:rsidR="00B41876">
                  <w:t>[Gemeten start → meetbaar doel]</w:t>
                </w:r>
              </w:sdtContent>
            </w:sdt>
          </w:p>
        </w:tc>
        <w:tc>
          <w:tcPr>
            <w:tcW w:w="2835" w:type="dxa"/>
            <w:shd w:val="clear" w:color="auto" w:fill="F1F6FA"/>
            <w:tcMar>
              <w:top w:w="80" w:type="dxa"/>
              <w:left w:w="100" w:type="dxa"/>
              <w:bottom w:w="80" w:type="dxa"/>
              <w:right w:w="100" w:type="dxa"/>
            </w:tcMar>
            <w:vAlign w:val="center"/>
          </w:tcPr>
          <w:p w14:paraId="7591D3F2" w14:textId="77777777" w:rsidR="00214C21" w:rsidRDefault="001B51A9">
            <w:pPr>
              <w:pStyle w:val="Tabeltekst"/>
              <w:spacing w:line="254" w:lineRule="auto"/>
            </w:pPr>
            <w:sdt>
              <w:sdtPr>
                <w:alias w:val="Datum en naam"/>
                <w:tag w:val="antwoord_129"/>
                <w:id w:val="1128"/>
                <w:text/>
              </w:sdtPr>
              <w:sdtEndPr/>
              <w:sdtContent>
                <w:r w:rsidR="00B41876">
                  <w:t>[Datum en naam]</w:t>
                </w:r>
              </w:sdtContent>
            </w:sdt>
          </w:p>
        </w:tc>
      </w:tr>
      <w:tr w:rsidR="00214C21" w14:paraId="3BF721FC" w14:textId="77777777">
        <w:trPr>
          <w:cantSplit/>
          <w:jc w:val="center"/>
        </w:trPr>
        <w:tc>
          <w:tcPr>
            <w:tcW w:w="2494" w:type="dxa"/>
            <w:shd w:val="clear" w:color="auto" w:fill="FFFFFF"/>
            <w:tcMar>
              <w:top w:w="80" w:type="dxa"/>
              <w:left w:w="100" w:type="dxa"/>
              <w:bottom w:w="80" w:type="dxa"/>
              <w:right w:w="100" w:type="dxa"/>
            </w:tcMar>
            <w:vAlign w:val="center"/>
          </w:tcPr>
          <w:p w14:paraId="2F8E8414" w14:textId="77777777" w:rsidR="00214C21" w:rsidRDefault="001B51A9">
            <w:pPr>
              <w:pStyle w:val="Tabeltekst"/>
              <w:spacing w:line="254" w:lineRule="auto"/>
            </w:pPr>
            <w:sdt>
              <w:sdtPr>
                <w:alias w:val="Operationeel doel"/>
                <w:tag w:val="antwoord_130"/>
                <w:id w:val="1129"/>
                <w:text/>
              </w:sdtPr>
              <w:sdtEndPr/>
              <w:sdtContent>
                <w:r w:rsidR="00B41876">
                  <w:t>[Operationeel doel]</w:t>
                </w:r>
              </w:sdtContent>
            </w:sdt>
          </w:p>
        </w:tc>
        <w:tc>
          <w:tcPr>
            <w:tcW w:w="4082" w:type="dxa"/>
            <w:shd w:val="clear" w:color="auto" w:fill="FFFFFF"/>
            <w:tcMar>
              <w:top w:w="80" w:type="dxa"/>
              <w:left w:w="100" w:type="dxa"/>
              <w:bottom w:w="80" w:type="dxa"/>
              <w:right w:w="100" w:type="dxa"/>
            </w:tcMar>
            <w:vAlign w:val="center"/>
          </w:tcPr>
          <w:p w14:paraId="096DD2A7" w14:textId="77777777" w:rsidR="00214C21" w:rsidRDefault="001B51A9">
            <w:pPr>
              <w:pStyle w:val="Tabeltekst"/>
              <w:spacing w:line="254" w:lineRule="auto"/>
            </w:pPr>
            <w:sdt>
              <w:sdtPr>
                <w:alias w:val="Gemeten start → meetbaar doel"/>
                <w:tag w:val="antwoord_131"/>
                <w:id w:val="1130"/>
                <w:text/>
              </w:sdtPr>
              <w:sdtEndPr/>
              <w:sdtContent>
                <w:r w:rsidR="00B41876">
                  <w:t>[Gemeten start → meetbaar doel]</w:t>
                </w:r>
              </w:sdtContent>
            </w:sdt>
          </w:p>
        </w:tc>
        <w:tc>
          <w:tcPr>
            <w:tcW w:w="2835" w:type="dxa"/>
            <w:shd w:val="clear" w:color="auto" w:fill="FFFFFF"/>
            <w:tcMar>
              <w:top w:w="80" w:type="dxa"/>
              <w:left w:w="100" w:type="dxa"/>
              <w:bottom w:w="80" w:type="dxa"/>
              <w:right w:w="100" w:type="dxa"/>
            </w:tcMar>
            <w:vAlign w:val="center"/>
          </w:tcPr>
          <w:p w14:paraId="55370CE9" w14:textId="77777777" w:rsidR="00214C21" w:rsidRDefault="001B51A9">
            <w:pPr>
              <w:pStyle w:val="Tabeltekst"/>
              <w:spacing w:line="254" w:lineRule="auto"/>
            </w:pPr>
            <w:sdt>
              <w:sdtPr>
                <w:alias w:val="Datum en naam"/>
                <w:tag w:val="antwoord_132"/>
                <w:id w:val="1131"/>
                <w:text/>
              </w:sdtPr>
              <w:sdtEndPr/>
              <w:sdtContent>
                <w:r w:rsidR="00B41876">
                  <w:t>[Datum en naam]</w:t>
                </w:r>
              </w:sdtContent>
            </w:sdt>
          </w:p>
        </w:tc>
      </w:tr>
    </w:tbl>
    <w:p w14:paraId="12DF8423" w14:textId="77777777" w:rsidR="00214C21" w:rsidRDefault="00214C21">
      <w:pPr>
        <w:spacing w:after="0"/>
      </w:pPr>
    </w:p>
    <w:p w14:paraId="23DCE00C" w14:textId="77777777" w:rsidR="00214C21" w:rsidRDefault="00B41876">
      <w:pPr>
        <w:pStyle w:val="Heading2"/>
      </w:pPr>
      <w:r>
        <w:t>Gevolgen voor de uitvoering</w:t>
      </w:r>
    </w:p>
    <w:p w14:paraId="6B8C0213" w14:textId="77777777" w:rsidR="00214C21" w:rsidRDefault="00B41876">
      <w:pPr>
        <w:pStyle w:val="Invulhulp"/>
      </w:pPr>
      <w:r>
        <w:t>Verbind de koers aan het aanbod, de verkoopaanpak, capaciteit en budget. De financiële prognose moet dezelfde keuzes bevatten.</w:t>
      </w:r>
    </w:p>
    <w:p w14:paraId="75388B4F" w14:textId="77777777" w:rsidR="00214C21" w:rsidRDefault="001B51A9">
      <w:pPr>
        <w:pStyle w:val="Invulveld"/>
      </w:pPr>
      <w:sdt>
        <w:sdtPr>
          <w:alias w:val="Onze keuze vraagt om … capaciteit en € … budget. Daardoor veranderen aanbod, verkoop en organisatie als volgt …"/>
          <w:tag w:val="antwoord_133"/>
          <w:id w:val="1132"/>
        </w:sdtPr>
        <w:sdtEndPr/>
        <w:sdtContent>
          <w:r w:rsidR="00B41876">
            <w:rPr>
              <w:color w:val="000000"/>
            </w:rPr>
            <w:t>[Onze keuze vraagt om … capaciteit en € … budget. Daardoor veranderen aanbod, verkoop en organisatie als volgt …]</w:t>
          </w:r>
        </w:sdtContent>
      </w:sdt>
    </w:p>
    <w:p w14:paraId="15455202" w14:textId="77777777" w:rsidR="00214C21" w:rsidRDefault="00B41876">
      <w:pPr>
        <w:pStyle w:val="Heading2"/>
      </w:pPr>
      <w:r>
        <w:t>Voorwaarden en beslismomenten</w:t>
      </w:r>
    </w:p>
    <w:p w14:paraId="1F67D764" w14:textId="77777777" w:rsidR="00214C21" w:rsidRDefault="00B41876">
      <w:pPr>
        <w:pStyle w:val="Invulhulp"/>
      </w:pPr>
      <w:r>
        <w:t>Wanneer schaalt u op, stuurt u bij of stopt u een activiteit? Benoem een grens en de actie die daarbij hoort.</w:t>
      </w:r>
    </w:p>
    <w:p w14:paraId="6DBEE7CC" w14:textId="77777777" w:rsidR="00214C21" w:rsidRDefault="001B51A9">
      <w:pPr>
        <w:pStyle w:val="Invulveld"/>
      </w:pPr>
      <w:sdt>
        <w:sdtPr>
          <w:alias w:val="Wij breiden pas uit als … Bij … sturen wij bij door … Op … beoordelen wij de voortgang."/>
          <w:tag w:val="antwoord_134"/>
          <w:id w:val="1133"/>
        </w:sdtPr>
        <w:sdtEndPr/>
        <w:sdtContent>
          <w:r w:rsidR="00B41876">
            <w:rPr>
              <w:color w:val="000000"/>
            </w:rPr>
            <w:t>[Wij breiden pas uit als … Bij … sturen wij bij door … Op … beoordelen wij de voortgang.]</w:t>
          </w:r>
        </w:sdtContent>
      </w:sdt>
    </w:p>
    <w:p w14:paraId="4FCF8075" w14:textId="77777777" w:rsidR="00214C21" w:rsidRDefault="00B41876">
      <w:pPr>
        <w:pStyle w:val="Heading2"/>
      </w:pPr>
      <w:r>
        <w:t>Ontwikkeling op langere termijn</w:t>
      </w:r>
    </w:p>
    <w:p w14:paraId="667FF260" w14:textId="77777777" w:rsidR="00214C21" w:rsidRDefault="00B41876">
      <w:pPr>
        <w:pStyle w:val="Invulhulp"/>
      </w:pPr>
      <w:r>
        <w:t>Beschrijf wanneer uitbreiding, overdracht of verkoop relevant wordt. Neem bij een investeringsvraag ook het beoogde perspectief voor de investeerder op.</w:t>
      </w:r>
    </w:p>
    <w:p w14:paraId="55823FF7" w14:textId="77777777" w:rsidR="00214C21" w:rsidRDefault="001B51A9">
      <w:pPr>
        <w:pStyle w:val="Invulveld"/>
      </w:pPr>
      <w:sdt>
        <w:sdtPr>
          <w:alias w:val="Na deze planperiode willen wij … Eerst moeten … zijn bereikt. Eventuele overdracht of uitstap vraagt om …"/>
          <w:tag w:val="antwoord_135"/>
          <w:id w:val="1134"/>
        </w:sdtPr>
        <w:sdtEndPr/>
        <w:sdtContent>
          <w:r w:rsidR="00B41876">
            <w:rPr>
              <w:color w:val="000000"/>
            </w:rPr>
            <w:t>[Na deze planperiode willen wij … Eerst moeten … zijn bereikt. Eventuele overdracht of uitstap vraagt om …]</w:t>
          </w:r>
        </w:sdtContent>
      </w:sdt>
    </w:p>
    <w:p w14:paraId="00DCC093" w14:textId="77777777" w:rsidR="00214C21" w:rsidRDefault="00B41876">
      <w:r>
        <w:br w:type="page"/>
      </w:r>
    </w:p>
    <w:p w14:paraId="2FD472B6" w14:textId="77777777" w:rsidR="00214C21" w:rsidRDefault="00B41876">
      <w:pPr>
        <w:pStyle w:val="Sectielabel"/>
      </w:pPr>
      <w:r>
        <w:lastRenderedPageBreak/>
        <w:t>10  /  KLANTEN</w:t>
      </w:r>
    </w:p>
    <w:p w14:paraId="04418983" w14:textId="77777777" w:rsidR="00214C21" w:rsidRDefault="00B41876">
      <w:pPr>
        <w:pStyle w:val="Heading1"/>
      </w:pPr>
      <w:bookmarkStart w:id="9" w:name="_Toc242630373"/>
      <w:r>
        <w:t>Marketing en klantwerving</w:t>
      </w:r>
      <w:bookmarkEnd w:id="9"/>
    </w:p>
    <w:p w14:paraId="614519F4" w14:textId="77777777" w:rsidR="00214C21" w:rsidRDefault="00B41876">
      <w:r>
        <w:t>Beschrijf hoe u uw eerste of volgende klanten bereikt en waarom zij tot aankoop overgaan. Verbind het marketingbudget aan het verkoopdoel.</w:t>
      </w:r>
    </w:p>
    <w:p w14:paraId="3301800B" w14:textId="77777777" w:rsidR="00214C21" w:rsidRDefault="00B41876">
      <w:pPr>
        <w:pStyle w:val="Heading2"/>
      </w:pPr>
      <w:r>
        <w:t>Boodschap en aanbod</w:t>
      </w:r>
    </w:p>
    <w:p w14:paraId="5B99F26C" w14:textId="77777777" w:rsidR="00214C21" w:rsidRDefault="00B41876">
      <w:pPr>
        <w:pStyle w:val="Invulhulp"/>
      </w:pPr>
      <w:r>
        <w:t>Welke boodschap past bij de belangrijkste behoefte? Welk bewijs, aanbod of kennismakingsmoment helpt de klant beslissen?</w:t>
      </w:r>
    </w:p>
    <w:p w14:paraId="3BF5FD90" w14:textId="77777777" w:rsidR="00214C21" w:rsidRDefault="001B51A9">
      <w:pPr>
        <w:pStyle w:val="Invulveld"/>
      </w:pPr>
      <w:sdt>
        <w:sdtPr>
          <w:alias w:val="Onze kernboodschap is … Wij onderbouwen die met … De eerste stap voor de klant is …"/>
          <w:tag w:val="antwoord_136"/>
          <w:id w:val="1135"/>
        </w:sdtPr>
        <w:sdtEndPr/>
        <w:sdtContent>
          <w:r w:rsidR="00B41876">
            <w:rPr>
              <w:color w:val="000000"/>
            </w:rPr>
            <w:t>[Onze kernboodschap is … Wij onderbouwen die met … De eerste stap voor de klant is …]</w:t>
          </w:r>
        </w:sdtContent>
      </w:sdt>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608"/>
        <w:gridCol w:w="3402"/>
        <w:gridCol w:w="3402"/>
      </w:tblGrid>
      <w:tr w:rsidR="00214C21" w14:paraId="5CC22DDE" w14:textId="77777777">
        <w:trPr>
          <w:cantSplit/>
          <w:tblHeader/>
          <w:jc w:val="center"/>
        </w:trPr>
        <w:tc>
          <w:tcPr>
            <w:tcW w:w="2608" w:type="dxa"/>
            <w:shd w:val="clear" w:color="auto" w:fill="1A263D"/>
            <w:tcMar>
              <w:top w:w="80" w:type="dxa"/>
              <w:left w:w="100" w:type="dxa"/>
              <w:bottom w:w="80" w:type="dxa"/>
              <w:right w:w="100" w:type="dxa"/>
            </w:tcMar>
            <w:vAlign w:val="center"/>
          </w:tcPr>
          <w:p w14:paraId="670D5F77" w14:textId="77777777" w:rsidR="00214C21" w:rsidRDefault="00B41876">
            <w:pPr>
              <w:pStyle w:val="Tabeltekst"/>
              <w:spacing w:line="254" w:lineRule="auto"/>
            </w:pPr>
            <w:r>
              <w:rPr>
                <w:b/>
                <w:color w:val="FFFFFF"/>
              </w:rPr>
              <w:t>Kanaal en doelgroep</w:t>
            </w:r>
          </w:p>
        </w:tc>
        <w:tc>
          <w:tcPr>
            <w:tcW w:w="3402" w:type="dxa"/>
            <w:shd w:val="clear" w:color="auto" w:fill="1A263D"/>
            <w:tcMar>
              <w:top w:w="80" w:type="dxa"/>
              <w:left w:w="100" w:type="dxa"/>
              <w:bottom w:w="80" w:type="dxa"/>
              <w:right w:w="100" w:type="dxa"/>
            </w:tcMar>
            <w:vAlign w:val="center"/>
          </w:tcPr>
          <w:p w14:paraId="0714567D" w14:textId="77777777" w:rsidR="00214C21" w:rsidRDefault="00B41876">
            <w:pPr>
              <w:pStyle w:val="Tabeltekst"/>
              <w:spacing w:line="254" w:lineRule="auto"/>
            </w:pPr>
            <w:r>
              <w:rPr>
                <w:b/>
                <w:color w:val="FFFFFF"/>
              </w:rPr>
              <w:t>Actie en aanbod</w:t>
            </w:r>
          </w:p>
        </w:tc>
        <w:tc>
          <w:tcPr>
            <w:tcW w:w="3402" w:type="dxa"/>
            <w:shd w:val="clear" w:color="auto" w:fill="1A263D"/>
            <w:tcMar>
              <w:top w:w="80" w:type="dxa"/>
              <w:left w:w="100" w:type="dxa"/>
              <w:bottom w:w="80" w:type="dxa"/>
              <w:right w:w="100" w:type="dxa"/>
            </w:tcMar>
            <w:vAlign w:val="center"/>
          </w:tcPr>
          <w:p w14:paraId="3246AF5C" w14:textId="77777777" w:rsidR="00214C21" w:rsidRDefault="00B41876">
            <w:pPr>
              <w:pStyle w:val="Tabeltekst"/>
              <w:spacing w:line="254" w:lineRule="auto"/>
            </w:pPr>
            <w:r>
              <w:rPr>
                <w:b/>
                <w:color w:val="FFFFFF"/>
              </w:rPr>
              <w:t>Budget en verwacht resultaat</w:t>
            </w:r>
          </w:p>
        </w:tc>
      </w:tr>
      <w:tr w:rsidR="00214C21" w14:paraId="4A395712" w14:textId="77777777">
        <w:trPr>
          <w:cantSplit/>
          <w:jc w:val="center"/>
        </w:trPr>
        <w:tc>
          <w:tcPr>
            <w:tcW w:w="2608" w:type="dxa"/>
            <w:shd w:val="clear" w:color="auto" w:fill="FFFFFF"/>
            <w:tcMar>
              <w:top w:w="80" w:type="dxa"/>
              <w:left w:w="100" w:type="dxa"/>
              <w:bottom w:w="80" w:type="dxa"/>
              <w:right w:w="100" w:type="dxa"/>
            </w:tcMar>
            <w:vAlign w:val="center"/>
          </w:tcPr>
          <w:p w14:paraId="20668880" w14:textId="77777777" w:rsidR="00214C21" w:rsidRDefault="001B51A9">
            <w:pPr>
              <w:pStyle w:val="Tabeltekst"/>
              <w:spacing w:line="254" w:lineRule="auto"/>
            </w:pPr>
            <w:sdt>
              <w:sdtPr>
                <w:alias w:val="Kanaal 1"/>
                <w:tag w:val="antwoord_137"/>
                <w:id w:val="1136"/>
                <w:text/>
              </w:sdtPr>
              <w:sdtEndPr/>
              <w:sdtContent>
                <w:r w:rsidR="00B41876">
                  <w:t>[Kanaal 1]</w:t>
                </w:r>
              </w:sdtContent>
            </w:sdt>
          </w:p>
        </w:tc>
        <w:tc>
          <w:tcPr>
            <w:tcW w:w="3402" w:type="dxa"/>
            <w:shd w:val="clear" w:color="auto" w:fill="FFFFFF"/>
            <w:tcMar>
              <w:top w:w="80" w:type="dxa"/>
              <w:left w:w="100" w:type="dxa"/>
              <w:bottom w:w="80" w:type="dxa"/>
              <w:right w:w="100" w:type="dxa"/>
            </w:tcMar>
            <w:vAlign w:val="center"/>
          </w:tcPr>
          <w:p w14:paraId="188F4ABA" w14:textId="77777777" w:rsidR="00214C21" w:rsidRDefault="001B51A9">
            <w:pPr>
              <w:pStyle w:val="Tabeltekst"/>
              <w:spacing w:line="254" w:lineRule="auto"/>
            </w:pPr>
            <w:sdt>
              <w:sdtPr>
                <w:alias w:val="Concrete activiteit en klantactie"/>
                <w:tag w:val="antwoord_138"/>
                <w:id w:val="1137"/>
                <w:text/>
              </w:sdtPr>
              <w:sdtEndPr/>
              <w:sdtContent>
                <w:r w:rsidR="00B41876">
                  <w:t>[Concrete activiteit en klantactie]</w:t>
                </w:r>
              </w:sdtContent>
            </w:sdt>
          </w:p>
        </w:tc>
        <w:tc>
          <w:tcPr>
            <w:tcW w:w="3402" w:type="dxa"/>
            <w:shd w:val="clear" w:color="auto" w:fill="FFFFFF"/>
            <w:tcMar>
              <w:top w:w="80" w:type="dxa"/>
              <w:left w:w="100" w:type="dxa"/>
              <w:bottom w:w="80" w:type="dxa"/>
              <w:right w:w="100" w:type="dxa"/>
            </w:tcMar>
            <w:vAlign w:val="center"/>
          </w:tcPr>
          <w:p w14:paraId="4C328C33" w14:textId="77777777" w:rsidR="00214C21" w:rsidRDefault="001B51A9">
            <w:pPr>
              <w:pStyle w:val="Tabeltekst"/>
              <w:spacing w:line="254" w:lineRule="auto"/>
            </w:pPr>
            <w:sdt>
              <w:sdtPr>
                <w:alias w:val="€ … per maand; … leads of orders"/>
                <w:tag w:val="antwoord_139"/>
                <w:id w:val="1138"/>
                <w:text/>
              </w:sdtPr>
              <w:sdtEndPr/>
              <w:sdtContent>
                <w:r w:rsidR="00B41876">
                  <w:t>[€ … per maand; … leads of orders]</w:t>
                </w:r>
              </w:sdtContent>
            </w:sdt>
          </w:p>
        </w:tc>
      </w:tr>
      <w:tr w:rsidR="00214C21" w14:paraId="739DE334" w14:textId="77777777">
        <w:trPr>
          <w:cantSplit/>
          <w:jc w:val="center"/>
        </w:trPr>
        <w:tc>
          <w:tcPr>
            <w:tcW w:w="2608" w:type="dxa"/>
            <w:shd w:val="clear" w:color="auto" w:fill="F1F6FA"/>
            <w:tcMar>
              <w:top w:w="80" w:type="dxa"/>
              <w:left w:w="100" w:type="dxa"/>
              <w:bottom w:w="80" w:type="dxa"/>
              <w:right w:w="100" w:type="dxa"/>
            </w:tcMar>
            <w:vAlign w:val="center"/>
          </w:tcPr>
          <w:p w14:paraId="14CE1F83" w14:textId="77777777" w:rsidR="00214C21" w:rsidRDefault="001B51A9">
            <w:pPr>
              <w:pStyle w:val="Tabeltekst"/>
              <w:spacing w:line="254" w:lineRule="auto"/>
            </w:pPr>
            <w:sdt>
              <w:sdtPr>
                <w:alias w:val="Kanaal 2"/>
                <w:tag w:val="antwoord_140"/>
                <w:id w:val="1139"/>
                <w:text/>
              </w:sdtPr>
              <w:sdtEndPr/>
              <w:sdtContent>
                <w:r w:rsidR="00B41876">
                  <w:t>[Kanaal 2]</w:t>
                </w:r>
              </w:sdtContent>
            </w:sdt>
          </w:p>
        </w:tc>
        <w:tc>
          <w:tcPr>
            <w:tcW w:w="3402" w:type="dxa"/>
            <w:shd w:val="clear" w:color="auto" w:fill="F1F6FA"/>
            <w:tcMar>
              <w:top w:w="80" w:type="dxa"/>
              <w:left w:w="100" w:type="dxa"/>
              <w:bottom w:w="80" w:type="dxa"/>
              <w:right w:w="100" w:type="dxa"/>
            </w:tcMar>
            <w:vAlign w:val="center"/>
          </w:tcPr>
          <w:p w14:paraId="429BB37D" w14:textId="77777777" w:rsidR="00214C21" w:rsidRDefault="001B51A9">
            <w:pPr>
              <w:pStyle w:val="Tabeltekst"/>
              <w:spacing w:line="254" w:lineRule="auto"/>
            </w:pPr>
            <w:sdt>
              <w:sdtPr>
                <w:alias w:val="Concrete activiteit en klantactie"/>
                <w:tag w:val="antwoord_141"/>
                <w:id w:val="1140"/>
                <w:text/>
              </w:sdtPr>
              <w:sdtEndPr/>
              <w:sdtContent>
                <w:r w:rsidR="00B41876">
                  <w:t>[Concrete activiteit en klantactie]</w:t>
                </w:r>
              </w:sdtContent>
            </w:sdt>
          </w:p>
        </w:tc>
        <w:tc>
          <w:tcPr>
            <w:tcW w:w="3402" w:type="dxa"/>
            <w:shd w:val="clear" w:color="auto" w:fill="F1F6FA"/>
            <w:tcMar>
              <w:top w:w="80" w:type="dxa"/>
              <w:left w:w="100" w:type="dxa"/>
              <w:bottom w:w="80" w:type="dxa"/>
              <w:right w:w="100" w:type="dxa"/>
            </w:tcMar>
            <w:vAlign w:val="center"/>
          </w:tcPr>
          <w:p w14:paraId="6A41A683" w14:textId="77777777" w:rsidR="00214C21" w:rsidRDefault="001B51A9">
            <w:pPr>
              <w:pStyle w:val="Tabeltekst"/>
              <w:spacing w:line="254" w:lineRule="auto"/>
            </w:pPr>
            <w:sdt>
              <w:sdtPr>
                <w:alias w:val="€ … per maand; … leads of orders"/>
                <w:tag w:val="antwoord_142"/>
                <w:id w:val="1141"/>
                <w:text/>
              </w:sdtPr>
              <w:sdtEndPr/>
              <w:sdtContent>
                <w:r w:rsidR="00B41876">
                  <w:t>[€ … per maand; … leads of orders]</w:t>
                </w:r>
              </w:sdtContent>
            </w:sdt>
          </w:p>
        </w:tc>
      </w:tr>
      <w:tr w:rsidR="00214C21" w14:paraId="799F3E37" w14:textId="77777777">
        <w:trPr>
          <w:cantSplit/>
          <w:jc w:val="center"/>
        </w:trPr>
        <w:tc>
          <w:tcPr>
            <w:tcW w:w="2608" w:type="dxa"/>
            <w:shd w:val="clear" w:color="auto" w:fill="FFFFFF"/>
            <w:tcMar>
              <w:top w:w="80" w:type="dxa"/>
              <w:left w:w="100" w:type="dxa"/>
              <w:bottom w:w="80" w:type="dxa"/>
              <w:right w:w="100" w:type="dxa"/>
            </w:tcMar>
            <w:vAlign w:val="center"/>
          </w:tcPr>
          <w:p w14:paraId="0B222626" w14:textId="77777777" w:rsidR="00214C21" w:rsidRDefault="001B51A9">
            <w:pPr>
              <w:pStyle w:val="Tabeltekst"/>
              <w:spacing w:line="254" w:lineRule="auto"/>
            </w:pPr>
            <w:sdt>
              <w:sdtPr>
                <w:alias w:val="Kanaal 3 indien nodig"/>
                <w:tag w:val="antwoord_143"/>
                <w:id w:val="1142"/>
                <w:text/>
              </w:sdtPr>
              <w:sdtEndPr/>
              <w:sdtContent>
                <w:r w:rsidR="00B41876">
                  <w:t>[Kanaal 3 indien nodig]</w:t>
                </w:r>
              </w:sdtContent>
            </w:sdt>
          </w:p>
        </w:tc>
        <w:tc>
          <w:tcPr>
            <w:tcW w:w="3402" w:type="dxa"/>
            <w:shd w:val="clear" w:color="auto" w:fill="FFFFFF"/>
            <w:tcMar>
              <w:top w:w="80" w:type="dxa"/>
              <w:left w:w="100" w:type="dxa"/>
              <w:bottom w:w="80" w:type="dxa"/>
              <w:right w:w="100" w:type="dxa"/>
            </w:tcMar>
            <w:vAlign w:val="center"/>
          </w:tcPr>
          <w:p w14:paraId="381E34C8" w14:textId="77777777" w:rsidR="00214C21" w:rsidRDefault="001B51A9">
            <w:pPr>
              <w:pStyle w:val="Tabeltekst"/>
              <w:spacing w:line="254" w:lineRule="auto"/>
            </w:pPr>
            <w:sdt>
              <w:sdtPr>
                <w:alias w:val="Concrete activiteit en klantactie"/>
                <w:tag w:val="antwoord_144"/>
                <w:id w:val="1143"/>
                <w:text/>
              </w:sdtPr>
              <w:sdtEndPr/>
              <w:sdtContent>
                <w:r w:rsidR="00B41876">
                  <w:t>[Concrete activiteit en klantactie]</w:t>
                </w:r>
              </w:sdtContent>
            </w:sdt>
          </w:p>
        </w:tc>
        <w:tc>
          <w:tcPr>
            <w:tcW w:w="3402" w:type="dxa"/>
            <w:shd w:val="clear" w:color="auto" w:fill="FFFFFF"/>
            <w:tcMar>
              <w:top w:w="80" w:type="dxa"/>
              <w:left w:w="100" w:type="dxa"/>
              <w:bottom w:w="80" w:type="dxa"/>
              <w:right w:w="100" w:type="dxa"/>
            </w:tcMar>
            <w:vAlign w:val="center"/>
          </w:tcPr>
          <w:p w14:paraId="79DBA03D" w14:textId="77777777" w:rsidR="00214C21" w:rsidRDefault="001B51A9">
            <w:pPr>
              <w:pStyle w:val="Tabeltekst"/>
              <w:spacing w:line="254" w:lineRule="auto"/>
            </w:pPr>
            <w:sdt>
              <w:sdtPr>
                <w:alias w:val="€ … per maand; … leads of orders"/>
                <w:tag w:val="antwoord_145"/>
                <w:id w:val="1144"/>
                <w:text/>
              </w:sdtPr>
              <w:sdtEndPr/>
              <w:sdtContent>
                <w:r w:rsidR="00B41876">
                  <w:t>[€ … per maand; … leads of orders]</w:t>
                </w:r>
              </w:sdtContent>
            </w:sdt>
          </w:p>
        </w:tc>
      </w:tr>
    </w:tbl>
    <w:p w14:paraId="6D22C022" w14:textId="77777777" w:rsidR="00214C21" w:rsidRDefault="00214C21">
      <w:pPr>
        <w:spacing w:after="0"/>
      </w:pPr>
    </w:p>
    <w:p w14:paraId="6931D7CD" w14:textId="77777777" w:rsidR="00214C21" w:rsidRDefault="00B41876">
      <w:pPr>
        <w:pStyle w:val="Heading2"/>
      </w:pPr>
      <w:r>
        <w:t>Planning en verantwoordelijkheid</w:t>
      </w:r>
    </w:p>
    <w:p w14:paraId="3830D2A0" w14:textId="77777777" w:rsidR="00214C21" w:rsidRDefault="00B41876">
      <w:pPr>
        <w:pStyle w:val="Invulhulp"/>
      </w:pPr>
      <w:r>
        <w:t>Wie maakt, publiceert en volgt op? Houd rekening met seizoen, looptijd van campagnes en de tijd tot een aankoop.</w:t>
      </w:r>
    </w:p>
    <w:p w14:paraId="440D2755" w14:textId="77777777" w:rsidR="00214C21" w:rsidRDefault="001B51A9">
      <w:pPr>
        <w:pStyle w:val="Invulveld"/>
      </w:pPr>
      <w:sdt>
        <w:sdtPr>
          <w:alias w:val="Wij starten met … op … Verantwoordelijk is … Het verkoopresultaat verwachten wij na …"/>
          <w:tag w:val="antwoord_146"/>
          <w:id w:val="1145"/>
        </w:sdtPr>
        <w:sdtEndPr/>
        <w:sdtContent>
          <w:r w:rsidR="00B41876">
            <w:rPr>
              <w:color w:val="000000"/>
            </w:rPr>
            <w:t>[Wij starten met … op … Verantwoordelijk is … Het verkoopresultaat verwachten wij na …]</w:t>
          </w:r>
        </w:sdtContent>
      </w:sdt>
    </w:p>
    <w:p w14:paraId="47AAAE3D" w14:textId="77777777" w:rsidR="00214C21" w:rsidRDefault="00B41876">
      <w:pPr>
        <w:pStyle w:val="Heading2"/>
      </w:pPr>
      <w:r>
        <w:t>Kosten per nieuwe klant</w:t>
      </w:r>
    </w:p>
    <w:p w14:paraId="79EB2323" w14:textId="77777777" w:rsidR="00214C21" w:rsidRDefault="00B41876">
      <w:pPr>
        <w:pStyle w:val="Invulhulp"/>
      </w:pPr>
      <w:r>
        <w:t>Reken kanaalkosten gedeeld door nieuwe betalende klanten. Benoem of u ook interne uren, tools en verkoopkosten meerekent. Vergelijk met de verwachte bijdrage per klant.</w:t>
      </w:r>
    </w:p>
    <w:p w14:paraId="4CAFF2C5" w14:textId="77777777" w:rsidR="00214C21" w:rsidRDefault="001B51A9">
      <w:pPr>
        <w:pStyle w:val="Invulveld"/>
      </w:pPr>
      <w:sdt>
        <w:sdtPr>
          <w:alias w:val="Ons acquisitiebudget bedraagt € … Met … nieuwe klanten zijn de acquisitiekosten € … per klant. De verwachte bijdrage per"/>
          <w:tag w:val="antwoord_147"/>
          <w:id w:val="1146"/>
        </w:sdtPr>
        <w:sdtEndPr/>
        <w:sdtContent>
          <w:r w:rsidR="00B41876">
            <w:rPr>
              <w:color w:val="000000"/>
            </w:rPr>
            <w:t>[Ons acquisitiebudget bedraagt € … Met … nieuwe klanten zijn de acquisitiekosten € … per klant. De verwachte bijdrage per klant is € … over …]</w:t>
          </w:r>
        </w:sdtContent>
      </w:sdt>
    </w:p>
    <w:p w14:paraId="15014F8D" w14:textId="77777777" w:rsidR="00214C21" w:rsidRDefault="00B41876">
      <w:pPr>
        <w:pStyle w:val="Heading2"/>
      </w:pPr>
      <w:r>
        <w:t>Meten en verbeteren</w:t>
      </w:r>
    </w:p>
    <w:p w14:paraId="6E55A1D9" w14:textId="77777777" w:rsidR="00214C21" w:rsidRDefault="00B41876">
      <w:pPr>
        <w:pStyle w:val="Invulhulp"/>
      </w:pPr>
      <w:r>
        <w:t>Kies enkele signalen die tot actie leiden. Meet niet alleen bereik, maar ook betalende klanten en opbrengst.</w:t>
      </w:r>
    </w:p>
    <w:p w14:paraId="662EE290" w14:textId="77777777" w:rsidR="00214C21" w:rsidRDefault="001B51A9">
      <w:pPr>
        <w:pStyle w:val="Invulveld"/>
      </w:pPr>
      <w:sdt>
        <w:sdtPr>
          <w:alias w:val="Wij volgen … per … Bij minder dan … resultaat veranderen wij … of stoppen wij het kanaal."/>
          <w:tag w:val="antwoord_148"/>
          <w:id w:val="1147"/>
        </w:sdtPr>
        <w:sdtEndPr/>
        <w:sdtContent>
          <w:r w:rsidR="00B41876">
            <w:rPr>
              <w:color w:val="000000"/>
            </w:rPr>
            <w:t>[Wij volgen … per … Bij minder dan … resultaat veranderen wij … of stoppen wij het kanaal.]</w:t>
          </w:r>
        </w:sdtContent>
      </w:sdt>
    </w:p>
    <w:p w14:paraId="2FB69B56" w14:textId="77777777" w:rsidR="00214C21" w:rsidRDefault="00B41876">
      <w:r>
        <w:br w:type="page"/>
      </w:r>
    </w:p>
    <w:p w14:paraId="0B71F0BC" w14:textId="77777777" w:rsidR="00214C21" w:rsidRDefault="00B41876">
      <w:pPr>
        <w:pStyle w:val="Sectielabel"/>
      </w:pPr>
      <w:r>
        <w:lastRenderedPageBreak/>
        <w:t>11  /  OMZET</w:t>
      </w:r>
    </w:p>
    <w:p w14:paraId="2D2D2282" w14:textId="77777777" w:rsidR="00214C21" w:rsidRDefault="00B41876">
      <w:pPr>
        <w:pStyle w:val="Heading1"/>
      </w:pPr>
      <w:bookmarkStart w:id="10" w:name="_Toc242630374"/>
      <w:r>
        <w:t>Verkoop en klantbehoud</w:t>
      </w:r>
      <w:bookmarkEnd w:id="10"/>
    </w:p>
    <w:p w14:paraId="37919045" w14:textId="77777777" w:rsidR="00214C21" w:rsidRDefault="00B41876">
      <w:r>
        <w:t>Werk de route van contact tot betaling en herhaalaankoop uit. Zo wordt zichtbaar of uw omzetdoel past bij uw verkoopcapaciteit.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268"/>
        <w:gridCol w:w="3969"/>
        <w:gridCol w:w="3175"/>
      </w:tblGrid>
      <w:tr w:rsidR="00214C21" w14:paraId="7A1A4DFE" w14:textId="77777777">
        <w:trPr>
          <w:cantSplit/>
          <w:tblHeader/>
          <w:jc w:val="center"/>
        </w:trPr>
        <w:tc>
          <w:tcPr>
            <w:tcW w:w="2268" w:type="dxa"/>
            <w:shd w:val="clear" w:color="auto" w:fill="1A263D"/>
            <w:tcMar>
              <w:top w:w="80" w:type="dxa"/>
              <w:left w:w="100" w:type="dxa"/>
              <w:bottom w:w="80" w:type="dxa"/>
              <w:right w:w="100" w:type="dxa"/>
            </w:tcMar>
            <w:vAlign w:val="center"/>
          </w:tcPr>
          <w:p w14:paraId="66588600" w14:textId="77777777" w:rsidR="00214C21" w:rsidRDefault="00B41876">
            <w:pPr>
              <w:pStyle w:val="Tabeltekst"/>
              <w:spacing w:line="254" w:lineRule="auto"/>
            </w:pPr>
            <w:r>
              <w:rPr>
                <w:b/>
                <w:color w:val="FFFFFF"/>
              </w:rPr>
              <w:t>Stap</w:t>
            </w:r>
          </w:p>
        </w:tc>
        <w:tc>
          <w:tcPr>
            <w:tcW w:w="3969" w:type="dxa"/>
            <w:shd w:val="clear" w:color="auto" w:fill="1A263D"/>
            <w:tcMar>
              <w:top w:w="80" w:type="dxa"/>
              <w:left w:w="100" w:type="dxa"/>
              <w:bottom w:w="80" w:type="dxa"/>
              <w:right w:w="100" w:type="dxa"/>
            </w:tcMar>
            <w:vAlign w:val="center"/>
          </w:tcPr>
          <w:p w14:paraId="6D198D28" w14:textId="77777777" w:rsidR="00214C21" w:rsidRDefault="00B41876">
            <w:pPr>
              <w:pStyle w:val="Tabeltekst"/>
              <w:spacing w:line="254" w:lineRule="auto"/>
            </w:pPr>
            <w:r>
              <w:rPr>
                <w:b/>
                <w:color w:val="FFFFFF"/>
              </w:rPr>
              <w:t>Aanpak en eigenaar</w:t>
            </w:r>
          </w:p>
        </w:tc>
        <w:tc>
          <w:tcPr>
            <w:tcW w:w="3175" w:type="dxa"/>
            <w:shd w:val="clear" w:color="auto" w:fill="1A263D"/>
            <w:tcMar>
              <w:top w:w="80" w:type="dxa"/>
              <w:left w:w="100" w:type="dxa"/>
              <w:bottom w:w="80" w:type="dxa"/>
              <w:right w:w="100" w:type="dxa"/>
            </w:tcMar>
            <w:vAlign w:val="center"/>
          </w:tcPr>
          <w:p w14:paraId="08492B99" w14:textId="77777777" w:rsidR="00214C21" w:rsidRDefault="00B41876">
            <w:pPr>
              <w:pStyle w:val="Tabeltekst"/>
              <w:spacing w:line="254" w:lineRule="auto"/>
            </w:pPr>
            <w:r>
              <w:rPr>
                <w:b/>
                <w:color w:val="FFFFFF"/>
              </w:rPr>
              <w:t>Doel of norm</w:t>
            </w:r>
          </w:p>
        </w:tc>
      </w:tr>
      <w:tr w:rsidR="00214C21" w14:paraId="21C51E94" w14:textId="77777777">
        <w:trPr>
          <w:cantSplit/>
          <w:jc w:val="center"/>
        </w:trPr>
        <w:tc>
          <w:tcPr>
            <w:tcW w:w="2268" w:type="dxa"/>
            <w:shd w:val="clear" w:color="auto" w:fill="FFFFFF"/>
            <w:tcMar>
              <w:top w:w="80" w:type="dxa"/>
              <w:left w:w="100" w:type="dxa"/>
              <w:bottom w:w="80" w:type="dxa"/>
              <w:right w:w="100" w:type="dxa"/>
            </w:tcMar>
            <w:vAlign w:val="center"/>
          </w:tcPr>
          <w:p w14:paraId="5E2EF911" w14:textId="77777777" w:rsidR="00214C21" w:rsidRDefault="00B41876">
            <w:pPr>
              <w:pStyle w:val="Tabeltekst"/>
              <w:spacing w:line="254" w:lineRule="auto"/>
            </w:pPr>
            <w:r>
              <w:t>Contact of bezoek</w:t>
            </w:r>
          </w:p>
        </w:tc>
        <w:tc>
          <w:tcPr>
            <w:tcW w:w="3969" w:type="dxa"/>
            <w:shd w:val="clear" w:color="auto" w:fill="FFFFFF"/>
            <w:tcMar>
              <w:top w:w="80" w:type="dxa"/>
              <w:left w:w="100" w:type="dxa"/>
              <w:bottom w:w="80" w:type="dxa"/>
              <w:right w:w="100" w:type="dxa"/>
            </w:tcMar>
            <w:vAlign w:val="center"/>
          </w:tcPr>
          <w:p w14:paraId="4B15DB50" w14:textId="77777777" w:rsidR="00214C21" w:rsidRDefault="001B51A9">
            <w:pPr>
              <w:pStyle w:val="Tabeltekst"/>
              <w:spacing w:line="254" w:lineRule="auto"/>
            </w:pPr>
            <w:sdt>
              <w:sdtPr>
                <w:alias w:val="Herkomst en eerste opvolging"/>
                <w:tag w:val="antwoord_149"/>
                <w:id w:val="1148"/>
                <w:text/>
              </w:sdtPr>
              <w:sdtEndPr/>
              <w:sdtContent>
                <w:r w:rsidR="00B41876">
                  <w:t>[Herkomst en eerste opvolging]</w:t>
                </w:r>
              </w:sdtContent>
            </w:sdt>
          </w:p>
        </w:tc>
        <w:tc>
          <w:tcPr>
            <w:tcW w:w="3175" w:type="dxa"/>
            <w:shd w:val="clear" w:color="auto" w:fill="FFFFFF"/>
            <w:tcMar>
              <w:top w:w="80" w:type="dxa"/>
              <w:left w:w="100" w:type="dxa"/>
              <w:bottom w:w="80" w:type="dxa"/>
              <w:right w:w="100" w:type="dxa"/>
            </w:tcMar>
            <w:vAlign w:val="center"/>
          </w:tcPr>
          <w:p w14:paraId="208B799C" w14:textId="77777777" w:rsidR="00214C21" w:rsidRDefault="001B51A9">
            <w:pPr>
              <w:pStyle w:val="Tabeltekst"/>
              <w:spacing w:line="254" w:lineRule="auto"/>
            </w:pPr>
            <w:sdt>
              <w:sdtPr>
                <w:alias w:val="… relevante contacten per maand"/>
                <w:tag w:val="antwoord_150"/>
                <w:id w:val="1149"/>
                <w:text/>
              </w:sdtPr>
              <w:sdtEndPr/>
              <w:sdtContent>
                <w:r w:rsidR="00B41876">
                  <w:t>[… relevante contacten per maand]</w:t>
                </w:r>
              </w:sdtContent>
            </w:sdt>
          </w:p>
        </w:tc>
      </w:tr>
      <w:tr w:rsidR="00214C21" w14:paraId="284FAC41" w14:textId="77777777">
        <w:trPr>
          <w:cantSplit/>
          <w:jc w:val="center"/>
        </w:trPr>
        <w:tc>
          <w:tcPr>
            <w:tcW w:w="2268" w:type="dxa"/>
            <w:shd w:val="clear" w:color="auto" w:fill="F1F6FA"/>
            <w:tcMar>
              <w:top w:w="80" w:type="dxa"/>
              <w:left w:w="100" w:type="dxa"/>
              <w:bottom w:w="80" w:type="dxa"/>
              <w:right w:w="100" w:type="dxa"/>
            </w:tcMar>
            <w:vAlign w:val="center"/>
          </w:tcPr>
          <w:p w14:paraId="2232E37E" w14:textId="77777777" w:rsidR="00214C21" w:rsidRDefault="00B41876">
            <w:pPr>
              <w:pStyle w:val="Tabeltekst"/>
              <w:spacing w:line="254" w:lineRule="auto"/>
            </w:pPr>
            <w:r>
              <w:t>Offerte of aanbod</w:t>
            </w:r>
          </w:p>
        </w:tc>
        <w:tc>
          <w:tcPr>
            <w:tcW w:w="3969" w:type="dxa"/>
            <w:shd w:val="clear" w:color="auto" w:fill="F1F6FA"/>
            <w:tcMar>
              <w:top w:w="80" w:type="dxa"/>
              <w:left w:w="100" w:type="dxa"/>
              <w:bottom w:w="80" w:type="dxa"/>
              <w:right w:w="100" w:type="dxa"/>
            </w:tcMar>
            <w:vAlign w:val="center"/>
          </w:tcPr>
          <w:p w14:paraId="154E1671" w14:textId="77777777" w:rsidR="00214C21" w:rsidRDefault="001B51A9">
            <w:pPr>
              <w:pStyle w:val="Tabeltekst"/>
              <w:spacing w:line="254" w:lineRule="auto"/>
            </w:pPr>
            <w:sdt>
              <w:sdtPr>
                <w:alias w:val="Kwalificatie, voorstel, keuzehulp"/>
                <w:tag w:val="antwoord_151"/>
                <w:id w:val="1150"/>
                <w:text/>
              </w:sdtPr>
              <w:sdtEndPr/>
              <w:sdtContent>
                <w:r w:rsidR="00B41876">
                  <w:t>[Kwalificatie, voorstel, keuzehulp]</w:t>
                </w:r>
              </w:sdtContent>
            </w:sdt>
          </w:p>
        </w:tc>
        <w:tc>
          <w:tcPr>
            <w:tcW w:w="3175" w:type="dxa"/>
            <w:shd w:val="clear" w:color="auto" w:fill="F1F6FA"/>
            <w:tcMar>
              <w:top w:w="80" w:type="dxa"/>
              <w:left w:w="100" w:type="dxa"/>
              <w:bottom w:w="80" w:type="dxa"/>
              <w:right w:w="100" w:type="dxa"/>
            </w:tcMar>
            <w:vAlign w:val="center"/>
          </w:tcPr>
          <w:p w14:paraId="6FBFB355" w14:textId="77777777" w:rsidR="00214C21" w:rsidRDefault="001B51A9">
            <w:pPr>
              <w:pStyle w:val="Tabeltekst"/>
              <w:spacing w:line="254" w:lineRule="auto"/>
            </w:pPr>
            <w:sdt>
              <w:sdtPr>
                <w:alias w:val="…% door naar aanbod"/>
                <w:tag w:val="antwoord_152"/>
                <w:id w:val="1151"/>
                <w:text/>
              </w:sdtPr>
              <w:sdtEndPr/>
              <w:sdtContent>
                <w:r w:rsidR="00B41876">
                  <w:t>[…% door naar aanbod]</w:t>
                </w:r>
              </w:sdtContent>
            </w:sdt>
          </w:p>
        </w:tc>
      </w:tr>
      <w:tr w:rsidR="00214C21" w14:paraId="6DF89FB4" w14:textId="77777777">
        <w:trPr>
          <w:cantSplit/>
          <w:jc w:val="center"/>
        </w:trPr>
        <w:tc>
          <w:tcPr>
            <w:tcW w:w="2268" w:type="dxa"/>
            <w:shd w:val="clear" w:color="auto" w:fill="FFFFFF"/>
            <w:tcMar>
              <w:top w:w="80" w:type="dxa"/>
              <w:left w:w="100" w:type="dxa"/>
              <w:bottom w:w="80" w:type="dxa"/>
              <w:right w:w="100" w:type="dxa"/>
            </w:tcMar>
            <w:vAlign w:val="center"/>
          </w:tcPr>
          <w:p w14:paraId="13901481" w14:textId="77777777" w:rsidR="00214C21" w:rsidRDefault="00B41876">
            <w:pPr>
              <w:pStyle w:val="Tabeltekst"/>
              <w:spacing w:line="254" w:lineRule="auto"/>
            </w:pPr>
            <w:r>
              <w:t>Order of contract</w:t>
            </w:r>
          </w:p>
        </w:tc>
        <w:tc>
          <w:tcPr>
            <w:tcW w:w="3969" w:type="dxa"/>
            <w:shd w:val="clear" w:color="auto" w:fill="FFFFFF"/>
            <w:tcMar>
              <w:top w:w="80" w:type="dxa"/>
              <w:left w:w="100" w:type="dxa"/>
              <w:bottom w:w="80" w:type="dxa"/>
              <w:right w:w="100" w:type="dxa"/>
            </w:tcMar>
            <w:vAlign w:val="center"/>
          </w:tcPr>
          <w:p w14:paraId="196F5901" w14:textId="77777777" w:rsidR="00214C21" w:rsidRDefault="001B51A9">
            <w:pPr>
              <w:pStyle w:val="Tabeltekst"/>
              <w:spacing w:line="254" w:lineRule="auto"/>
            </w:pPr>
            <w:sdt>
              <w:sdtPr>
                <w:alias w:val="Besluit, akkoord en registratie"/>
                <w:tag w:val="antwoord_153"/>
                <w:id w:val="1152"/>
                <w:text/>
              </w:sdtPr>
              <w:sdtEndPr/>
              <w:sdtContent>
                <w:r w:rsidR="00B41876">
                  <w:t>[Besluit, akkoord en registratie]</w:t>
                </w:r>
              </w:sdtContent>
            </w:sdt>
          </w:p>
        </w:tc>
        <w:tc>
          <w:tcPr>
            <w:tcW w:w="3175" w:type="dxa"/>
            <w:shd w:val="clear" w:color="auto" w:fill="FFFFFF"/>
            <w:tcMar>
              <w:top w:w="80" w:type="dxa"/>
              <w:left w:w="100" w:type="dxa"/>
              <w:bottom w:w="80" w:type="dxa"/>
              <w:right w:w="100" w:type="dxa"/>
            </w:tcMar>
            <w:vAlign w:val="center"/>
          </w:tcPr>
          <w:p w14:paraId="5FB6416B" w14:textId="77777777" w:rsidR="00214C21" w:rsidRDefault="001B51A9">
            <w:pPr>
              <w:pStyle w:val="Tabeltekst"/>
              <w:spacing w:line="254" w:lineRule="auto"/>
            </w:pPr>
            <w:sdt>
              <w:sdtPr>
                <w:alias w:val="…% koopt; € … per order"/>
                <w:tag w:val="antwoord_154"/>
                <w:id w:val="1153"/>
                <w:text/>
              </w:sdtPr>
              <w:sdtEndPr/>
              <w:sdtContent>
                <w:r w:rsidR="00B41876">
                  <w:t>[…% koopt; € … per order]</w:t>
                </w:r>
              </w:sdtContent>
            </w:sdt>
          </w:p>
        </w:tc>
      </w:tr>
      <w:tr w:rsidR="00214C21" w14:paraId="41E7509B" w14:textId="77777777">
        <w:trPr>
          <w:cantSplit/>
          <w:jc w:val="center"/>
        </w:trPr>
        <w:tc>
          <w:tcPr>
            <w:tcW w:w="2268" w:type="dxa"/>
            <w:shd w:val="clear" w:color="auto" w:fill="F1F6FA"/>
            <w:tcMar>
              <w:top w:w="80" w:type="dxa"/>
              <w:left w:w="100" w:type="dxa"/>
              <w:bottom w:w="80" w:type="dxa"/>
              <w:right w:w="100" w:type="dxa"/>
            </w:tcMar>
            <w:vAlign w:val="center"/>
          </w:tcPr>
          <w:p w14:paraId="7613A390" w14:textId="77777777" w:rsidR="00214C21" w:rsidRDefault="00B41876">
            <w:pPr>
              <w:pStyle w:val="Tabeltekst"/>
              <w:spacing w:line="254" w:lineRule="auto"/>
            </w:pPr>
            <w:r>
              <w:t>Levering en betaling</w:t>
            </w:r>
          </w:p>
        </w:tc>
        <w:tc>
          <w:tcPr>
            <w:tcW w:w="3969" w:type="dxa"/>
            <w:shd w:val="clear" w:color="auto" w:fill="F1F6FA"/>
            <w:tcMar>
              <w:top w:w="80" w:type="dxa"/>
              <w:left w:w="100" w:type="dxa"/>
              <w:bottom w:w="80" w:type="dxa"/>
              <w:right w:w="100" w:type="dxa"/>
            </w:tcMar>
            <w:vAlign w:val="center"/>
          </w:tcPr>
          <w:p w14:paraId="6A76D028" w14:textId="77777777" w:rsidR="00214C21" w:rsidRDefault="001B51A9">
            <w:pPr>
              <w:pStyle w:val="Tabeltekst"/>
              <w:spacing w:line="254" w:lineRule="auto"/>
            </w:pPr>
            <w:sdt>
              <w:sdtPr>
                <w:alias w:val="Leverafspraak, factuur, incasso"/>
                <w:tag w:val="antwoord_155"/>
                <w:id w:val="1154"/>
                <w:text/>
              </w:sdtPr>
              <w:sdtEndPr/>
              <w:sdtContent>
                <w:r w:rsidR="00B41876">
                  <w:t>[Leverafspraak, factuur, incasso]</w:t>
                </w:r>
              </w:sdtContent>
            </w:sdt>
          </w:p>
        </w:tc>
        <w:tc>
          <w:tcPr>
            <w:tcW w:w="3175" w:type="dxa"/>
            <w:shd w:val="clear" w:color="auto" w:fill="F1F6FA"/>
            <w:tcMar>
              <w:top w:w="80" w:type="dxa"/>
              <w:left w:w="100" w:type="dxa"/>
              <w:bottom w:w="80" w:type="dxa"/>
              <w:right w:w="100" w:type="dxa"/>
            </w:tcMar>
            <w:vAlign w:val="center"/>
          </w:tcPr>
          <w:p w14:paraId="6B1C90AE" w14:textId="77777777" w:rsidR="00214C21" w:rsidRDefault="001B51A9">
            <w:pPr>
              <w:pStyle w:val="Tabeltekst"/>
              <w:spacing w:line="254" w:lineRule="auto"/>
            </w:pPr>
            <w:sdt>
              <w:sdtPr>
                <w:alias w:val="… dagen tot betaling"/>
                <w:tag w:val="antwoord_156"/>
                <w:id w:val="1155"/>
                <w:text/>
              </w:sdtPr>
              <w:sdtEndPr/>
              <w:sdtContent>
                <w:r w:rsidR="00B41876">
                  <w:t>[… dagen tot betaling]</w:t>
                </w:r>
              </w:sdtContent>
            </w:sdt>
          </w:p>
        </w:tc>
      </w:tr>
      <w:tr w:rsidR="00214C21" w14:paraId="19C8F49F" w14:textId="77777777">
        <w:trPr>
          <w:cantSplit/>
          <w:jc w:val="center"/>
        </w:trPr>
        <w:tc>
          <w:tcPr>
            <w:tcW w:w="2268" w:type="dxa"/>
            <w:shd w:val="clear" w:color="auto" w:fill="FFFFFF"/>
            <w:tcMar>
              <w:top w:w="80" w:type="dxa"/>
              <w:left w:w="100" w:type="dxa"/>
              <w:bottom w:w="80" w:type="dxa"/>
              <w:right w:w="100" w:type="dxa"/>
            </w:tcMar>
            <w:vAlign w:val="center"/>
          </w:tcPr>
          <w:p w14:paraId="620C2BA4" w14:textId="77777777" w:rsidR="00214C21" w:rsidRDefault="00B41876">
            <w:pPr>
              <w:pStyle w:val="Tabeltekst"/>
              <w:spacing w:line="254" w:lineRule="auto"/>
            </w:pPr>
            <w:r>
              <w:t>Herhaalaankoop of verlenging</w:t>
            </w:r>
          </w:p>
        </w:tc>
        <w:tc>
          <w:tcPr>
            <w:tcW w:w="3969" w:type="dxa"/>
            <w:shd w:val="clear" w:color="auto" w:fill="FFFFFF"/>
            <w:tcMar>
              <w:top w:w="80" w:type="dxa"/>
              <w:left w:w="100" w:type="dxa"/>
              <w:bottom w:w="80" w:type="dxa"/>
              <w:right w:w="100" w:type="dxa"/>
            </w:tcMar>
            <w:vAlign w:val="center"/>
          </w:tcPr>
          <w:p w14:paraId="07F30A8C" w14:textId="77777777" w:rsidR="00214C21" w:rsidRDefault="001B51A9">
            <w:pPr>
              <w:pStyle w:val="Tabeltekst"/>
              <w:spacing w:line="254" w:lineRule="auto"/>
            </w:pPr>
            <w:sdt>
              <w:sdtPr>
                <w:alias w:val="Service, contactmoment en nieuw aanbod"/>
                <w:tag w:val="antwoord_157"/>
                <w:id w:val="1156"/>
                <w:text/>
              </w:sdtPr>
              <w:sdtEndPr/>
              <w:sdtContent>
                <w:r w:rsidR="00B41876">
                  <w:t>[Service, contactmoment en nieuw aanbod]</w:t>
                </w:r>
              </w:sdtContent>
            </w:sdt>
          </w:p>
        </w:tc>
        <w:tc>
          <w:tcPr>
            <w:tcW w:w="3175" w:type="dxa"/>
            <w:shd w:val="clear" w:color="auto" w:fill="FFFFFF"/>
            <w:tcMar>
              <w:top w:w="80" w:type="dxa"/>
              <w:left w:w="100" w:type="dxa"/>
              <w:bottom w:w="80" w:type="dxa"/>
              <w:right w:w="100" w:type="dxa"/>
            </w:tcMar>
            <w:vAlign w:val="center"/>
          </w:tcPr>
          <w:p w14:paraId="11E859C7" w14:textId="77777777" w:rsidR="00214C21" w:rsidRDefault="001B51A9">
            <w:pPr>
              <w:pStyle w:val="Tabeltekst"/>
              <w:spacing w:line="254" w:lineRule="auto"/>
            </w:pPr>
            <w:sdt>
              <w:sdtPr>
                <w:alias w:val="…% herhaalt of verlengt"/>
                <w:tag w:val="antwoord_158"/>
                <w:id w:val="1157"/>
                <w:text/>
              </w:sdtPr>
              <w:sdtEndPr/>
              <w:sdtContent>
                <w:r w:rsidR="00B41876">
                  <w:t>[…% herhaalt of verlengt]</w:t>
                </w:r>
              </w:sdtContent>
            </w:sdt>
          </w:p>
        </w:tc>
      </w:tr>
    </w:tbl>
    <w:p w14:paraId="4D5D3C9F" w14:textId="77777777" w:rsidR="00214C21" w:rsidRDefault="00214C21">
      <w:pPr>
        <w:spacing w:after="0"/>
      </w:pPr>
    </w:p>
    <w:p w14:paraId="0CEB76D5" w14:textId="77777777" w:rsidR="00214C21" w:rsidRDefault="00B41876">
      <w:pPr>
        <w:pStyle w:val="Heading2"/>
      </w:pPr>
      <w:r>
        <w:t>Omzetdoel naar aantallen</w:t>
      </w:r>
    </w:p>
    <w:p w14:paraId="403A7F67" w14:textId="77777777" w:rsidR="00214C21" w:rsidRDefault="00B41876">
      <w:pPr>
        <w:pStyle w:val="Invulhulp"/>
      </w:pPr>
      <w:r>
        <w:t>Maak de rekensom die bij uw bedrijf past: contacten × conversie × gemiddelde orderwaarde, of actieve klanten × afname × prijs. Benoem de verkoopcyclus.</w:t>
      </w:r>
    </w:p>
    <w:p w14:paraId="1F366AD6" w14:textId="77777777" w:rsidR="00214C21" w:rsidRDefault="001B51A9">
      <w:pPr>
        <w:pStyle w:val="Invulveld"/>
      </w:pPr>
      <w:sdt>
        <w:sdtPr>
          <w:alias w:val="Voor € … omzet zijn … orders of klanten nodig. Daarvoor hebben wij … contacten nodig bij …% conversie. De verkoopcyclus "/>
          <w:tag w:val="antwoord_159"/>
          <w:id w:val="1158"/>
        </w:sdtPr>
        <w:sdtEndPr/>
        <w:sdtContent>
          <w:r w:rsidR="00B41876">
            <w:rPr>
              <w:color w:val="000000"/>
            </w:rPr>
            <w:t>[Voor € … omzet zijn … orders of klanten nodig. Daarvoor hebben wij … contacten nodig bij …% conversie. De verkoopcyclus duurt …]</w:t>
          </w:r>
        </w:sdtContent>
      </w:sdt>
    </w:p>
    <w:p w14:paraId="05AD541C" w14:textId="77777777" w:rsidR="00214C21" w:rsidRDefault="00B41876">
      <w:pPr>
        <w:pStyle w:val="Heading2"/>
      </w:pPr>
      <w:r>
        <w:t>Klantbehoud en service</w:t>
      </w:r>
    </w:p>
    <w:p w14:paraId="65806AC5" w14:textId="77777777" w:rsidR="00214C21" w:rsidRDefault="00B41876">
      <w:pPr>
        <w:pStyle w:val="Invulhulp"/>
      </w:pPr>
      <w:r>
        <w:t>Hoe voorkomt u vertrek of klachten? Benoem contactmomenten, responstijd en hoe feedback wordt verwerkt.</w:t>
      </w:r>
    </w:p>
    <w:p w14:paraId="0A8CF50A" w14:textId="77777777" w:rsidR="00214C21" w:rsidRDefault="001B51A9">
      <w:pPr>
        <w:pStyle w:val="Invulveld"/>
      </w:pPr>
      <w:sdt>
        <w:sdtPr>
          <w:alias w:val="Na levering doen wij … Wij volgen tevredenheid via … Bij klachten … Onze aanpak voor herhaalaankopen is …"/>
          <w:tag w:val="antwoord_160"/>
          <w:id w:val="1159"/>
        </w:sdtPr>
        <w:sdtEndPr/>
        <w:sdtContent>
          <w:r w:rsidR="00B41876">
            <w:rPr>
              <w:color w:val="000000"/>
            </w:rPr>
            <w:t>[Na levering doen wij … Wij volgen tevredenheid via … Bij klachten … Onze aanpak voor herhaalaankopen is …]</w:t>
          </w:r>
        </w:sdtContent>
      </w:sdt>
    </w:p>
    <w:p w14:paraId="5CA14291" w14:textId="77777777" w:rsidR="00214C21" w:rsidRDefault="00B41876">
      <w:pPr>
        <w:pStyle w:val="Heading2"/>
      </w:pPr>
      <w:r>
        <w:t>Contracten en omzetzekerheid</w:t>
      </w:r>
    </w:p>
    <w:p w14:paraId="3183AEE3" w14:textId="77777777" w:rsidR="00214C21" w:rsidRDefault="00B41876">
      <w:pPr>
        <w:pStyle w:val="Invulhulp"/>
      </w:pPr>
      <w:r>
        <w:t>Beschrijf looptijd, opzegging, betaalafspraken en afhankelijkheid van grote klanten of platforms.</w:t>
      </w:r>
    </w:p>
    <w:p w14:paraId="23D8F7C2" w14:textId="77777777" w:rsidR="00214C21" w:rsidRDefault="001B51A9">
      <w:pPr>
        <w:pStyle w:val="Invulveld"/>
      </w:pPr>
      <w:sdt>
        <w:sdtPr>
          <w:alias w:val="Bevestigde omzet bedraagt … Terugkerende omzet is … De belangrijkste contractvoorwaarde of afhankelijkheid is …"/>
          <w:tag w:val="antwoord_161"/>
          <w:id w:val="1160"/>
        </w:sdtPr>
        <w:sdtEndPr/>
        <w:sdtContent>
          <w:r w:rsidR="00B41876">
            <w:rPr>
              <w:color w:val="000000"/>
            </w:rPr>
            <w:t>[Bevestigde omzet bedraagt … Terugkerende omzet is … De belangrijkste contractvoorwaarde of afhankelijkheid is …]</w:t>
          </w:r>
        </w:sdtContent>
      </w:sdt>
    </w:p>
    <w:p w14:paraId="55A59748" w14:textId="77777777" w:rsidR="00214C21" w:rsidRDefault="00B41876">
      <w:r>
        <w:br w:type="page"/>
      </w:r>
    </w:p>
    <w:p w14:paraId="4CA97BC6" w14:textId="77777777" w:rsidR="00214C21" w:rsidRDefault="00B41876">
      <w:pPr>
        <w:pStyle w:val="Sectielabel"/>
      </w:pPr>
      <w:r>
        <w:lastRenderedPageBreak/>
        <w:t>12  /  UITVOERING</w:t>
      </w:r>
    </w:p>
    <w:p w14:paraId="1CFE33DF" w14:textId="77777777" w:rsidR="00214C21" w:rsidRDefault="00B41876">
      <w:pPr>
        <w:pStyle w:val="Heading1"/>
      </w:pPr>
      <w:bookmarkStart w:id="11" w:name="_Toc242630375"/>
      <w:r>
        <w:t>Organisatie en bedrijfsvoering</w:t>
      </w:r>
      <w:bookmarkEnd w:id="11"/>
    </w:p>
    <w:p w14:paraId="5F18BCCA" w14:textId="77777777" w:rsidR="00214C21" w:rsidRDefault="00B41876">
      <w:r>
        <w:t>Laat zien hoe u verkoopt, levert, kwaliteit bewaakt en betaald krijgt. Beschrijf de middelen en capaciteit die daarvoor nodig zijn.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494"/>
        <w:gridCol w:w="3685"/>
        <w:gridCol w:w="3231"/>
      </w:tblGrid>
      <w:tr w:rsidR="00214C21" w14:paraId="618E5881" w14:textId="77777777">
        <w:trPr>
          <w:cantSplit/>
          <w:tblHeader/>
          <w:jc w:val="center"/>
        </w:trPr>
        <w:tc>
          <w:tcPr>
            <w:tcW w:w="2494" w:type="dxa"/>
            <w:shd w:val="clear" w:color="auto" w:fill="1A263D"/>
            <w:tcMar>
              <w:top w:w="80" w:type="dxa"/>
              <w:left w:w="100" w:type="dxa"/>
              <w:bottom w:w="80" w:type="dxa"/>
              <w:right w:w="100" w:type="dxa"/>
            </w:tcMar>
            <w:vAlign w:val="center"/>
          </w:tcPr>
          <w:p w14:paraId="530F75DC" w14:textId="77777777" w:rsidR="00214C21" w:rsidRDefault="00B41876">
            <w:pPr>
              <w:pStyle w:val="Tabeltekst"/>
              <w:spacing w:line="254" w:lineRule="auto"/>
            </w:pPr>
            <w:r>
              <w:rPr>
                <w:b/>
                <w:color w:val="FFFFFF"/>
              </w:rPr>
              <w:t>Proces</w:t>
            </w:r>
          </w:p>
        </w:tc>
        <w:tc>
          <w:tcPr>
            <w:tcW w:w="3685" w:type="dxa"/>
            <w:shd w:val="clear" w:color="auto" w:fill="1A263D"/>
            <w:tcMar>
              <w:top w:w="80" w:type="dxa"/>
              <w:left w:w="100" w:type="dxa"/>
              <w:bottom w:w="80" w:type="dxa"/>
              <w:right w:w="100" w:type="dxa"/>
            </w:tcMar>
            <w:vAlign w:val="center"/>
          </w:tcPr>
          <w:p w14:paraId="13296905" w14:textId="77777777" w:rsidR="00214C21" w:rsidRDefault="00B41876">
            <w:pPr>
              <w:pStyle w:val="Tabeltekst"/>
              <w:spacing w:line="254" w:lineRule="auto"/>
            </w:pPr>
            <w:r>
              <w:rPr>
                <w:b/>
                <w:color w:val="FFFFFF"/>
              </w:rPr>
              <w:t>Verantwoordelijke en middelen</w:t>
            </w:r>
          </w:p>
        </w:tc>
        <w:tc>
          <w:tcPr>
            <w:tcW w:w="3231" w:type="dxa"/>
            <w:shd w:val="clear" w:color="auto" w:fill="1A263D"/>
            <w:tcMar>
              <w:top w:w="80" w:type="dxa"/>
              <w:left w:w="100" w:type="dxa"/>
              <w:bottom w:w="80" w:type="dxa"/>
              <w:right w:w="100" w:type="dxa"/>
            </w:tcMar>
            <w:vAlign w:val="center"/>
          </w:tcPr>
          <w:p w14:paraId="36AE8E1A" w14:textId="77777777" w:rsidR="00214C21" w:rsidRDefault="00B41876">
            <w:pPr>
              <w:pStyle w:val="Tabeltekst"/>
              <w:spacing w:line="254" w:lineRule="auto"/>
            </w:pPr>
            <w:r>
              <w:rPr>
                <w:b/>
                <w:color w:val="FFFFFF"/>
              </w:rPr>
              <w:t>Kwaliteitsnorm of controle</w:t>
            </w:r>
          </w:p>
        </w:tc>
      </w:tr>
      <w:tr w:rsidR="00214C21" w14:paraId="4C7C7B29" w14:textId="77777777">
        <w:trPr>
          <w:cantSplit/>
          <w:jc w:val="center"/>
        </w:trPr>
        <w:tc>
          <w:tcPr>
            <w:tcW w:w="2494" w:type="dxa"/>
            <w:shd w:val="clear" w:color="auto" w:fill="FFFFFF"/>
            <w:tcMar>
              <w:top w:w="80" w:type="dxa"/>
              <w:left w:w="100" w:type="dxa"/>
              <w:bottom w:w="80" w:type="dxa"/>
              <w:right w:w="100" w:type="dxa"/>
            </w:tcMar>
            <w:vAlign w:val="center"/>
          </w:tcPr>
          <w:p w14:paraId="2CE63DA2" w14:textId="77777777" w:rsidR="00214C21" w:rsidRDefault="00B41876">
            <w:pPr>
              <w:pStyle w:val="Tabeltekst"/>
              <w:spacing w:line="254" w:lineRule="auto"/>
            </w:pPr>
            <w:r>
              <w:t>Inkoop en planning</w:t>
            </w:r>
          </w:p>
        </w:tc>
        <w:tc>
          <w:tcPr>
            <w:tcW w:w="3685" w:type="dxa"/>
            <w:shd w:val="clear" w:color="auto" w:fill="FFFFFF"/>
            <w:tcMar>
              <w:top w:w="80" w:type="dxa"/>
              <w:left w:w="100" w:type="dxa"/>
              <w:bottom w:w="80" w:type="dxa"/>
              <w:right w:w="100" w:type="dxa"/>
            </w:tcMar>
            <w:vAlign w:val="center"/>
          </w:tcPr>
          <w:p w14:paraId="17D7317E" w14:textId="77777777" w:rsidR="00214C21" w:rsidRDefault="001B51A9">
            <w:pPr>
              <w:pStyle w:val="Tabeltekst"/>
              <w:spacing w:line="254" w:lineRule="auto"/>
            </w:pPr>
            <w:sdt>
              <w:sdtPr>
                <w:alias w:val="Wie, leverancier, voorraad of afspraken"/>
                <w:tag w:val="antwoord_162"/>
                <w:id w:val="1161"/>
                <w:text/>
              </w:sdtPr>
              <w:sdtEndPr/>
              <w:sdtContent>
                <w:r w:rsidR="00B41876">
                  <w:t>[Wie, leverancier, voorraad of afspraken]</w:t>
                </w:r>
              </w:sdtContent>
            </w:sdt>
          </w:p>
        </w:tc>
        <w:tc>
          <w:tcPr>
            <w:tcW w:w="3231" w:type="dxa"/>
            <w:shd w:val="clear" w:color="auto" w:fill="FFFFFF"/>
            <w:tcMar>
              <w:top w:w="80" w:type="dxa"/>
              <w:left w:w="100" w:type="dxa"/>
              <w:bottom w:w="80" w:type="dxa"/>
              <w:right w:w="100" w:type="dxa"/>
            </w:tcMar>
            <w:vAlign w:val="center"/>
          </w:tcPr>
          <w:p w14:paraId="359266BF" w14:textId="77777777" w:rsidR="00214C21" w:rsidRDefault="001B51A9">
            <w:pPr>
              <w:pStyle w:val="Tabeltekst"/>
              <w:spacing w:line="254" w:lineRule="auto"/>
            </w:pPr>
            <w:sdt>
              <w:sdtPr>
                <w:alias w:val="Levertijd en alternatief"/>
                <w:tag w:val="antwoord_163"/>
                <w:id w:val="1162"/>
                <w:text/>
              </w:sdtPr>
              <w:sdtEndPr/>
              <w:sdtContent>
                <w:r w:rsidR="00B41876">
                  <w:t>[Levertijd en alternatief]</w:t>
                </w:r>
              </w:sdtContent>
            </w:sdt>
          </w:p>
        </w:tc>
      </w:tr>
      <w:tr w:rsidR="00214C21" w14:paraId="757F98B7" w14:textId="77777777">
        <w:trPr>
          <w:cantSplit/>
          <w:jc w:val="center"/>
        </w:trPr>
        <w:tc>
          <w:tcPr>
            <w:tcW w:w="2494" w:type="dxa"/>
            <w:shd w:val="clear" w:color="auto" w:fill="F1F6FA"/>
            <w:tcMar>
              <w:top w:w="80" w:type="dxa"/>
              <w:left w:w="100" w:type="dxa"/>
              <w:bottom w:w="80" w:type="dxa"/>
              <w:right w:w="100" w:type="dxa"/>
            </w:tcMar>
            <w:vAlign w:val="center"/>
          </w:tcPr>
          <w:p w14:paraId="5E8DC290" w14:textId="77777777" w:rsidR="00214C21" w:rsidRDefault="00B41876">
            <w:pPr>
              <w:pStyle w:val="Tabeltekst"/>
              <w:spacing w:line="254" w:lineRule="auto"/>
            </w:pPr>
            <w:r>
              <w:t>Productie of dienstverlening</w:t>
            </w:r>
          </w:p>
        </w:tc>
        <w:tc>
          <w:tcPr>
            <w:tcW w:w="3685" w:type="dxa"/>
            <w:shd w:val="clear" w:color="auto" w:fill="F1F6FA"/>
            <w:tcMar>
              <w:top w:w="80" w:type="dxa"/>
              <w:left w:w="100" w:type="dxa"/>
              <w:bottom w:w="80" w:type="dxa"/>
              <w:right w:w="100" w:type="dxa"/>
            </w:tcMar>
            <w:vAlign w:val="center"/>
          </w:tcPr>
          <w:p w14:paraId="7F6DF303" w14:textId="77777777" w:rsidR="00214C21" w:rsidRDefault="001B51A9">
            <w:pPr>
              <w:pStyle w:val="Tabeltekst"/>
              <w:spacing w:line="254" w:lineRule="auto"/>
            </w:pPr>
            <w:sdt>
              <w:sdtPr>
                <w:alias w:val="Wie, locatie, apparatuur en capaciteit"/>
                <w:tag w:val="antwoord_164"/>
                <w:id w:val="1163"/>
                <w:text/>
              </w:sdtPr>
              <w:sdtEndPr/>
              <w:sdtContent>
                <w:r w:rsidR="00B41876">
                  <w:t>[Wie, locatie, apparatuur en capaciteit]</w:t>
                </w:r>
              </w:sdtContent>
            </w:sdt>
          </w:p>
        </w:tc>
        <w:tc>
          <w:tcPr>
            <w:tcW w:w="3231" w:type="dxa"/>
            <w:shd w:val="clear" w:color="auto" w:fill="F1F6FA"/>
            <w:tcMar>
              <w:top w:w="80" w:type="dxa"/>
              <w:left w:w="100" w:type="dxa"/>
              <w:bottom w:w="80" w:type="dxa"/>
              <w:right w:w="100" w:type="dxa"/>
            </w:tcMar>
            <w:vAlign w:val="center"/>
          </w:tcPr>
          <w:p w14:paraId="3810BF17" w14:textId="77777777" w:rsidR="00214C21" w:rsidRDefault="001B51A9">
            <w:pPr>
              <w:pStyle w:val="Tabeltekst"/>
              <w:spacing w:line="254" w:lineRule="auto"/>
            </w:pPr>
            <w:sdt>
              <w:sdtPr>
                <w:alias w:val="Kwaliteit en doorlooptijd"/>
                <w:tag w:val="antwoord_165"/>
                <w:id w:val="1164"/>
                <w:text/>
              </w:sdtPr>
              <w:sdtEndPr/>
              <w:sdtContent>
                <w:r w:rsidR="00B41876">
                  <w:t>[Kwaliteit en doorlooptijd]</w:t>
                </w:r>
              </w:sdtContent>
            </w:sdt>
          </w:p>
        </w:tc>
      </w:tr>
      <w:tr w:rsidR="00214C21" w14:paraId="345FE59A" w14:textId="77777777">
        <w:trPr>
          <w:cantSplit/>
          <w:jc w:val="center"/>
        </w:trPr>
        <w:tc>
          <w:tcPr>
            <w:tcW w:w="2494" w:type="dxa"/>
            <w:shd w:val="clear" w:color="auto" w:fill="FFFFFF"/>
            <w:tcMar>
              <w:top w:w="80" w:type="dxa"/>
              <w:left w:w="100" w:type="dxa"/>
              <w:bottom w:w="80" w:type="dxa"/>
              <w:right w:w="100" w:type="dxa"/>
            </w:tcMar>
            <w:vAlign w:val="center"/>
          </w:tcPr>
          <w:p w14:paraId="3B1289A2" w14:textId="77777777" w:rsidR="00214C21" w:rsidRDefault="00B41876">
            <w:pPr>
              <w:pStyle w:val="Tabeltekst"/>
              <w:spacing w:line="254" w:lineRule="auto"/>
            </w:pPr>
            <w:r>
              <w:t>Levering en klantservice</w:t>
            </w:r>
          </w:p>
        </w:tc>
        <w:tc>
          <w:tcPr>
            <w:tcW w:w="3685" w:type="dxa"/>
            <w:shd w:val="clear" w:color="auto" w:fill="FFFFFF"/>
            <w:tcMar>
              <w:top w:w="80" w:type="dxa"/>
              <w:left w:w="100" w:type="dxa"/>
              <w:bottom w:w="80" w:type="dxa"/>
              <w:right w:w="100" w:type="dxa"/>
            </w:tcMar>
            <w:vAlign w:val="center"/>
          </w:tcPr>
          <w:p w14:paraId="5136EE15" w14:textId="77777777" w:rsidR="00214C21" w:rsidRDefault="001B51A9">
            <w:pPr>
              <w:pStyle w:val="Tabeltekst"/>
              <w:spacing w:line="254" w:lineRule="auto"/>
            </w:pPr>
            <w:sdt>
              <w:sdtPr>
                <w:alias w:val="Wie, distributie en bereikbaarheid"/>
                <w:tag w:val="antwoord_166"/>
                <w:id w:val="1165"/>
                <w:text/>
              </w:sdtPr>
              <w:sdtEndPr/>
              <w:sdtContent>
                <w:r w:rsidR="00B41876">
                  <w:t>[Wie, distributie en bereikbaarheid]</w:t>
                </w:r>
              </w:sdtContent>
            </w:sdt>
          </w:p>
        </w:tc>
        <w:tc>
          <w:tcPr>
            <w:tcW w:w="3231" w:type="dxa"/>
            <w:shd w:val="clear" w:color="auto" w:fill="FFFFFF"/>
            <w:tcMar>
              <w:top w:w="80" w:type="dxa"/>
              <w:left w:w="100" w:type="dxa"/>
              <w:bottom w:w="80" w:type="dxa"/>
              <w:right w:w="100" w:type="dxa"/>
            </w:tcMar>
            <w:vAlign w:val="center"/>
          </w:tcPr>
          <w:p w14:paraId="43587A7D" w14:textId="77777777" w:rsidR="00214C21" w:rsidRDefault="001B51A9">
            <w:pPr>
              <w:pStyle w:val="Tabeltekst"/>
              <w:spacing w:line="254" w:lineRule="auto"/>
            </w:pPr>
            <w:sdt>
              <w:sdtPr>
                <w:alias w:val="Leverbelofte en service"/>
                <w:tag w:val="antwoord_167"/>
                <w:id w:val="1166"/>
                <w:text/>
              </w:sdtPr>
              <w:sdtEndPr/>
              <w:sdtContent>
                <w:r w:rsidR="00B41876">
                  <w:t>[Leverbelofte en service]</w:t>
                </w:r>
              </w:sdtContent>
            </w:sdt>
          </w:p>
        </w:tc>
      </w:tr>
      <w:tr w:rsidR="00214C21" w14:paraId="6ED857D4" w14:textId="77777777">
        <w:trPr>
          <w:cantSplit/>
          <w:jc w:val="center"/>
        </w:trPr>
        <w:tc>
          <w:tcPr>
            <w:tcW w:w="2494" w:type="dxa"/>
            <w:shd w:val="clear" w:color="auto" w:fill="F1F6FA"/>
            <w:tcMar>
              <w:top w:w="80" w:type="dxa"/>
              <w:left w:w="100" w:type="dxa"/>
              <w:bottom w:w="80" w:type="dxa"/>
              <w:right w:w="100" w:type="dxa"/>
            </w:tcMar>
            <w:vAlign w:val="center"/>
          </w:tcPr>
          <w:p w14:paraId="5DF816C4" w14:textId="77777777" w:rsidR="00214C21" w:rsidRDefault="00B41876">
            <w:pPr>
              <w:pStyle w:val="Tabeltekst"/>
              <w:spacing w:line="254" w:lineRule="auto"/>
            </w:pPr>
            <w:r>
              <w:t>Facturatie en administratie</w:t>
            </w:r>
          </w:p>
        </w:tc>
        <w:tc>
          <w:tcPr>
            <w:tcW w:w="3685" w:type="dxa"/>
            <w:shd w:val="clear" w:color="auto" w:fill="F1F6FA"/>
            <w:tcMar>
              <w:top w:w="80" w:type="dxa"/>
              <w:left w:w="100" w:type="dxa"/>
              <w:bottom w:w="80" w:type="dxa"/>
              <w:right w:w="100" w:type="dxa"/>
            </w:tcMar>
            <w:vAlign w:val="center"/>
          </w:tcPr>
          <w:p w14:paraId="118E4488" w14:textId="77777777" w:rsidR="00214C21" w:rsidRDefault="001B51A9">
            <w:pPr>
              <w:pStyle w:val="Tabeltekst"/>
              <w:spacing w:line="254" w:lineRule="auto"/>
            </w:pPr>
            <w:sdt>
              <w:sdtPr>
                <w:alias w:val="Wie, systeem, betaaltermijnen"/>
                <w:tag w:val="antwoord_168"/>
                <w:id w:val="1167"/>
                <w:text/>
              </w:sdtPr>
              <w:sdtEndPr/>
              <w:sdtContent>
                <w:r w:rsidR="00B41876">
                  <w:t>[Wie, systeem, betaaltermijnen]</w:t>
                </w:r>
              </w:sdtContent>
            </w:sdt>
          </w:p>
        </w:tc>
        <w:tc>
          <w:tcPr>
            <w:tcW w:w="3231" w:type="dxa"/>
            <w:shd w:val="clear" w:color="auto" w:fill="F1F6FA"/>
            <w:tcMar>
              <w:top w:w="80" w:type="dxa"/>
              <w:left w:w="100" w:type="dxa"/>
              <w:bottom w:w="80" w:type="dxa"/>
              <w:right w:w="100" w:type="dxa"/>
            </w:tcMar>
            <w:vAlign w:val="center"/>
          </w:tcPr>
          <w:p w14:paraId="19E7DB64" w14:textId="77777777" w:rsidR="00214C21" w:rsidRDefault="001B51A9">
            <w:pPr>
              <w:pStyle w:val="Tabeltekst"/>
              <w:spacing w:line="254" w:lineRule="auto"/>
            </w:pPr>
            <w:sdt>
              <w:sdtPr>
                <w:alias w:val="Tijdigheid en controle"/>
                <w:tag w:val="antwoord_169"/>
                <w:id w:val="1168"/>
                <w:text/>
              </w:sdtPr>
              <w:sdtEndPr/>
              <w:sdtContent>
                <w:r w:rsidR="00B41876">
                  <w:t>[Tijdigheid en controle]</w:t>
                </w:r>
              </w:sdtContent>
            </w:sdt>
          </w:p>
        </w:tc>
      </w:tr>
    </w:tbl>
    <w:p w14:paraId="7CAE4B4F" w14:textId="77777777" w:rsidR="00214C21" w:rsidRDefault="00214C21">
      <w:pPr>
        <w:spacing w:after="0"/>
      </w:pPr>
    </w:p>
    <w:p w14:paraId="458C1A19" w14:textId="77777777" w:rsidR="00214C21" w:rsidRDefault="00B41876">
      <w:pPr>
        <w:pStyle w:val="Heading2"/>
      </w:pPr>
      <w:r>
        <w:t>Locatie en bedrijfsmiddelen</w:t>
      </w:r>
    </w:p>
    <w:p w14:paraId="2AD2096D" w14:textId="77777777" w:rsidR="00214C21" w:rsidRDefault="00B41876">
      <w:pPr>
        <w:pStyle w:val="Invulhulp"/>
      </w:pPr>
      <w:r>
        <w:t>Welke locatie, inrichting, machines, voertuigen of systemen zijn nodig? Onderbouw huur, aanschaf of lease met offertes en voorwaarden.</w:t>
      </w:r>
    </w:p>
    <w:p w14:paraId="56C053FE" w14:textId="77777777" w:rsidR="00214C21" w:rsidRDefault="001B51A9">
      <w:pPr>
        <w:pStyle w:val="Invulveld"/>
      </w:pPr>
      <w:sdt>
        <w:sdtPr>
          <w:alias w:val="Wij werken vanuit … Deze locatie past omdat … Benodigde middelen zijn … Beschikbaarheid en kosten zijn bevestigd via …"/>
          <w:tag w:val="antwoord_170"/>
          <w:id w:val="1169"/>
        </w:sdtPr>
        <w:sdtEndPr/>
        <w:sdtContent>
          <w:r w:rsidR="00B41876">
            <w:rPr>
              <w:color w:val="000000"/>
            </w:rPr>
            <w:t>[Wij werken vanuit … Deze locatie past omdat … Benodigde middelen zijn … Beschikbaarheid en kosten zijn bevestigd via …]</w:t>
          </w:r>
        </w:sdtContent>
      </w:sdt>
    </w:p>
    <w:p w14:paraId="2B63165C" w14:textId="77777777" w:rsidR="00214C21" w:rsidRDefault="00B41876">
      <w:pPr>
        <w:pStyle w:val="Heading2"/>
      </w:pPr>
      <w:r>
        <w:t>Capaciteit en personeel</w:t>
      </w:r>
    </w:p>
    <w:p w14:paraId="135D8E28" w14:textId="77777777" w:rsidR="00214C21" w:rsidRDefault="00B41876">
      <w:pPr>
        <w:pStyle w:val="Invulhulp"/>
      </w:pPr>
      <w:r>
        <w:t>Koppel de verwachte omzet aan beschikbare uren, plaatsen, machines of productie-eenheden. Beschrijf functies, inzet en totale personeelskosten.</w:t>
      </w:r>
    </w:p>
    <w:p w14:paraId="072359FE" w14:textId="77777777" w:rsidR="00214C21" w:rsidRDefault="001B51A9">
      <w:pPr>
        <w:pStyle w:val="Invulveld"/>
      </w:pPr>
      <w:sdt>
        <w:sdtPr>
          <w:alias w:val="Onze capaciteit is … per … Bij … omzet is de bezetting …% De knelpunten zijn … Extra capaciteit voegen wij toe vanaf …"/>
          <w:tag w:val="antwoord_171"/>
          <w:id w:val="1170"/>
        </w:sdtPr>
        <w:sdtEndPr/>
        <w:sdtContent>
          <w:r w:rsidR="00B41876">
            <w:rPr>
              <w:color w:val="000000"/>
            </w:rPr>
            <w:t>[Onze capaciteit is … per … Bij … omzet is de bezetting …% De knelpunten zijn … Extra capaciteit voegen wij toe vanaf …]</w:t>
          </w:r>
        </w:sdtContent>
      </w:sdt>
    </w:p>
    <w:p w14:paraId="7240275C" w14:textId="77777777" w:rsidR="00214C21" w:rsidRDefault="00B41876">
      <w:pPr>
        <w:pStyle w:val="Heading2"/>
      </w:pPr>
      <w:r>
        <w:t>Leveranciers en afhankelijkheden</w:t>
      </w:r>
    </w:p>
    <w:p w14:paraId="2232D635" w14:textId="77777777" w:rsidR="00214C21" w:rsidRDefault="00B41876">
      <w:pPr>
        <w:pStyle w:val="Invulhulp"/>
      </w:pPr>
      <w:r>
        <w:t>Benoem cruciale leveranciers, prijsafspraken, voorraadbeleid en vervanging bij verstoring.</w:t>
      </w:r>
    </w:p>
    <w:p w14:paraId="13506462" w14:textId="77777777" w:rsidR="00214C21" w:rsidRDefault="001B51A9">
      <w:pPr>
        <w:pStyle w:val="Invulveld"/>
      </w:pPr>
      <w:sdt>
        <w:sdtPr>
          <w:alias w:val="Onze kritische leveranciers zijn … Betalings- en leverafspraken zijn … Bij uitval kunnen wij …"/>
          <w:tag w:val="antwoord_172"/>
          <w:id w:val="1171"/>
        </w:sdtPr>
        <w:sdtEndPr/>
        <w:sdtContent>
          <w:r w:rsidR="00B41876">
            <w:rPr>
              <w:color w:val="000000"/>
            </w:rPr>
            <w:t>[Onze kritische leveranciers zijn … Betalings- en leverafspraken zijn … Bij uitval kunnen wij …]</w:t>
          </w:r>
        </w:sdtContent>
      </w:sdt>
    </w:p>
    <w:p w14:paraId="0E27AEC3" w14:textId="77777777" w:rsidR="00214C21" w:rsidRDefault="00B41876">
      <w:pPr>
        <w:pStyle w:val="Heading2"/>
      </w:pPr>
      <w:r>
        <w:t>Planning en financieel beheer</w:t>
      </w:r>
    </w:p>
    <w:p w14:paraId="23683A4B" w14:textId="77777777" w:rsidR="00214C21" w:rsidRDefault="00B41876">
      <w:pPr>
        <w:pStyle w:val="Invulhulp"/>
      </w:pPr>
      <w:r>
        <w:t>Wie controleert maandelijks cijfers, achterstallige betalingen en verplichtingen?</w:t>
      </w:r>
    </w:p>
    <w:p w14:paraId="709125B6" w14:textId="77777777" w:rsidR="00214C21" w:rsidRDefault="001B51A9">
      <w:pPr>
        <w:pStyle w:val="Invulveld"/>
      </w:pPr>
      <w:sdt>
        <w:sdtPr>
          <w:alias w:val="Wij controleren elke … de omzet, marge, kasstand en openstaande posten. Verantwoordelijk is …"/>
          <w:tag w:val="antwoord_173"/>
          <w:id w:val="1172"/>
        </w:sdtPr>
        <w:sdtEndPr/>
        <w:sdtContent>
          <w:r w:rsidR="00B41876">
            <w:rPr>
              <w:color w:val="000000"/>
            </w:rPr>
            <w:t>[Wij controleren elke … de omzet, marge, kasstand en openstaande posten. Verantwoordelijk is …]</w:t>
          </w:r>
        </w:sdtContent>
      </w:sdt>
    </w:p>
    <w:p w14:paraId="0B60A87D" w14:textId="77777777" w:rsidR="00214C21" w:rsidRDefault="00B41876">
      <w:r>
        <w:br w:type="page"/>
      </w:r>
    </w:p>
    <w:p w14:paraId="162C7025" w14:textId="77777777" w:rsidR="00214C21" w:rsidRDefault="00B41876">
      <w:pPr>
        <w:pStyle w:val="Sectielabel"/>
      </w:pPr>
      <w:r>
        <w:lastRenderedPageBreak/>
        <w:t>13  /  WEERBAARHEID</w:t>
      </w:r>
    </w:p>
    <w:p w14:paraId="41D6FFC7" w14:textId="77777777" w:rsidR="00214C21" w:rsidRDefault="00B41876">
      <w:pPr>
        <w:pStyle w:val="Heading1"/>
      </w:pPr>
      <w:bookmarkStart w:id="12" w:name="_Toc242630376"/>
      <w:r>
        <w:t>Digitalisering en duurzaamheid</w:t>
      </w:r>
      <w:bookmarkEnd w:id="12"/>
    </w:p>
    <w:p w14:paraId="701F41F1" w14:textId="77777777" w:rsidR="00214C21" w:rsidRDefault="00B41876">
      <w:r>
        <w:t>Werk uit welke digitale en duurzame keuzes waarde leveren of risico beperken. Kies maatregelen die passen bij uw bedrijf en middelen.</w:t>
      </w:r>
    </w:p>
    <w:p w14:paraId="7A31B3C8" w14:textId="77777777" w:rsidR="00214C21" w:rsidRDefault="00B41876">
      <w:pPr>
        <w:pStyle w:val="Heading2"/>
      </w:pPr>
      <w:r>
        <w:t>Systemen en gegevens</w:t>
      </w:r>
    </w:p>
    <w:p w14:paraId="5FCAFBF6" w14:textId="77777777" w:rsidR="00214C21" w:rsidRDefault="00B41876">
      <w:pPr>
        <w:pStyle w:val="Invulhulp"/>
      </w:pPr>
      <w:r>
        <w:t>Welke systemen zijn nodig voor verkoop, levering, administratie en klantgegevens? Wie beheert toegang, back-ups en herstel?</w:t>
      </w:r>
    </w:p>
    <w:p w14:paraId="0930F366" w14:textId="77777777" w:rsidR="00214C21" w:rsidRDefault="001B51A9">
      <w:pPr>
        <w:pStyle w:val="Invulveld"/>
      </w:pPr>
      <w:sdt>
        <w:sdtPr>
          <w:alias w:val="Wij gebruiken … voor … De eigenaar van toegang en gegevens is … Back-ups en herstel testen wij …"/>
          <w:tag w:val="antwoord_174"/>
          <w:id w:val="1173"/>
        </w:sdtPr>
        <w:sdtEndPr/>
        <w:sdtContent>
          <w:r w:rsidR="00B41876">
            <w:rPr>
              <w:color w:val="000000"/>
            </w:rPr>
            <w:t>[Wij gebruiken … voor … De eigenaar van toegang en gegevens is … Back-ups en herstel testen wij …]</w:t>
          </w:r>
        </w:sdtContent>
      </w:sdt>
    </w:p>
    <w:p w14:paraId="35F63A2A" w14:textId="77777777" w:rsidR="00214C21" w:rsidRDefault="00B41876">
      <w:pPr>
        <w:pStyle w:val="Heading2"/>
      </w:pPr>
      <w:r>
        <w:t>Cyberveiligheid en verantwoord gebruik van AI</w:t>
      </w:r>
    </w:p>
    <w:p w14:paraId="42223A3E" w14:textId="77777777" w:rsidR="00214C21" w:rsidRDefault="00B41876">
      <w:pPr>
        <w:pStyle w:val="Invulhulp"/>
      </w:pPr>
      <w:r>
        <w:t>Beschrijf bescherming van accounts, apparaten en belangrijke gegevens. Als u AI gebruikt: welke informatie gaat erin, wie controleert de uitkomst en wat blijft menselijke besluitvorming?</w:t>
      </w:r>
    </w:p>
    <w:p w14:paraId="36214653" w14:textId="77777777" w:rsidR="00214C21" w:rsidRDefault="001B51A9">
      <w:pPr>
        <w:pStyle w:val="Invulveld"/>
      </w:pPr>
      <w:sdt>
        <w:sdtPr>
          <w:alias w:val="Onze belangrijkste digitale risico’s zijn … Wij beperken die met … AI gebruiken wij voor … Uitkomsten en gevoelige gegev"/>
          <w:tag w:val="antwoord_175"/>
          <w:id w:val="1174"/>
        </w:sdtPr>
        <w:sdtEndPr/>
        <w:sdtContent>
          <w:r w:rsidR="00B41876">
            <w:rPr>
              <w:color w:val="000000"/>
            </w:rPr>
            <w:t>[Onze belangrijkste digitale risico’s zijn … Wij beperken die met … AI gebruiken wij voor … Uitkomsten en gevoelige gegevens worden gecontroleerd door …]</w:t>
          </w:r>
        </w:sdtContent>
      </w:sdt>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24"/>
        <w:gridCol w:w="3969"/>
        <w:gridCol w:w="3118"/>
      </w:tblGrid>
      <w:tr w:rsidR="00214C21" w14:paraId="64444D4B" w14:textId="77777777">
        <w:trPr>
          <w:cantSplit/>
          <w:tblHeader/>
          <w:jc w:val="center"/>
        </w:trPr>
        <w:tc>
          <w:tcPr>
            <w:tcW w:w="2324" w:type="dxa"/>
            <w:shd w:val="clear" w:color="auto" w:fill="1A263D"/>
            <w:tcMar>
              <w:top w:w="80" w:type="dxa"/>
              <w:left w:w="100" w:type="dxa"/>
              <w:bottom w:w="80" w:type="dxa"/>
              <w:right w:w="100" w:type="dxa"/>
            </w:tcMar>
            <w:vAlign w:val="center"/>
          </w:tcPr>
          <w:p w14:paraId="3593A3E9" w14:textId="77777777" w:rsidR="00214C21" w:rsidRDefault="00B41876">
            <w:pPr>
              <w:pStyle w:val="Tabeltekst"/>
              <w:spacing w:line="254" w:lineRule="auto"/>
            </w:pPr>
            <w:r>
              <w:rPr>
                <w:b/>
                <w:color w:val="FFFFFF"/>
              </w:rPr>
              <w:t>Onderwerp</w:t>
            </w:r>
          </w:p>
        </w:tc>
        <w:tc>
          <w:tcPr>
            <w:tcW w:w="3969" w:type="dxa"/>
            <w:shd w:val="clear" w:color="auto" w:fill="1A263D"/>
            <w:tcMar>
              <w:top w:w="80" w:type="dxa"/>
              <w:left w:w="100" w:type="dxa"/>
              <w:bottom w:w="80" w:type="dxa"/>
              <w:right w:w="100" w:type="dxa"/>
            </w:tcMar>
            <w:vAlign w:val="center"/>
          </w:tcPr>
          <w:p w14:paraId="7C03FF9A" w14:textId="77777777" w:rsidR="00214C21" w:rsidRDefault="00B41876">
            <w:pPr>
              <w:pStyle w:val="Tabeltekst"/>
              <w:spacing w:line="254" w:lineRule="auto"/>
            </w:pPr>
            <w:r>
              <w:rPr>
                <w:b/>
                <w:color w:val="FFFFFF"/>
              </w:rPr>
              <w:t>Maatregel en effect</w:t>
            </w:r>
          </w:p>
        </w:tc>
        <w:tc>
          <w:tcPr>
            <w:tcW w:w="3118" w:type="dxa"/>
            <w:shd w:val="clear" w:color="auto" w:fill="1A263D"/>
            <w:tcMar>
              <w:top w:w="80" w:type="dxa"/>
              <w:left w:w="100" w:type="dxa"/>
              <w:bottom w:w="80" w:type="dxa"/>
              <w:right w:w="100" w:type="dxa"/>
            </w:tcMar>
            <w:vAlign w:val="center"/>
          </w:tcPr>
          <w:p w14:paraId="4071AE9B" w14:textId="77777777" w:rsidR="00214C21" w:rsidRDefault="00B41876">
            <w:pPr>
              <w:pStyle w:val="Tabeltekst"/>
              <w:spacing w:line="254" w:lineRule="auto"/>
            </w:pPr>
            <w:r>
              <w:rPr>
                <w:b/>
                <w:color w:val="FFFFFF"/>
              </w:rPr>
              <w:t>Meting en eigenaar</w:t>
            </w:r>
          </w:p>
        </w:tc>
      </w:tr>
      <w:tr w:rsidR="00214C21" w14:paraId="740D7737" w14:textId="77777777">
        <w:trPr>
          <w:cantSplit/>
          <w:jc w:val="center"/>
        </w:trPr>
        <w:tc>
          <w:tcPr>
            <w:tcW w:w="2324" w:type="dxa"/>
            <w:shd w:val="clear" w:color="auto" w:fill="FFFFFF"/>
            <w:tcMar>
              <w:top w:w="80" w:type="dxa"/>
              <w:left w:w="100" w:type="dxa"/>
              <w:bottom w:w="80" w:type="dxa"/>
              <w:right w:w="100" w:type="dxa"/>
            </w:tcMar>
            <w:vAlign w:val="center"/>
          </w:tcPr>
          <w:p w14:paraId="2B56200C" w14:textId="77777777" w:rsidR="00214C21" w:rsidRDefault="00B41876">
            <w:pPr>
              <w:pStyle w:val="Tabeltekst"/>
              <w:spacing w:line="254" w:lineRule="auto"/>
            </w:pPr>
            <w:r>
              <w:t>Energie en vervoer</w:t>
            </w:r>
          </w:p>
        </w:tc>
        <w:tc>
          <w:tcPr>
            <w:tcW w:w="3969" w:type="dxa"/>
            <w:shd w:val="clear" w:color="auto" w:fill="FFFFFF"/>
            <w:tcMar>
              <w:top w:w="80" w:type="dxa"/>
              <w:left w:w="100" w:type="dxa"/>
              <w:bottom w:w="80" w:type="dxa"/>
              <w:right w:w="100" w:type="dxa"/>
            </w:tcMar>
            <w:vAlign w:val="center"/>
          </w:tcPr>
          <w:p w14:paraId="2218321F" w14:textId="77777777" w:rsidR="00214C21" w:rsidRDefault="001B51A9">
            <w:pPr>
              <w:pStyle w:val="Tabeltekst"/>
              <w:spacing w:line="254" w:lineRule="auto"/>
            </w:pPr>
            <w:sdt>
              <w:sdtPr>
                <w:alias w:val="Praktische keuze en kosten of besparing"/>
                <w:tag w:val="antwoord_176"/>
                <w:id w:val="1175"/>
                <w:text/>
              </w:sdtPr>
              <w:sdtEndPr/>
              <w:sdtContent>
                <w:r w:rsidR="00B41876">
                  <w:t>[Praktische keuze en kosten of besparing]</w:t>
                </w:r>
              </w:sdtContent>
            </w:sdt>
          </w:p>
        </w:tc>
        <w:tc>
          <w:tcPr>
            <w:tcW w:w="3118" w:type="dxa"/>
            <w:shd w:val="clear" w:color="auto" w:fill="FFFFFF"/>
            <w:tcMar>
              <w:top w:w="80" w:type="dxa"/>
              <w:left w:w="100" w:type="dxa"/>
              <w:bottom w:w="80" w:type="dxa"/>
              <w:right w:w="100" w:type="dxa"/>
            </w:tcMar>
            <w:vAlign w:val="center"/>
          </w:tcPr>
          <w:p w14:paraId="154786DD" w14:textId="77777777" w:rsidR="00214C21" w:rsidRDefault="001B51A9">
            <w:pPr>
              <w:pStyle w:val="Tabeltekst"/>
              <w:spacing w:line="254" w:lineRule="auto"/>
            </w:pPr>
            <w:sdt>
              <w:sdtPr>
                <w:alias w:val="Eenheid, doel en eigenaar"/>
                <w:tag w:val="antwoord_177"/>
                <w:id w:val="1176"/>
                <w:text/>
              </w:sdtPr>
              <w:sdtEndPr/>
              <w:sdtContent>
                <w:r w:rsidR="00B41876">
                  <w:t>[Eenheid, doel en eigenaar]</w:t>
                </w:r>
              </w:sdtContent>
            </w:sdt>
          </w:p>
        </w:tc>
      </w:tr>
      <w:tr w:rsidR="00214C21" w14:paraId="7C0129FA" w14:textId="77777777">
        <w:trPr>
          <w:cantSplit/>
          <w:jc w:val="center"/>
        </w:trPr>
        <w:tc>
          <w:tcPr>
            <w:tcW w:w="2324" w:type="dxa"/>
            <w:shd w:val="clear" w:color="auto" w:fill="F1F6FA"/>
            <w:tcMar>
              <w:top w:w="80" w:type="dxa"/>
              <w:left w:w="100" w:type="dxa"/>
              <w:bottom w:w="80" w:type="dxa"/>
              <w:right w:w="100" w:type="dxa"/>
            </w:tcMar>
            <w:vAlign w:val="center"/>
          </w:tcPr>
          <w:p w14:paraId="43A37C41" w14:textId="77777777" w:rsidR="00214C21" w:rsidRDefault="00B41876">
            <w:pPr>
              <w:pStyle w:val="Tabeltekst"/>
              <w:spacing w:line="254" w:lineRule="auto"/>
            </w:pPr>
            <w:r>
              <w:t>Materialen en afval</w:t>
            </w:r>
          </w:p>
        </w:tc>
        <w:tc>
          <w:tcPr>
            <w:tcW w:w="3969" w:type="dxa"/>
            <w:shd w:val="clear" w:color="auto" w:fill="F1F6FA"/>
            <w:tcMar>
              <w:top w:w="80" w:type="dxa"/>
              <w:left w:w="100" w:type="dxa"/>
              <w:bottom w:w="80" w:type="dxa"/>
              <w:right w:w="100" w:type="dxa"/>
            </w:tcMar>
            <w:vAlign w:val="center"/>
          </w:tcPr>
          <w:p w14:paraId="71E2AC71" w14:textId="77777777" w:rsidR="00214C21" w:rsidRDefault="001B51A9">
            <w:pPr>
              <w:pStyle w:val="Tabeltekst"/>
              <w:spacing w:line="254" w:lineRule="auto"/>
            </w:pPr>
            <w:sdt>
              <w:sdtPr>
                <w:alias w:val="Inkoop, levensduur, hergebruik of afval"/>
                <w:tag w:val="antwoord_178"/>
                <w:id w:val="1177"/>
                <w:text/>
              </w:sdtPr>
              <w:sdtEndPr/>
              <w:sdtContent>
                <w:r w:rsidR="00B41876">
                  <w:t>[Inkoop, levensduur, hergebruik of afval]</w:t>
                </w:r>
              </w:sdtContent>
            </w:sdt>
          </w:p>
        </w:tc>
        <w:tc>
          <w:tcPr>
            <w:tcW w:w="3118" w:type="dxa"/>
            <w:shd w:val="clear" w:color="auto" w:fill="F1F6FA"/>
            <w:tcMar>
              <w:top w:w="80" w:type="dxa"/>
              <w:left w:w="100" w:type="dxa"/>
              <w:bottom w:w="80" w:type="dxa"/>
              <w:right w:w="100" w:type="dxa"/>
            </w:tcMar>
            <w:vAlign w:val="center"/>
          </w:tcPr>
          <w:p w14:paraId="1FFE5B4C" w14:textId="77777777" w:rsidR="00214C21" w:rsidRDefault="001B51A9">
            <w:pPr>
              <w:pStyle w:val="Tabeltekst"/>
              <w:spacing w:line="254" w:lineRule="auto"/>
            </w:pPr>
            <w:sdt>
              <w:sdtPr>
                <w:alias w:val="Eenheid, doel en eigenaar"/>
                <w:tag w:val="antwoord_179"/>
                <w:id w:val="1178"/>
                <w:text/>
              </w:sdtPr>
              <w:sdtEndPr/>
              <w:sdtContent>
                <w:r w:rsidR="00B41876">
                  <w:t>[Eenheid, doel en eigenaar]</w:t>
                </w:r>
              </w:sdtContent>
            </w:sdt>
          </w:p>
        </w:tc>
      </w:tr>
      <w:tr w:rsidR="00214C21" w14:paraId="668FD3A0" w14:textId="77777777">
        <w:trPr>
          <w:cantSplit/>
          <w:jc w:val="center"/>
        </w:trPr>
        <w:tc>
          <w:tcPr>
            <w:tcW w:w="2324" w:type="dxa"/>
            <w:shd w:val="clear" w:color="auto" w:fill="FFFFFF"/>
            <w:tcMar>
              <w:top w:w="80" w:type="dxa"/>
              <w:left w:w="100" w:type="dxa"/>
              <w:bottom w:w="80" w:type="dxa"/>
              <w:right w:w="100" w:type="dxa"/>
            </w:tcMar>
            <w:vAlign w:val="center"/>
          </w:tcPr>
          <w:p w14:paraId="53B464F0" w14:textId="77777777" w:rsidR="00214C21" w:rsidRDefault="00B41876">
            <w:pPr>
              <w:pStyle w:val="Tabeltekst"/>
              <w:spacing w:line="254" w:lineRule="auto"/>
            </w:pPr>
            <w:r>
              <w:t>Mensen en keten</w:t>
            </w:r>
          </w:p>
        </w:tc>
        <w:tc>
          <w:tcPr>
            <w:tcW w:w="3969" w:type="dxa"/>
            <w:shd w:val="clear" w:color="auto" w:fill="FFFFFF"/>
            <w:tcMar>
              <w:top w:w="80" w:type="dxa"/>
              <w:left w:w="100" w:type="dxa"/>
              <w:bottom w:w="80" w:type="dxa"/>
              <w:right w:w="100" w:type="dxa"/>
            </w:tcMar>
            <w:vAlign w:val="center"/>
          </w:tcPr>
          <w:p w14:paraId="4A91349C" w14:textId="77777777" w:rsidR="00214C21" w:rsidRDefault="001B51A9">
            <w:pPr>
              <w:pStyle w:val="Tabeltekst"/>
              <w:spacing w:line="254" w:lineRule="auto"/>
            </w:pPr>
            <w:sdt>
              <w:sdtPr>
                <w:alias w:val="Veiligheid, toegankelijkheid of leverancierskeuze"/>
                <w:tag w:val="antwoord_180"/>
                <w:id w:val="1179"/>
                <w:text/>
              </w:sdtPr>
              <w:sdtEndPr/>
              <w:sdtContent>
                <w:r w:rsidR="00B41876">
                  <w:t>[Veiligheid, toegankelijkheid of leverancierskeuze]</w:t>
                </w:r>
              </w:sdtContent>
            </w:sdt>
          </w:p>
        </w:tc>
        <w:tc>
          <w:tcPr>
            <w:tcW w:w="3118" w:type="dxa"/>
            <w:shd w:val="clear" w:color="auto" w:fill="FFFFFF"/>
            <w:tcMar>
              <w:top w:w="80" w:type="dxa"/>
              <w:left w:w="100" w:type="dxa"/>
              <w:bottom w:w="80" w:type="dxa"/>
              <w:right w:w="100" w:type="dxa"/>
            </w:tcMar>
            <w:vAlign w:val="center"/>
          </w:tcPr>
          <w:p w14:paraId="3F9C3451" w14:textId="77777777" w:rsidR="00214C21" w:rsidRDefault="001B51A9">
            <w:pPr>
              <w:pStyle w:val="Tabeltekst"/>
              <w:spacing w:line="254" w:lineRule="auto"/>
            </w:pPr>
            <w:sdt>
              <w:sdtPr>
                <w:alias w:val="Controle en eigenaar"/>
                <w:tag w:val="antwoord_181"/>
                <w:id w:val="1180"/>
                <w:text/>
              </w:sdtPr>
              <w:sdtEndPr/>
              <w:sdtContent>
                <w:r w:rsidR="00B41876">
                  <w:t>[Controle en eigenaar]</w:t>
                </w:r>
              </w:sdtContent>
            </w:sdt>
          </w:p>
        </w:tc>
      </w:tr>
    </w:tbl>
    <w:p w14:paraId="36B696EA" w14:textId="77777777" w:rsidR="00214C21" w:rsidRDefault="00214C21">
      <w:pPr>
        <w:spacing w:after="0"/>
      </w:pPr>
    </w:p>
    <w:p w14:paraId="15C8572B" w14:textId="77777777" w:rsidR="00214C21" w:rsidRDefault="00B41876">
      <w:pPr>
        <w:pStyle w:val="Heading2"/>
      </w:pPr>
      <w:r>
        <w:t>Economische onderbouwing</w:t>
      </w:r>
    </w:p>
    <w:p w14:paraId="41C4BD06" w14:textId="77777777" w:rsidR="00214C21" w:rsidRDefault="00B41876">
      <w:pPr>
        <w:pStyle w:val="Invulhulp"/>
      </w:pPr>
      <w:r>
        <w:t>Neem investeringen, kosten en besparingen op in het financieel plan. Onderbouw claims richting klanten met gegevens.</w:t>
      </w:r>
    </w:p>
    <w:p w14:paraId="3394760F" w14:textId="77777777" w:rsidR="00214C21" w:rsidRDefault="001B51A9">
      <w:pPr>
        <w:pStyle w:val="Invulveld"/>
      </w:pPr>
      <w:sdt>
        <w:sdtPr>
          <w:alias w:val="Wij investeren € … in … Dit levert naar verwachting … op. De onderbouwing is … Het effect is opgenomen in …"/>
          <w:tag w:val="antwoord_182"/>
          <w:id w:val="1181"/>
        </w:sdtPr>
        <w:sdtEndPr/>
        <w:sdtContent>
          <w:r w:rsidR="00B41876">
            <w:rPr>
              <w:color w:val="000000"/>
            </w:rPr>
            <w:t>[Wij investeren € … in … Dit levert naar verwachting … op. De onderbouwing is … Het effect is opgenomen in …]</w:t>
          </w:r>
        </w:sdtContent>
      </w:sdt>
    </w:p>
    <w:p w14:paraId="6181DFFC" w14:textId="77777777" w:rsidR="00214C21" w:rsidRDefault="00B41876">
      <w:pPr>
        <w:pStyle w:val="Heading2"/>
      </w:pPr>
      <w:r>
        <w:t>Eerstvolgende verbetering</w:t>
      </w:r>
    </w:p>
    <w:p w14:paraId="4E7AABC6" w14:textId="77777777" w:rsidR="00214C21" w:rsidRDefault="001B51A9">
      <w:pPr>
        <w:pStyle w:val="Invulveld"/>
      </w:pPr>
      <w:sdt>
        <w:sdtPr>
          <w:alias w:val="De eerstvolgende verbetering is … vóór … en kost € … Het resultaat beoordelen wij met …"/>
          <w:tag w:val="antwoord_183"/>
          <w:id w:val="1182"/>
        </w:sdtPr>
        <w:sdtEndPr/>
        <w:sdtContent>
          <w:r w:rsidR="00B41876">
            <w:rPr>
              <w:color w:val="000000"/>
            </w:rPr>
            <w:t>[De eerstvolgende verbetering is … vóór … en kost € … Het resultaat beoordelen wij met …]</w:t>
          </w:r>
        </w:sdtContent>
      </w:sdt>
    </w:p>
    <w:p w14:paraId="531CB3FA" w14:textId="77777777" w:rsidR="00214C21" w:rsidRDefault="00B41876">
      <w:r>
        <w:br w:type="page"/>
      </w:r>
    </w:p>
    <w:p w14:paraId="0F3170FD" w14:textId="77777777" w:rsidR="00214C21" w:rsidRDefault="00B41876">
      <w:pPr>
        <w:pStyle w:val="Sectielabel"/>
      </w:pPr>
      <w:r>
        <w:lastRenderedPageBreak/>
        <w:t>14  /  RANDVOORWAARDEN</w:t>
      </w:r>
    </w:p>
    <w:p w14:paraId="76C8545A" w14:textId="77777777" w:rsidR="00214C21" w:rsidRDefault="00B41876">
      <w:pPr>
        <w:pStyle w:val="Heading1"/>
      </w:pPr>
      <w:bookmarkStart w:id="13" w:name="_Toc242630377"/>
      <w:r>
        <w:t>Juridische zaken en verzekeringen</w:t>
      </w:r>
      <w:bookmarkEnd w:id="13"/>
    </w:p>
    <w:p w14:paraId="7E58F49B" w14:textId="77777777" w:rsidR="00214C21" w:rsidRDefault="00B41876">
      <w:r>
        <w:t>Leg vast welke verplichtingen en afspraken in uw situatie relevant zijn, wat al geregeld is en wat vóór de start of uitbreiding moet gebeuren.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268"/>
        <w:gridCol w:w="3969"/>
        <w:gridCol w:w="3175"/>
      </w:tblGrid>
      <w:tr w:rsidR="00214C21" w14:paraId="68A3560C" w14:textId="77777777">
        <w:trPr>
          <w:cantSplit/>
          <w:tblHeader/>
          <w:jc w:val="center"/>
        </w:trPr>
        <w:tc>
          <w:tcPr>
            <w:tcW w:w="2268" w:type="dxa"/>
            <w:shd w:val="clear" w:color="auto" w:fill="1A263D"/>
            <w:tcMar>
              <w:top w:w="80" w:type="dxa"/>
              <w:left w:w="100" w:type="dxa"/>
              <w:bottom w:w="80" w:type="dxa"/>
              <w:right w:w="100" w:type="dxa"/>
            </w:tcMar>
            <w:vAlign w:val="center"/>
          </w:tcPr>
          <w:p w14:paraId="35ACDE83" w14:textId="77777777" w:rsidR="00214C21" w:rsidRDefault="00B41876">
            <w:pPr>
              <w:pStyle w:val="Tabeltekst"/>
              <w:spacing w:line="254" w:lineRule="auto"/>
            </w:pPr>
            <w:r>
              <w:rPr>
                <w:b/>
                <w:color w:val="FFFFFF"/>
              </w:rPr>
              <w:t>Onderwerp</w:t>
            </w:r>
          </w:p>
        </w:tc>
        <w:tc>
          <w:tcPr>
            <w:tcW w:w="3969" w:type="dxa"/>
            <w:shd w:val="clear" w:color="auto" w:fill="1A263D"/>
            <w:tcMar>
              <w:top w:w="80" w:type="dxa"/>
              <w:left w:w="100" w:type="dxa"/>
              <w:bottom w:w="80" w:type="dxa"/>
              <w:right w:w="100" w:type="dxa"/>
            </w:tcMar>
            <w:vAlign w:val="center"/>
          </w:tcPr>
          <w:p w14:paraId="43E11956" w14:textId="77777777" w:rsidR="00214C21" w:rsidRDefault="00B41876">
            <w:pPr>
              <w:pStyle w:val="Tabeltekst"/>
              <w:spacing w:line="254" w:lineRule="auto"/>
            </w:pPr>
            <w:r>
              <w:rPr>
                <w:b/>
                <w:color w:val="FFFFFF"/>
              </w:rPr>
              <w:t>Wat u moet uitwerken</w:t>
            </w:r>
          </w:p>
        </w:tc>
        <w:tc>
          <w:tcPr>
            <w:tcW w:w="3175" w:type="dxa"/>
            <w:shd w:val="clear" w:color="auto" w:fill="1A263D"/>
            <w:tcMar>
              <w:top w:w="80" w:type="dxa"/>
              <w:left w:w="100" w:type="dxa"/>
              <w:bottom w:w="80" w:type="dxa"/>
              <w:right w:w="100" w:type="dxa"/>
            </w:tcMar>
            <w:vAlign w:val="center"/>
          </w:tcPr>
          <w:p w14:paraId="2D95D89A" w14:textId="77777777" w:rsidR="00214C21" w:rsidRDefault="00B41876">
            <w:pPr>
              <w:pStyle w:val="Tabeltekst"/>
              <w:spacing w:line="254" w:lineRule="auto"/>
            </w:pPr>
            <w:r>
              <w:rPr>
                <w:b/>
                <w:color w:val="FFFFFF"/>
              </w:rPr>
              <w:t>Status en vervolgstap</w:t>
            </w:r>
          </w:p>
        </w:tc>
      </w:tr>
      <w:tr w:rsidR="00214C21" w14:paraId="515D9B4E" w14:textId="77777777">
        <w:trPr>
          <w:cantSplit/>
          <w:jc w:val="center"/>
        </w:trPr>
        <w:tc>
          <w:tcPr>
            <w:tcW w:w="2268" w:type="dxa"/>
            <w:shd w:val="clear" w:color="auto" w:fill="FFFFFF"/>
            <w:tcMar>
              <w:top w:w="80" w:type="dxa"/>
              <w:left w:w="100" w:type="dxa"/>
              <w:bottom w:w="80" w:type="dxa"/>
              <w:right w:w="100" w:type="dxa"/>
            </w:tcMar>
            <w:vAlign w:val="center"/>
          </w:tcPr>
          <w:p w14:paraId="5D28FCD9" w14:textId="77777777" w:rsidR="00214C21" w:rsidRDefault="00B41876">
            <w:pPr>
              <w:pStyle w:val="Tabeltekst"/>
              <w:spacing w:line="254" w:lineRule="auto"/>
            </w:pPr>
            <w:r>
              <w:t>Rechtsvorm en eigendom</w:t>
            </w:r>
          </w:p>
        </w:tc>
        <w:tc>
          <w:tcPr>
            <w:tcW w:w="3969" w:type="dxa"/>
            <w:shd w:val="clear" w:color="auto" w:fill="FFFFFF"/>
            <w:tcMar>
              <w:top w:w="80" w:type="dxa"/>
              <w:left w:w="100" w:type="dxa"/>
              <w:bottom w:w="80" w:type="dxa"/>
              <w:right w:w="100" w:type="dxa"/>
            </w:tcMar>
            <w:vAlign w:val="center"/>
          </w:tcPr>
          <w:p w14:paraId="0878FFA8" w14:textId="77777777" w:rsidR="00214C21" w:rsidRDefault="00B41876">
            <w:pPr>
              <w:pStyle w:val="Tabeltekst"/>
              <w:spacing w:line="254" w:lineRule="auto"/>
            </w:pPr>
            <w:r>
              <w:t>Aansprakelijkheid, bevoegdheden, partnerafspraken.</w:t>
            </w:r>
          </w:p>
        </w:tc>
        <w:tc>
          <w:tcPr>
            <w:tcW w:w="3175" w:type="dxa"/>
            <w:shd w:val="clear" w:color="auto" w:fill="FFFFFF"/>
            <w:tcMar>
              <w:top w:w="80" w:type="dxa"/>
              <w:left w:w="100" w:type="dxa"/>
              <w:bottom w:w="80" w:type="dxa"/>
              <w:right w:w="100" w:type="dxa"/>
            </w:tcMar>
            <w:vAlign w:val="center"/>
          </w:tcPr>
          <w:p w14:paraId="24F475F2" w14:textId="77777777" w:rsidR="00214C21" w:rsidRDefault="001B51A9">
            <w:pPr>
              <w:pStyle w:val="Tabeltekst"/>
              <w:spacing w:line="254" w:lineRule="auto"/>
            </w:pPr>
            <w:sdt>
              <w:sdtPr>
                <w:alias w:val="Geregeld of actie, eigenaar en datum"/>
                <w:tag w:val="antwoord_184"/>
                <w:id w:val="1183"/>
                <w:text/>
              </w:sdtPr>
              <w:sdtEndPr/>
              <w:sdtContent>
                <w:r w:rsidR="00B41876">
                  <w:t>[Geregeld of actie, eigenaar en datum]</w:t>
                </w:r>
              </w:sdtContent>
            </w:sdt>
          </w:p>
        </w:tc>
      </w:tr>
      <w:tr w:rsidR="00214C21" w14:paraId="585BDE4A" w14:textId="77777777">
        <w:trPr>
          <w:cantSplit/>
          <w:jc w:val="center"/>
        </w:trPr>
        <w:tc>
          <w:tcPr>
            <w:tcW w:w="2268" w:type="dxa"/>
            <w:shd w:val="clear" w:color="auto" w:fill="F1F6FA"/>
            <w:tcMar>
              <w:top w:w="80" w:type="dxa"/>
              <w:left w:w="100" w:type="dxa"/>
              <w:bottom w:w="80" w:type="dxa"/>
              <w:right w:w="100" w:type="dxa"/>
            </w:tcMar>
            <w:vAlign w:val="center"/>
          </w:tcPr>
          <w:p w14:paraId="0F1BE9BD" w14:textId="77777777" w:rsidR="00214C21" w:rsidRDefault="00B41876">
            <w:pPr>
              <w:pStyle w:val="Tabeltekst"/>
              <w:spacing w:line="254" w:lineRule="auto"/>
            </w:pPr>
            <w:r>
              <w:t>Registraties en vergunningen</w:t>
            </w:r>
          </w:p>
        </w:tc>
        <w:tc>
          <w:tcPr>
            <w:tcW w:w="3969" w:type="dxa"/>
            <w:shd w:val="clear" w:color="auto" w:fill="F1F6FA"/>
            <w:tcMar>
              <w:top w:w="80" w:type="dxa"/>
              <w:left w:w="100" w:type="dxa"/>
              <w:bottom w:w="80" w:type="dxa"/>
              <w:right w:w="100" w:type="dxa"/>
            </w:tcMar>
            <w:vAlign w:val="center"/>
          </w:tcPr>
          <w:p w14:paraId="3CE2A870" w14:textId="77777777" w:rsidR="00214C21" w:rsidRDefault="00B41876">
            <w:pPr>
              <w:pStyle w:val="Tabeltekst"/>
              <w:spacing w:line="254" w:lineRule="auto"/>
            </w:pPr>
            <w:r>
              <w:t>Handelsregister, branche of locatie, benodigde toestemming.</w:t>
            </w:r>
          </w:p>
        </w:tc>
        <w:tc>
          <w:tcPr>
            <w:tcW w:w="3175" w:type="dxa"/>
            <w:shd w:val="clear" w:color="auto" w:fill="F1F6FA"/>
            <w:tcMar>
              <w:top w:w="80" w:type="dxa"/>
              <w:left w:w="100" w:type="dxa"/>
              <w:bottom w:w="80" w:type="dxa"/>
              <w:right w:w="100" w:type="dxa"/>
            </w:tcMar>
            <w:vAlign w:val="center"/>
          </w:tcPr>
          <w:p w14:paraId="5E64B40A" w14:textId="77777777" w:rsidR="00214C21" w:rsidRDefault="001B51A9">
            <w:pPr>
              <w:pStyle w:val="Tabeltekst"/>
              <w:spacing w:line="254" w:lineRule="auto"/>
            </w:pPr>
            <w:sdt>
              <w:sdtPr>
                <w:alias w:val="Geregeld of actie, eigenaar en datum"/>
                <w:tag w:val="antwoord_185"/>
                <w:id w:val="1184"/>
                <w:text/>
              </w:sdtPr>
              <w:sdtEndPr/>
              <w:sdtContent>
                <w:r w:rsidR="00B41876">
                  <w:t>[Geregeld of actie, eigenaar en datum]</w:t>
                </w:r>
              </w:sdtContent>
            </w:sdt>
          </w:p>
        </w:tc>
      </w:tr>
      <w:tr w:rsidR="00214C21" w14:paraId="4746291A" w14:textId="77777777">
        <w:trPr>
          <w:cantSplit/>
          <w:jc w:val="center"/>
        </w:trPr>
        <w:tc>
          <w:tcPr>
            <w:tcW w:w="2268" w:type="dxa"/>
            <w:shd w:val="clear" w:color="auto" w:fill="FFFFFF"/>
            <w:tcMar>
              <w:top w:w="80" w:type="dxa"/>
              <w:left w:w="100" w:type="dxa"/>
              <w:bottom w:w="80" w:type="dxa"/>
              <w:right w:w="100" w:type="dxa"/>
            </w:tcMar>
            <w:vAlign w:val="center"/>
          </w:tcPr>
          <w:p w14:paraId="576BA3FC" w14:textId="77777777" w:rsidR="00214C21" w:rsidRDefault="00B41876">
            <w:pPr>
              <w:pStyle w:val="Tabeltekst"/>
              <w:spacing w:line="254" w:lineRule="auto"/>
            </w:pPr>
            <w:r>
              <w:t>Klantcontracten en voorwaarden</w:t>
            </w:r>
          </w:p>
        </w:tc>
        <w:tc>
          <w:tcPr>
            <w:tcW w:w="3969" w:type="dxa"/>
            <w:shd w:val="clear" w:color="auto" w:fill="FFFFFF"/>
            <w:tcMar>
              <w:top w:w="80" w:type="dxa"/>
              <w:left w:w="100" w:type="dxa"/>
              <w:bottom w:w="80" w:type="dxa"/>
              <w:right w:w="100" w:type="dxa"/>
            </w:tcMar>
            <w:vAlign w:val="center"/>
          </w:tcPr>
          <w:p w14:paraId="577ED1FD" w14:textId="77777777" w:rsidR="00214C21" w:rsidRDefault="00B41876">
            <w:pPr>
              <w:pStyle w:val="Tabeltekst"/>
              <w:spacing w:line="254" w:lineRule="auto"/>
            </w:pPr>
            <w:r>
              <w:t>Levering, betaling, garantie, klachten en opzegging.</w:t>
            </w:r>
          </w:p>
        </w:tc>
        <w:tc>
          <w:tcPr>
            <w:tcW w:w="3175" w:type="dxa"/>
            <w:shd w:val="clear" w:color="auto" w:fill="FFFFFF"/>
            <w:tcMar>
              <w:top w:w="80" w:type="dxa"/>
              <w:left w:w="100" w:type="dxa"/>
              <w:bottom w:w="80" w:type="dxa"/>
              <w:right w:w="100" w:type="dxa"/>
            </w:tcMar>
            <w:vAlign w:val="center"/>
          </w:tcPr>
          <w:p w14:paraId="374AAFC7" w14:textId="77777777" w:rsidR="00214C21" w:rsidRDefault="001B51A9">
            <w:pPr>
              <w:pStyle w:val="Tabeltekst"/>
              <w:spacing w:line="254" w:lineRule="auto"/>
            </w:pPr>
            <w:sdt>
              <w:sdtPr>
                <w:alias w:val="Geregeld of actie, eigenaar en datum"/>
                <w:tag w:val="antwoord_186"/>
                <w:id w:val="1185"/>
                <w:text/>
              </w:sdtPr>
              <w:sdtEndPr/>
              <w:sdtContent>
                <w:r w:rsidR="00B41876">
                  <w:t>[Geregeld of actie, eigenaar en datum]</w:t>
                </w:r>
              </w:sdtContent>
            </w:sdt>
          </w:p>
        </w:tc>
      </w:tr>
      <w:tr w:rsidR="00214C21" w14:paraId="1C9D30F9" w14:textId="77777777">
        <w:trPr>
          <w:cantSplit/>
          <w:jc w:val="center"/>
        </w:trPr>
        <w:tc>
          <w:tcPr>
            <w:tcW w:w="2268" w:type="dxa"/>
            <w:shd w:val="clear" w:color="auto" w:fill="F1F6FA"/>
            <w:tcMar>
              <w:top w:w="80" w:type="dxa"/>
              <w:left w:w="100" w:type="dxa"/>
              <w:bottom w:w="80" w:type="dxa"/>
              <w:right w:w="100" w:type="dxa"/>
            </w:tcMar>
            <w:vAlign w:val="center"/>
          </w:tcPr>
          <w:p w14:paraId="69A3B30B" w14:textId="77777777" w:rsidR="00214C21" w:rsidRDefault="00B41876">
            <w:pPr>
              <w:pStyle w:val="Tabeltekst"/>
              <w:spacing w:line="254" w:lineRule="auto"/>
            </w:pPr>
            <w:r>
              <w:t>Privacy en gegevens</w:t>
            </w:r>
          </w:p>
        </w:tc>
        <w:tc>
          <w:tcPr>
            <w:tcW w:w="3969" w:type="dxa"/>
            <w:shd w:val="clear" w:color="auto" w:fill="F1F6FA"/>
            <w:tcMar>
              <w:top w:w="80" w:type="dxa"/>
              <w:left w:w="100" w:type="dxa"/>
              <w:bottom w:w="80" w:type="dxa"/>
              <w:right w:w="100" w:type="dxa"/>
            </w:tcMar>
            <w:vAlign w:val="center"/>
          </w:tcPr>
          <w:p w14:paraId="48189CB7" w14:textId="77777777" w:rsidR="00214C21" w:rsidRDefault="00B41876">
            <w:pPr>
              <w:pStyle w:val="Tabeltekst"/>
              <w:spacing w:line="254" w:lineRule="auto"/>
            </w:pPr>
            <w:r>
              <w:t>Welke gegevens, doel, bewaartermijn, toegang en externe partijen.</w:t>
            </w:r>
          </w:p>
        </w:tc>
        <w:tc>
          <w:tcPr>
            <w:tcW w:w="3175" w:type="dxa"/>
            <w:shd w:val="clear" w:color="auto" w:fill="F1F6FA"/>
            <w:tcMar>
              <w:top w:w="80" w:type="dxa"/>
              <w:left w:w="100" w:type="dxa"/>
              <w:bottom w:w="80" w:type="dxa"/>
              <w:right w:w="100" w:type="dxa"/>
            </w:tcMar>
            <w:vAlign w:val="center"/>
          </w:tcPr>
          <w:p w14:paraId="7340EBA6" w14:textId="77777777" w:rsidR="00214C21" w:rsidRDefault="001B51A9">
            <w:pPr>
              <w:pStyle w:val="Tabeltekst"/>
              <w:spacing w:line="254" w:lineRule="auto"/>
            </w:pPr>
            <w:sdt>
              <w:sdtPr>
                <w:alias w:val="Geregeld of actie, eigenaar en datum"/>
                <w:tag w:val="antwoord_187"/>
                <w:id w:val="1186"/>
                <w:text/>
              </w:sdtPr>
              <w:sdtEndPr/>
              <w:sdtContent>
                <w:r w:rsidR="00B41876">
                  <w:t>[Geregeld of actie, eigenaar en datum]</w:t>
                </w:r>
              </w:sdtContent>
            </w:sdt>
          </w:p>
        </w:tc>
      </w:tr>
      <w:tr w:rsidR="00214C21" w14:paraId="1FEB9073" w14:textId="77777777">
        <w:trPr>
          <w:cantSplit/>
          <w:jc w:val="center"/>
        </w:trPr>
        <w:tc>
          <w:tcPr>
            <w:tcW w:w="2268" w:type="dxa"/>
            <w:shd w:val="clear" w:color="auto" w:fill="FFFFFF"/>
            <w:tcMar>
              <w:top w:w="80" w:type="dxa"/>
              <w:left w:w="100" w:type="dxa"/>
              <w:bottom w:w="80" w:type="dxa"/>
              <w:right w:w="100" w:type="dxa"/>
            </w:tcMar>
            <w:vAlign w:val="center"/>
          </w:tcPr>
          <w:p w14:paraId="556C8910" w14:textId="77777777" w:rsidR="00214C21" w:rsidRDefault="00B41876">
            <w:pPr>
              <w:pStyle w:val="Tabeltekst"/>
              <w:spacing w:line="254" w:lineRule="auto"/>
            </w:pPr>
            <w:r>
              <w:t>Personeel en inhuur</w:t>
            </w:r>
          </w:p>
        </w:tc>
        <w:tc>
          <w:tcPr>
            <w:tcW w:w="3969" w:type="dxa"/>
            <w:shd w:val="clear" w:color="auto" w:fill="FFFFFF"/>
            <w:tcMar>
              <w:top w:w="80" w:type="dxa"/>
              <w:left w:w="100" w:type="dxa"/>
              <w:bottom w:w="80" w:type="dxa"/>
              <w:right w:w="100" w:type="dxa"/>
            </w:tcMar>
            <w:vAlign w:val="center"/>
          </w:tcPr>
          <w:p w14:paraId="3FD30507" w14:textId="77777777" w:rsidR="00214C21" w:rsidRDefault="00B41876">
            <w:pPr>
              <w:pStyle w:val="Tabeltekst"/>
              <w:spacing w:line="254" w:lineRule="auto"/>
            </w:pPr>
            <w:r>
              <w:t>Contracten, werkveiligheid, werkgeversplichten en rolverdeling.</w:t>
            </w:r>
          </w:p>
        </w:tc>
        <w:tc>
          <w:tcPr>
            <w:tcW w:w="3175" w:type="dxa"/>
            <w:shd w:val="clear" w:color="auto" w:fill="FFFFFF"/>
            <w:tcMar>
              <w:top w:w="80" w:type="dxa"/>
              <w:left w:w="100" w:type="dxa"/>
              <w:bottom w:w="80" w:type="dxa"/>
              <w:right w:w="100" w:type="dxa"/>
            </w:tcMar>
            <w:vAlign w:val="center"/>
          </w:tcPr>
          <w:p w14:paraId="1D74ABB2" w14:textId="77777777" w:rsidR="00214C21" w:rsidRDefault="001B51A9">
            <w:pPr>
              <w:pStyle w:val="Tabeltekst"/>
              <w:spacing w:line="254" w:lineRule="auto"/>
            </w:pPr>
            <w:sdt>
              <w:sdtPr>
                <w:alias w:val="Geregeld of actie, eigenaar en datum"/>
                <w:tag w:val="antwoord_188"/>
                <w:id w:val="1187"/>
                <w:text/>
              </w:sdtPr>
              <w:sdtEndPr/>
              <w:sdtContent>
                <w:r w:rsidR="00B41876">
                  <w:t>[Geregeld of actie, eigenaar en datum]</w:t>
                </w:r>
              </w:sdtContent>
            </w:sdt>
          </w:p>
        </w:tc>
      </w:tr>
      <w:tr w:rsidR="00214C21" w14:paraId="4160ED54" w14:textId="77777777">
        <w:trPr>
          <w:cantSplit/>
          <w:jc w:val="center"/>
        </w:trPr>
        <w:tc>
          <w:tcPr>
            <w:tcW w:w="2268" w:type="dxa"/>
            <w:shd w:val="clear" w:color="auto" w:fill="F1F6FA"/>
            <w:tcMar>
              <w:top w:w="80" w:type="dxa"/>
              <w:left w:w="100" w:type="dxa"/>
              <w:bottom w:w="80" w:type="dxa"/>
              <w:right w:w="100" w:type="dxa"/>
            </w:tcMar>
            <w:vAlign w:val="center"/>
          </w:tcPr>
          <w:p w14:paraId="2B115BE1" w14:textId="77777777" w:rsidR="00214C21" w:rsidRDefault="00B41876">
            <w:pPr>
              <w:pStyle w:val="Tabeltekst"/>
              <w:spacing w:line="254" w:lineRule="auto"/>
            </w:pPr>
            <w:r>
              <w:t>Eigendom en licenties</w:t>
            </w:r>
          </w:p>
        </w:tc>
        <w:tc>
          <w:tcPr>
            <w:tcW w:w="3969" w:type="dxa"/>
            <w:shd w:val="clear" w:color="auto" w:fill="F1F6FA"/>
            <w:tcMar>
              <w:top w:w="80" w:type="dxa"/>
              <w:left w:w="100" w:type="dxa"/>
              <w:bottom w:w="80" w:type="dxa"/>
              <w:right w:w="100" w:type="dxa"/>
            </w:tcMar>
            <w:vAlign w:val="center"/>
          </w:tcPr>
          <w:p w14:paraId="53FE80E2" w14:textId="77777777" w:rsidR="00214C21" w:rsidRDefault="00B41876">
            <w:pPr>
              <w:pStyle w:val="Tabeltekst"/>
              <w:spacing w:line="254" w:lineRule="auto"/>
            </w:pPr>
            <w:r>
              <w:t>Merk, auteursrecht, software, ontwerpen en gebruiksrechten.</w:t>
            </w:r>
          </w:p>
        </w:tc>
        <w:tc>
          <w:tcPr>
            <w:tcW w:w="3175" w:type="dxa"/>
            <w:shd w:val="clear" w:color="auto" w:fill="F1F6FA"/>
            <w:tcMar>
              <w:top w:w="80" w:type="dxa"/>
              <w:left w:w="100" w:type="dxa"/>
              <w:bottom w:w="80" w:type="dxa"/>
              <w:right w:w="100" w:type="dxa"/>
            </w:tcMar>
            <w:vAlign w:val="center"/>
          </w:tcPr>
          <w:p w14:paraId="65A33624" w14:textId="77777777" w:rsidR="00214C21" w:rsidRDefault="001B51A9">
            <w:pPr>
              <w:pStyle w:val="Tabeltekst"/>
              <w:spacing w:line="254" w:lineRule="auto"/>
            </w:pPr>
            <w:sdt>
              <w:sdtPr>
                <w:alias w:val="Geregeld of actie, eigenaar en datum"/>
                <w:tag w:val="antwoord_189"/>
                <w:id w:val="1188"/>
                <w:text/>
              </w:sdtPr>
              <w:sdtEndPr/>
              <w:sdtContent>
                <w:r w:rsidR="00B41876">
                  <w:t>[Geregeld of actie, eigenaar en datum]</w:t>
                </w:r>
              </w:sdtContent>
            </w:sdt>
          </w:p>
        </w:tc>
      </w:tr>
      <w:tr w:rsidR="00214C21" w14:paraId="3FC37570" w14:textId="77777777">
        <w:trPr>
          <w:cantSplit/>
          <w:jc w:val="center"/>
        </w:trPr>
        <w:tc>
          <w:tcPr>
            <w:tcW w:w="2268" w:type="dxa"/>
            <w:shd w:val="clear" w:color="auto" w:fill="FFFFFF"/>
            <w:tcMar>
              <w:top w:w="80" w:type="dxa"/>
              <w:left w:w="100" w:type="dxa"/>
              <w:bottom w:w="80" w:type="dxa"/>
              <w:right w:w="100" w:type="dxa"/>
            </w:tcMar>
            <w:vAlign w:val="center"/>
          </w:tcPr>
          <w:p w14:paraId="3E7D78B9" w14:textId="77777777" w:rsidR="00214C21" w:rsidRDefault="00B41876">
            <w:pPr>
              <w:pStyle w:val="Tabeltekst"/>
              <w:spacing w:line="254" w:lineRule="auto"/>
            </w:pPr>
            <w:r>
              <w:t>Belastingen en administratie</w:t>
            </w:r>
          </w:p>
        </w:tc>
        <w:tc>
          <w:tcPr>
            <w:tcW w:w="3969" w:type="dxa"/>
            <w:shd w:val="clear" w:color="auto" w:fill="FFFFFF"/>
            <w:tcMar>
              <w:top w:w="80" w:type="dxa"/>
              <w:left w:w="100" w:type="dxa"/>
              <w:bottom w:w="80" w:type="dxa"/>
              <w:right w:w="100" w:type="dxa"/>
            </w:tcMar>
            <w:vAlign w:val="center"/>
          </w:tcPr>
          <w:p w14:paraId="6E8D1670" w14:textId="77777777" w:rsidR="00214C21" w:rsidRDefault="00B41876">
            <w:pPr>
              <w:pStyle w:val="Tabeltekst"/>
              <w:spacing w:line="254" w:lineRule="auto"/>
            </w:pPr>
            <w:r>
              <w:t>Toepasselijke heffingen, aangiften, reserveringen en beheer.</w:t>
            </w:r>
          </w:p>
        </w:tc>
        <w:tc>
          <w:tcPr>
            <w:tcW w:w="3175" w:type="dxa"/>
            <w:shd w:val="clear" w:color="auto" w:fill="FFFFFF"/>
            <w:tcMar>
              <w:top w:w="80" w:type="dxa"/>
              <w:left w:w="100" w:type="dxa"/>
              <w:bottom w:w="80" w:type="dxa"/>
              <w:right w:w="100" w:type="dxa"/>
            </w:tcMar>
            <w:vAlign w:val="center"/>
          </w:tcPr>
          <w:p w14:paraId="35A2C099" w14:textId="77777777" w:rsidR="00214C21" w:rsidRDefault="001B51A9">
            <w:pPr>
              <w:pStyle w:val="Tabeltekst"/>
              <w:spacing w:line="254" w:lineRule="auto"/>
            </w:pPr>
            <w:sdt>
              <w:sdtPr>
                <w:alias w:val="Geregeld of actie, eigenaar en datum"/>
                <w:tag w:val="antwoord_190"/>
                <w:id w:val="1189"/>
                <w:text/>
              </w:sdtPr>
              <w:sdtEndPr/>
              <w:sdtContent>
                <w:r w:rsidR="00B41876">
                  <w:t>[Geregeld of actie, eigenaar en datum]</w:t>
                </w:r>
              </w:sdtContent>
            </w:sdt>
          </w:p>
        </w:tc>
      </w:tr>
    </w:tbl>
    <w:p w14:paraId="487D2AF2" w14:textId="77777777" w:rsidR="00214C21" w:rsidRDefault="00214C21">
      <w:pPr>
        <w:spacing w:after="0"/>
      </w:pPr>
    </w:p>
    <w:p w14:paraId="04E556EA" w14:textId="77777777" w:rsidR="00214C21" w:rsidRDefault="00B41876">
      <w:pPr>
        <w:pStyle w:val="Heading2"/>
      </w:pPr>
      <w:r>
        <w:t>Verzekeringen en eigen risico</w:t>
      </w:r>
    </w:p>
    <w:p w14:paraId="6D44100B" w14:textId="77777777" w:rsidR="00214C21" w:rsidRDefault="00B41876">
      <w:pPr>
        <w:pStyle w:val="Invulhulp"/>
      </w:pPr>
      <w:r>
        <w:t>Koppel verzekeringen aan uw daadwerkelijke risico’s. Benoem dekking, uitsluitingen, premie en het risico dat u zelf draagt.</w:t>
      </w:r>
    </w:p>
    <w:p w14:paraId="6728694F" w14:textId="77777777" w:rsidR="00214C21" w:rsidRDefault="001B51A9">
      <w:pPr>
        <w:pStyle w:val="Invulveld"/>
      </w:pPr>
      <w:sdt>
        <w:sdtPr>
          <w:alias w:val="Wij verzekeren … vanwege … De premie bedraagt € … Het eigen risico is … Niet afgedekt blijft …"/>
          <w:tag w:val="antwoord_191"/>
          <w:id w:val="1190"/>
        </w:sdtPr>
        <w:sdtEndPr/>
        <w:sdtContent>
          <w:r w:rsidR="00B41876">
            <w:rPr>
              <w:color w:val="000000"/>
            </w:rPr>
            <w:t>[Wij verzekeren … vanwege … De premie bedraagt € … Het eigen risico is … Niet afgedekt blijft …]</w:t>
          </w:r>
        </w:sdtContent>
      </w:sdt>
    </w:p>
    <w:p w14:paraId="145CEA85" w14:textId="77777777" w:rsidR="00214C21" w:rsidRDefault="00B41876">
      <w:pPr>
        <w:pStyle w:val="Heading2"/>
      </w:pPr>
      <w:r>
        <w:t>Openstaande voorwaarden</w:t>
      </w:r>
    </w:p>
    <w:p w14:paraId="4B9DBC98" w14:textId="77777777" w:rsidR="00214C21" w:rsidRDefault="00B41876">
      <w:pPr>
        <w:pStyle w:val="Invulhulp"/>
      </w:pPr>
      <w:r>
        <w:t>Neem uitsluitend verplichtingen en conclusies op die voor uw onderneming zijn gecontroleerd. Benoem relevante adviseurs en bewijsstukken.</w:t>
      </w:r>
    </w:p>
    <w:p w14:paraId="7D58E99C" w14:textId="77777777" w:rsidR="00214C21" w:rsidRDefault="001B51A9">
      <w:pPr>
        <w:pStyle w:val="Invulveld"/>
      </w:pPr>
      <w:sdt>
        <w:sdtPr>
          <w:alias w:val="Voor uitvoering moet nog … worden bevestigd door … vóór … Het bewijs staat in bijlage …"/>
          <w:tag w:val="antwoord_192"/>
          <w:id w:val="1191"/>
        </w:sdtPr>
        <w:sdtEndPr/>
        <w:sdtContent>
          <w:r w:rsidR="00B41876">
            <w:rPr>
              <w:color w:val="000000"/>
            </w:rPr>
            <w:t>[Voor uitvoering moet nog … worden bevestigd door … vóór … Het bewijs staat in bijlage …]</w:t>
          </w:r>
        </w:sdtContent>
      </w:sdt>
    </w:p>
    <w:p w14:paraId="5706F012" w14:textId="77777777" w:rsidR="00214C21" w:rsidRDefault="00B41876">
      <w:r>
        <w:br w:type="page"/>
      </w:r>
    </w:p>
    <w:p w14:paraId="4034B9AE" w14:textId="77777777" w:rsidR="00214C21" w:rsidRDefault="00B41876">
      <w:pPr>
        <w:pStyle w:val="Sectielabel"/>
      </w:pPr>
      <w:r>
        <w:lastRenderedPageBreak/>
        <w:t>15  /  CONTINUÏTEIT</w:t>
      </w:r>
    </w:p>
    <w:p w14:paraId="41C42B91" w14:textId="77777777" w:rsidR="00214C21" w:rsidRDefault="00B41876">
      <w:pPr>
        <w:pStyle w:val="Heading1"/>
      </w:pPr>
      <w:bookmarkStart w:id="14" w:name="_Toc242630378"/>
      <w:r>
        <w:t>Risico en continuïteit</w:t>
      </w:r>
      <w:bookmarkEnd w:id="14"/>
    </w:p>
    <w:p w14:paraId="1DC82DF9" w14:textId="77777777" w:rsidR="00214C21" w:rsidRDefault="00B41876">
      <w:r>
        <w:t>Maak de grootste risico’s concreet. Benoem een vroeg signaal, een preventieve maatregel en wat u doet wanneer het risico werkelijkheid wordt.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24"/>
        <w:gridCol w:w="2268"/>
        <w:gridCol w:w="2551"/>
        <w:gridCol w:w="2268"/>
      </w:tblGrid>
      <w:tr w:rsidR="00214C21" w14:paraId="0FB13F22" w14:textId="77777777">
        <w:trPr>
          <w:cantSplit/>
          <w:tblHeader/>
          <w:jc w:val="center"/>
        </w:trPr>
        <w:tc>
          <w:tcPr>
            <w:tcW w:w="2324" w:type="dxa"/>
            <w:shd w:val="clear" w:color="auto" w:fill="1A263D"/>
            <w:tcMar>
              <w:top w:w="80" w:type="dxa"/>
              <w:left w:w="100" w:type="dxa"/>
              <w:bottom w:w="80" w:type="dxa"/>
              <w:right w:w="100" w:type="dxa"/>
            </w:tcMar>
            <w:vAlign w:val="center"/>
          </w:tcPr>
          <w:p w14:paraId="23986A32" w14:textId="77777777" w:rsidR="00214C21" w:rsidRDefault="00B41876">
            <w:pPr>
              <w:pStyle w:val="Tabeltekst"/>
              <w:spacing w:line="254" w:lineRule="auto"/>
            </w:pPr>
            <w:r>
              <w:rPr>
                <w:b/>
                <w:color w:val="FFFFFF"/>
              </w:rPr>
              <w:t>Risico</w:t>
            </w:r>
          </w:p>
        </w:tc>
        <w:tc>
          <w:tcPr>
            <w:tcW w:w="2268" w:type="dxa"/>
            <w:shd w:val="clear" w:color="auto" w:fill="1A263D"/>
            <w:tcMar>
              <w:top w:w="80" w:type="dxa"/>
              <w:left w:w="100" w:type="dxa"/>
              <w:bottom w:w="80" w:type="dxa"/>
              <w:right w:w="100" w:type="dxa"/>
            </w:tcMar>
            <w:vAlign w:val="center"/>
          </w:tcPr>
          <w:p w14:paraId="292ED79B" w14:textId="77777777" w:rsidR="00214C21" w:rsidRDefault="00B41876">
            <w:pPr>
              <w:pStyle w:val="Tabeltekst"/>
              <w:spacing w:line="254" w:lineRule="auto"/>
            </w:pPr>
            <w:r>
              <w:rPr>
                <w:b/>
                <w:color w:val="FFFFFF"/>
              </w:rPr>
              <w:t>Kans en gevolg</w:t>
            </w:r>
          </w:p>
        </w:tc>
        <w:tc>
          <w:tcPr>
            <w:tcW w:w="2551" w:type="dxa"/>
            <w:shd w:val="clear" w:color="auto" w:fill="1A263D"/>
            <w:tcMar>
              <w:top w:w="80" w:type="dxa"/>
              <w:left w:w="100" w:type="dxa"/>
              <w:bottom w:w="80" w:type="dxa"/>
              <w:right w:w="100" w:type="dxa"/>
            </w:tcMar>
            <w:vAlign w:val="center"/>
          </w:tcPr>
          <w:p w14:paraId="05122E2D" w14:textId="77777777" w:rsidR="00214C21" w:rsidRDefault="00B41876">
            <w:pPr>
              <w:pStyle w:val="Tabeltekst"/>
              <w:spacing w:line="254" w:lineRule="auto"/>
            </w:pPr>
            <w:r>
              <w:rPr>
                <w:b/>
                <w:color w:val="FFFFFF"/>
              </w:rPr>
              <w:t>Maatregel</w:t>
            </w:r>
          </w:p>
        </w:tc>
        <w:tc>
          <w:tcPr>
            <w:tcW w:w="2268" w:type="dxa"/>
            <w:shd w:val="clear" w:color="auto" w:fill="1A263D"/>
            <w:tcMar>
              <w:top w:w="80" w:type="dxa"/>
              <w:left w:w="100" w:type="dxa"/>
              <w:bottom w:w="80" w:type="dxa"/>
              <w:right w:w="100" w:type="dxa"/>
            </w:tcMar>
            <w:vAlign w:val="center"/>
          </w:tcPr>
          <w:p w14:paraId="25823829" w14:textId="77777777" w:rsidR="00214C21" w:rsidRDefault="00B41876">
            <w:pPr>
              <w:pStyle w:val="Tabeltekst"/>
              <w:spacing w:line="254" w:lineRule="auto"/>
            </w:pPr>
            <w:r>
              <w:rPr>
                <w:b/>
                <w:color w:val="FFFFFF"/>
              </w:rPr>
              <w:t>Signaal en eigenaar</w:t>
            </w:r>
          </w:p>
        </w:tc>
      </w:tr>
      <w:tr w:rsidR="00214C21" w14:paraId="3A2EFD86" w14:textId="77777777">
        <w:trPr>
          <w:cantSplit/>
          <w:jc w:val="center"/>
        </w:trPr>
        <w:tc>
          <w:tcPr>
            <w:tcW w:w="2324" w:type="dxa"/>
            <w:shd w:val="clear" w:color="auto" w:fill="FFFFFF"/>
            <w:tcMar>
              <w:top w:w="80" w:type="dxa"/>
              <w:left w:w="100" w:type="dxa"/>
              <w:bottom w:w="80" w:type="dxa"/>
              <w:right w:w="100" w:type="dxa"/>
            </w:tcMar>
            <w:vAlign w:val="center"/>
          </w:tcPr>
          <w:p w14:paraId="1DCFC4B5" w14:textId="77777777" w:rsidR="00214C21" w:rsidRDefault="001B51A9">
            <w:pPr>
              <w:pStyle w:val="Tabeltekst"/>
              <w:spacing w:line="254" w:lineRule="auto"/>
            </w:pPr>
            <w:sdt>
              <w:sdtPr>
                <w:alias w:val="Minder vraag of klantverlies"/>
                <w:tag w:val="antwoord_193"/>
                <w:id w:val="1192"/>
                <w:text/>
              </w:sdtPr>
              <w:sdtEndPr/>
              <w:sdtContent>
                <w:r w:rsidR="00B41876">
                  <w:t>[Minder vraag of klantverlies]</w:t>
                </w:r>
              </w:sdtContent>
            </w:sdt>
          </w:p>
        </w:tc>
        <w:tc>
          <w:tcPr>
            <w:tcW w:w="2268" w:type="dxa"/>
            <w:shd w:val="clear" w:color="auto" w:fill="FFFFFF"/>
            <w:tcMar>
              <w:top w:w="80" w:type="dxa"/>
              <w:left w:w="100" w:type="dxa"/>
              <w:bottom w:w="80" w:type="dxa"/>
              <w:right w:w="100" w:type="dxa"/>
            </w:tcMar>
            <w:vAlign w:val="center"/>
          </w:tcPr>
          <w:p w14:paraId="46BA26ED" w14:textId="77777777" w:rsidR="00214C21" w:rsidRDefault="001B51A9">
            <w:pPr>
              <w:pStyle w:val="Tabeltekst"/>
              <w:spacing w:line="254" w:lineRule="auto"/>
            </w:pPr>
            <w:sdt>
              <w:sdtPr>
                <w:alias w:val="Laag, middel of hoog; € of effect"/>
                <w:tag w:val="antwoord_194"/>
                <w:id w:val="1193"/>
                <w:text/>
              </w:sdtPr>
              <w:sdtEndPr/>
              <w:sdtContent>
                <w:r w:rsidR="00B41876">
                  <w:t>[Laag, middel of hoog; € of effect]</w:t>
                </w:r>
              </w:sdtContent>
            </w:sdt>
          </w:p>
        </w:tc>
        <w:tc>
          <w:tcPr>
            <w:tcW w:w="2551" w:type="dxa"/>
            <w:shd w:val="clear" w:color="auto" w:fill="FFFFFF"/>
            <w:tcMar>
              <w:top w:w="80" w:type="dxa"/>
              <w:left w:w="100" w:type="dxa"/>
              <w:bottom w:w="80" w:type="dxa"/>
              <w:right w:w="100" w:type="dxa"/>
            </w:tcMar>
            <w:vAlign w:val="center"/>
          </w:tcPr>
          <w:p w14:paraId="6E741D66" w14:textId="77777777" w:rsidR="00214C21" w:rsidRDefault="001B51A9">
            <w:pPr>
              <w:pStyle w:val="Tabeltekst"/>
              <w:spacing w:line="254" w:lineRule="auto"/>
            </w:pPr>
            <w:sdt>
              <w:sdtPr>
                <w:alias w:val="Preventie en noodactie"/>
                <w:tag w:val="antwoord_195"/>
                <w:id w:val="1194"/>
                <w:text/>
              </w:sdtPr>
              <w:sdtEndPr/>
              <w:sdtContent>
                <w:r w:rsidR="00B41876">
                  <w:t>[Preventie en noodactie]</w:t>
                </w:r>
              </w:sdtContent>
            </w:sdt>
          </w:p>
        </w:tc>
        <w:tc>
          <w:tcPr>
            <w:tcW w:w="2268" w:type="dxa"/>
            <w:shd w:val="clear" w:color="auto" w:fill="FFFFFF"/>
            <w:tcMar>
              <w:top w:w="80" w:type="dxa"/>
              <w:left w:w="100" w:type="dxa"/>
              <w:bottom w:w="80" w:type="dxa"/>
              <w:right w:w="100" w:type="dxa"/>
            </w:tcMar>
            <w:vAlign w:val="center"/>
          </w:tcPr>
          <w:p w14:paraId="7798C0F2" w14:textId="77777777" w:rsidR="00214C21" w:rsidRDefault="001B51A9">
            <w:pPr>
              <w:pStyle w:val="Tabeltekst"/>
              <w:spacing w:line="254" w:lineRule="auto"/>
            </w:pPr>
            <w:sdt>
              <w:sdtPr>
                <w:alias w:val="Meetbare grens en naam"/>
                <w:tag w:val="antwoord_196"/>
                <w:id w:val="1195"/>
                <w:text/>
              </w:sdtPr>
              <w:sdtEndPr/>
              <w:sdtContent>
                <w:r w:rsidR="00B41876">
                  <w:t>[Meetbare grens en naam]</w:t>
                </w:r>
              </w:sdtContent>
            </w:sdt>
          </w:p>
        </w:tc>
      </w:tr>
      <w:tr w:rsidR="00214C21" w14:paraId="4FC98440" w14:textId="77777777">
        <w:trPr>
          <w:cantSplit/>
          <w:jc w:val="center"/>
        </w:trPr>
        <w:tc>
          <w:tcPr>
            <w:tcW w:w="2324" w:type="dxa"/>
            <w:shd w:val="clear" w:color="auto" w:fill="F1F6FA"/>
            <w:tcMar>
              <w:top w:w="80" w:type="dxa"/>
              <w:left w:w="100" w:type="dxa"/>
              <w:bottom w:w="80" w:type="dxa"/>
              <w:right w:w="100" w:type="dxa"/>
            </w:tcMar>
            <w:vAlign w:val="center"/>
          </w:tcPr>
          <w:p w14:paraId="37C0D007" w14:textId="77777777" w:rsidR="00214C21" w:rsidRDefault="001B51A9">
            <w:pPr>
              <w:pStyle w:val="Tabeltekst"/>
              <w:spacing w:line="254" w:lineRule="auto"/>
            </w:pPr>
            <w:sdt>
              <w:sdtPr>
                <w:alias w:val="Uitval of leverprobleem"/>
                <w:tag w:val="antwoord_197"/>
                <w:id w:val="1196"/>
                <w:text/>
              </w:sdtPr>
              <w:sdtEndPr/>
              <w:sdtContent>
                <w:r w:rsidR="00B41876">
                  <w:t>[Uitval of leverprobleem]</w:t>
                </w:r>
              </w:sdtContent>
            </w:sdt>
          </w:p>
        </w:tc>
        <w:tc>
          <w:tcPr>
            <w:tcW w:w="2268" w:type="dxa"/>
            <w:shd w:val="clear" w:color="auto" w:fill="F1F6FA"/>
            <w:tcMar>
              <w:top w:w="80" w:type="dxa"/>
              <w:left w:w="100" w:type="dxa"/>
              <w:bottom w:w="80" w:type="dxa"/>
              <w:right w:w="100" w:type="dxa"/>
            </w:tcMar>
            <w:vAlign w:val="center"/>
          </w:tcPr>
          <w:p w14:paraId="7AF967EB" w14:textId="77777777" w:rsidR="00214C21" w:rsidRDefault="001B51A9">
            <w:pPr>
              <w:pStyle w:val="Tabeltekst"/>
              <w:spacing w:line="254" w:lineRule="auto"/>
            </w:pPr>
            <w:sdt>
              <w:sdtPr>
                <w:alias w:val="Laag, middel of hoog; effect"/>
                <w:tag w:val="antwoord_198"/>
                <w:id w:val="1197"/>
                <w:text/>
              </w:sdtPr>
              <w:sdtEndPr/>
              <w:sdtContent>
                <w:r w:rsidR="00B41876">
                  <w:t>[Laag, middel of hoog; effect]</w:t>
                </w:r>
              </w:sdtContent>
            </w:sdt>
          </w:p>
        </w:tc>
        <w:tc>
          <w:tcPr>
            <w:tcW w:w="2551" w:type="dxa"/>
            <w:shd w:val="clear" w:color="auto" w:fill="F1F6FA"/>
            <w:tcMar>
              <w:top w:w="80" w:type="dxa"/>
              <w:left w:w="100" w:type="dxa"/>
              <w:bottom w:w="80" w:type="dxa"/>
              <w:right w:w="100" w:type="dxa"/>
            </w:tcMar>
            <w:vAlign w:val="center"/>
          </w:tcPr>
          <w:p w14:paraId="4D14983C" w14:textId="77777777" w:rsidR="00214C21" w:rsidRDefault="001B51A9">
            <w:pPr>
              <w:pStyle w:val="Tabeltekst"/>
              <w:spacing w:line="254" w:lineRule="auto"/>
            </w:pPr>
            <w:sdt>
              <w:sdtPr>
                <w:alias w:val="Preventie en noodactie"/>
                <w:tag w:val="antwoord_199"/>
                <w:id w:val="1198"/>
                <w:text/>
              </w:sdtPr>
              <w:sdtEndPr/>
              <w:sdtContent>
                <w:r w:rsidR="00B41876">
                  <w:t>[Preventie en noodactie]</w:t>
                </w:r>
              </w:sdtContent>
            </w:sdt>
          </w:p>
        </w:tc>
        <w:tc>
          <w:tcPr>
            <w:tcW w:w="2268" w:type="dxa"/>
            <w:shd w:val="clear" w:color="auto" w:fill="F1F6FA"/>
            <w:tcMar>
              <w:top w:w="80" w:type="dxa"/>
              <w:left w:w="100" w:type="dxa"/>
              <w:bottom w:w="80" w:type="dxa"/>
              <w:right w:w="100" w:type="dxa"/>
            </w:tcMar>
            <w:vAlign w:val="center"/>
          </w:tcPr>
          <w:p w14:paraId="2A2104FF" w14:textId="77777777" w:rsidR="00214C21" w:rsidRDefault="001B51A9">
            <w:pPr>
              <w:pStyle w:val="Tabeltekst"/>
              <w:spacing w:line="254" w:lineRule="auto"/>
            </w:pPr>
            <w:sdt>
              <w:sdtPr>
                <w:alias w:val="Meetbare grens en naam"/>
                <w:tag w:val="antwoord_200"/>
                <w:id w:val="1199"/>
                <w:text/>
              </w:sdtPr>
              <w:sdtEndPr/>
              <w:sdtContent>
                <w:r w:rsidR="00B41876">
                  <w:t>[Meetbare grens en naam]</w:t>
                </w:r>
              </w:sdtContent>
            </w:sdt>
          </w:p>
        </w:tc>
      </w:tr>
      <w:tr w:rsidR="00214C21" w14:paraId="65A7A561" w14:textId="77777777">
        <w:trPr>
          <w:cantSplit/>
          <w:jc w:val="center"/>
        </w:trPr>
        <w:tc>
          <w:tcPr>
            <w:tcW w:w="2324" w:type="dxa"/>
            <w:shd w:val="clear" w:color="auto" w:fill="FFFFFF"/>
            <w:tcMar>
              <w:top w:w="80" w:type="dxa"/>
              <w:left w:w="100" w:type="dxa"/>
              <w:bottom w:w="80" w:type="dxa"/>
              <w:right w:w="100" w:type="dxa"/>
            </w:tcMar>
            <w:vAlign w:val="center"/>
          </w:tcPr>
          <w:p w14:paraId="00E36E62" w14:textId="77777777" w:rsidR="00214C21" w:rsidRDefault="001B51A9">
            <w:pPr>
              <w:pStyle w:val="Tabeltekst"/>
              <w:spacing w:line="254" w:lineRule="auto"/>
            </w:pPr>
            <w:sdt>
              <w:sdtPr>
                <w:alias w:val="Kostenstijging of prijsdruk"/>
                <w:tag w:val="antwoord_201"/>
                <w:id w:val="1200"/>
                <w:text/>
              </w:sdtPr>
              <w:sdtEndPr/>
              <w:sdtContent>
                <w:r w:rsidR="00B41876">
                  <w:t>[Kostenstijging of prijsdruk]</w:t>
                </w:r>
              </w:sdtContent>
            </w:sdt>
          </w:p>
        </w:tc>
        <w:tc>
          <w:tcPr>
            <w:tcW w:w="2268" w:type="dxa"/>
            <w:shd w:val="clear" w:color="auto" w:fill="FFFFFF"/>
            <w:tcMar>
              <w:top w:w="80" w:type="dxa"/>
              <w:left w:w="100" w:type="dxa"/>
              <w:bottom w:w="80" w:type="dxa"/>
              <w:right w:w="100" w:type="dxa"/>
            </w:tcMar>
            <w:vAlign w:val="center"/>
          </w:tcPr>
          <w:p w14:paraId="300E64FE" w14:textId="77777777" w:rsidR="00214C21" w:rsidRDefault="001B51A9">
            <w:pPr>
              <w:pStyle w:val="Tabeltekst"/>
              <w:spacing w:line="254" w:lineRule="auto"/>
            </w:pPr>
            <w:sdt>
              <w:sdtPr>
                <w:alias w:val="Laag, middel of hoog; € of effect"/>
                <w:tag w:val="antwoord_202"/>
                <w:id w:val="1201"/>
                <w:text/>
              </w:sdtPr>
              <w:sdtEndPr/>
              <w:sdtContent>
                <w:r w:rsidR="00B41876">
                  <w:t>[Laag, middel of hoog; € of effect]</w:t>
                </w:r>
              </w:sdtContent>
            </w:sdt>
          </w:p>
        </w:tc>
        <w:tc>
          <w:tcPr>
            <w:tcW w:w="2551" w:type="dxa"/>
            <w:shd w:val="clear" w:color="auto" w:fill="FFFFFF"/>
            <w:tcMar>
              <w:top w:w="80" w:type="dxa"/>
              <w:left w:w="100" w:type="dxa"/>
              <w:bottom w:w="80" w:type="dxa"/>
              <w:right w:w="100" w:type="dxa"/>
            </w:tcMar>
            <w:vAlign w:val="center"/>
          </w:tcPr>
          <w:p w14:paraId="33453160" w14:textId="77777777" w:rsidR="00214C21" w:rsidRDefault="001B51A9">
            <w:pPr>
              <w:pStyle w:val="Tabeltekst"/>
              <w:spacing w:line="254" w:lineRule="auto"/>
            </w:pPr>
            <w:sdt>
              <w:sdtPr>
                <w:alias w:val="Preventie en noodactie"/>
                <w:tag w:val="antwoord_203"/>
                <w:id w:val="1202"/>
                <w:text/>
              </w:sdtPr>
              <w:sdtEndPr/>
              <w:sdtContent>
                <w:r w:rsidR="00B41876">
                  <w:t>[Preventie en noodactie]</w:t>
                </w:r>
              </w:sdtContent>
            </w:sdt>
          </w:p>
        </w:tc>
        <w:tc>
          <w:tcPr>
            <w:tcW w:w="2268" w:type="dxa"/>
            <w:shd w:val="clear" w:color="auto" w:fill="FFFFFF"/>
            <w:tcMar>
              <w:top w:w="80" w:type="dxa"/>
              <w:left w:w="100" w:type="dxa"/>
              <w:bottom w:w="80" w:type="dxa"/>
              <w:right w:w="100" w:type="dxa"/>
            </w:tcMar>
            <w:vAlign w:val="center"/>
          </w:tcPr>
          <w:p w14:paraId="008411B3" w14:textId="77777777" w:rsidR="00214C21" w:rsidRDefault="001B51A9">
            <w:pPr>
              <w:pStyle w:val="Tabeltekst"/>
              <w:spacing w:line="254" w:lineRule="auto"/>
            </w:pPr>
            <w:sdt>
              <w:sdtPr>
                <w:alias w:val="Meetbare grens en naam"/>
                <w:tag w:val="antwoord_204"/>
                <w:id w:val="1203"/>
                <w:text/>
              </w:sdtPr>
              <w:sdtEndPr/>
              <w:sdtContent>
                <w:r w:rsidR="00B41876">
                  <w:t>[Meetbare grens en naam]</w:t>
                </w:r>
              </w:sdtContent>
            </w:sdt>
          </w:p>
        </w:tc>
      </w:tr>
      <w:tr w:rsidR="00214C21" w14:paraId="2BA08679" w14:textId="77777777">
        <w:trPr>
          <w:cantSplit/>
          <w:jc w:val="center"/>
        </w:trPr>
        <w:tc>
          <w:tcPr>
            <w:tcW w:w="2324" w:type="dxa"/>
            <w:shd w:val="clear" w:color="auto" w:fill="F1F6FA"/>
            <w:tcMar>
              <w:top w:w="80" w:type="dxa"/>
              <w:left w:w="100" w:type="dxa"/>
              <w:bottom w:w="80" w:type="dxa"/>
              <w:right w:w="100" w:type="dxa"/>
            </w:tcMar>
            <w:vAlign w:val="center"/>
          </w:tcPr>
          <w:p w14:paraId="6B8055E9" w14:textId="77777777" w:rsidR="00214C21" w:rsidRDefault="001B51A9">
            <w:pPr>
              <w:pStyle w:val="Tabeltekst"/>
              <w:spacing w:line="254" w:lineRule="auto"/>
            </w:pPr>
            <w:sdt>
              <w:sdtPr>
                <w:alias w:val="Late betaling of tekort"/>
                <w:tag w:val="antwoord_205"/>
                <w:id w:val="1204"/>
                <w:text/>
              </w:sdtPr>
              <w:sdtEndPr/>
              <w:sdtContent>
                <w:r w:rsidR="00B41876">
                  <w:t>[Late betaling of tekort]</w:t>
                </w:r>
              </w:sdtContent>
            </w:sdt>
          </w:p>
        </w:tc>
        <w:tc>
          <w:tcPr>
            <w:tcW w:w="2268" w:type="dxa"/>
            <w:shd w:val="clear" w:color="auto" w:fill="F1F6FA"/>
            <w:tcMar>
              <w:top w:w="80" w:type="dxa"/>
              <w:left w:w="100" w:type="dxa"/>
              <w:bottom w:w="80" w:type="dxa"/>
              <w:right w:w="100" w:type="dxa"/>
            </w:tcMar>
            <w:vAlign w:val="center"/>
          </w:tcPr>
          <w:p w14:paraId="356CCD45" w14:textId="77777777" w:rsidR="00214C21" w:rsidRDefault="001B51A9">
            <w:pPr>
              <w:pStyle w:val="Tabeltekst"/>
              <w:spacing w:line="254" w:lineRule="auto"/>
            </w:pPr>
            <w:sdt>
              <w:sdtPr>
                <w:alias w:val="Laag, middel of hoog; € of effect"/>
                <w:tag w:val="antwoord_206"/>
                <w:id w:val="1205"/>
                <w:text/>
              </w:sdtPr>
              <w:sdtEndPr/>
              <w:sdtContent>
                <w:r w:rsidR="00B41876">
                  <w:t>[Laag, middel of hoog; € of effect]</w:t>
                </w:r>
              </w:sdtContent>
            </w:sdt>
          </w:p>
        </w:tc>
        <w:tc>
          <w:tcPr>
            <w:tcW w:w="2551" w:type="dxa"/>
            <w:shd w:val="clear" w:color="auto" w:fill="F1F6FA"/>
            <w:tcMar>
              <w:top w:w="80" w:type="dxa"/>
              <w:left w:w="100" w:type="dxa"/>
              <w:bottom w:w="80" w:type="dxa"/>
              <w:right w:w="100" w:type="dxa"/>
            </w:tcMar>
            <w:vAlign w:val="center"/>
          </w:tcPr>
          <w:p w14:paraId="2A0BB333" w14:textId="77777777" w:rsidR="00214C21" w:rsidRDefault="001B51A9">
            <w:pPr>
              <w:pStyle w:val="Tabeltekst"/>
              <w:spacing w:line="254" w:lineRule="auto"/>
            </w:pPr>
            <w:sdt>
              <w:sdtPr>
                <w:alias w:val="Preventie en noodactie"/>
                <w:tag w:val="antwoord_207"/>
                <w:id w:val="1206"/>
                <w:text/>
              </w:sdtPr>
              <w:sdtEndPr/>
              <w:sdtContent>
                <w:r w:rsidR="00B41876">
                  <w:t>[Preventie en noodactie]</w:t>
                </w:r>
              </w:sdtContent>
            </w:sdt>
          </w:p>
        </w:tc>
        <w:tc>
          <w:tcPr>
            <w:tcW w:w="2268" w:type="dxa"/>
            <w:shd w:val="clear" w:color="auto" w:fill="F1F6FA"/>
            <w:tcMar>
              <w:top w:w="80" w:type="dxa"/>
              <w:left w:w="100" w:type="dxa"/>
              <w:bottom w:w="80" w:type="dxa"/>
              <w:right w:w="100" w:type="dxa"/>
            </w:tcMar>
            <w:vAlign w:val="center"/>
          </w:tcPr>
          <w:p w14:paraId="1DE66AEB" w14:textId="77777777" w:rsidR="00214C21" w:rsidRDefault="001B51A9">
            <w:pPr>
              <w:pStyle w:val="Tabeltekst"/>
              <w:spacing w:line="254" w:lineRule="auto"/>
            </w:pPr>
            <w:sdt>
              <w:sdtPr>
                <w:alias w:val="Meetbare grens en naam"/>
                <w:tag w:val="antwoord_208"/>
                <w:id w:val="1207"/>
                <w:text/>
              </w:sdtPr>
              <w:sdtEndPr/>
              <w:sdtContent>
                <w:r w:rsidR="00B41876">
                  <w:t>[Meetbare grens en naam]</w:t>
                </w:r>
              </w:sdtContent>
            </w:sdt>
          </w:p>
        </w:tc>
      </w:tr>
      <w:tr w:rsidR="00214C21" w14:paraId="5DEB77E7" w14:textId="77777777">
        <w:trPr>
          <w:cantSplit/>
          <w:jc w:val="center"/>
        </w:trPr>
        <w:tc>
          <w:tcPr>
            <w:tcW w:w="2324" w:type="dxa"/>
            <w:shd w:val="clear" w:color="auto" w:fill="FFFFFF"/>
            <w:tcMar>
              <w:top w:w="80" w:type="dxa"/>
              <w:left w:w="100" w:type="dxa"/>
              <w:bottom w:w="80" w:type="dxa"/>
              <w:right w:w="100" w:type="dxa"/>
            </w:tcMar>
            <w:vAlign w:val="center"/>
          </w:tcPr>
          <w:p w14:paraId="4853A646" w14:textId="77777777" w:rsidR="00214C21" w:rsidRDefault="001B51A9">
            <w:pPr>
              <w:pStyle w:val="Tabeltekst"/>
              <w:spacing w:line="254" w:lineRule="auto"/>
            </w:pPr>
            <w:sdt>
              <w:sdtPr>
                <w:alias w:val="Digitaal of juridisch incident"/>
                <w:tag w:val="antwoord_209"/>
                <w:id w:val="1208"/>
                <w:text/>
              </w:sdtPr>
              <w:sdtEndPr/>
              <w:sdtContent>
                <w:r w:rsidR="00B41876">
                  <w:t>[Digitaal of juridisch incident]</w:t>
                </w:r>
              </w:sdtContent>
            </w:sdt>
          </w:p>
        </w:tc>
        <w:tc>
          <w:tcPr>
            <w:tcW w:w="2268" w:type="dxa"/>
            <w:shd w:val="clear" w:color="auto" w:fill="FFFFFF"/>
            <w:tcMar>
              <w:top w:w="80" w:type="dxa"/>
              <w:left w:w="100" w:type="dxa"/>
              <w:bottom w:w="80" w:type="dxa"/>
              <w:right w:w="100" w:type="dxa"/>
            </w:tcMar>
            <w:vAlign w:val="center"/>
          </w:tcPr>
          <w:p w14:paraId="4C1EAEDC" w14:textId="77777777" w:rsidR="00214C21" w:rsidRDefault="001B51A9">
            <w:pPr>
              <w:pStyle w:val="Tabeltekst"/>
              <w:spacing w:line="254" w:lineRule="auto"/>
            </w:pPr>
            <w:sdt>
              <w:sdtPr>
                <w:alias w:val="Laag, middel of hoog; effect"/>
                <w:tag w:val="antwoord_210"/>
                <w:id w:val="1209"/>
                <w:text/>
              </w:sdtPr>
              <w:sdtEndPr/>
              <w:sdtContent>
                <w:r w:rsidR="00B41876">
                  <w:t>[Laag, middel of hoog; effect]</w:t>
                </w:r>
              </w:sdtContent>
            </w:sdt>
          </w:p>
        </w:tc>
        <w:tc>
          <w:tcPr>
            <w:tcW w:w="2551" w:type="dxa"/>
            <w:shd w:val="clear" w:color="auto" w:fill="FFFFFF"/>
            <w:tcMar>
              <w:top w:w="80" w:type="dxa"/>
              <w:left w:w="100" w:type="dxa"/>
              <w:bottom w:w="80" w:type="dxa"/>
              <w:right w:w="100" w:type="dxa"/>
            </w:tcMar>
            <w:vAlign w:val="center"/>
          </w:tcPr>
          <w:p w14:paraId="5027092F" w14:textId="77777777" w:rsidR="00214C21" w:rsidRDefault="001B51A9">
            <w:pPr>
              <w:pStyle w:val="Tabeltekst"/>
              <w:spacing w:line="254" w:lineRule="auto"/>
            </w:pPr>
            <w:sdt>
              <w:sdtPr>
                <w:alias w:val="Preventie en noodactie"/>
                <w:tag w:val="antwoord_211"/>
                <w:id w:val="1210"/>
                <w:text/>
              </w:sdtPr>
              <w:sdtEndPr/>
              <w:sdtContent>
                <w:r w:rsidR="00B41876">
                  <w:t>[Preventie en noodactie]</w:t>
                </w:r>
              </w:sdtContent>
            </w:sdt>
          </w:p>
        </w:tc>
        <w:tc>
          <w:tcPr>
            <w:tcW w:w="2268" w:type="dxa"/>
            <w:shd w:val="clear" w:color="auto" w:fill="FFFFFF"/>
            <w:tcMar>
              <w:top w:w="80" w:type="dxa"/>
              <w:left w:w="100" w:type="dxa"/>
              <w:bottom w:w="80" w:type="dxa"/>
              <w:right w:w="100" w:type="dxa"/>
            </w:tcMar>
            <w:vAlign w:val="center"/>
          </w:tcPr>
          <w:p w14:paraId="0498330F" w14:textId="77777777" w:rsidR="00214C21" w:rsidRDefault="001B51A9">
            <w:pPr>
              <w:pStyle w:val="Tabeltekst"/>
              <w:spacing w:line="254" w:lineRule="auto"/>
            </w:pPr>
            <w:sdt>
              <w:sdtPr>
                <w:alias w:val="Meetbare grens en naam"/>
                <w:tag w:val="antwoord_212"/>
                <w:id w:val="1211"/>
                <w:text/>
              </w:sdtPr>
              <w:sdtEndPr/>
              <w:sdtContent>
                <w:r w:rsidR="00B41876">
                  <w:t>[Meetbare grens en naam]</w:t>
                </w:r>
              </w:sdtContent>
            </w:sdt>
          </w:p>
        </w:tc>
      </w:tr>
    </w:tbl>
    <w:p w14:paraId="2D63AE43" w14:textId="77777777" w:rsidR="00214C21" w:rsidRDefault="00214C21">
      <w:pPr>
        <w:spacing w:after="0"/>
      </w:pPr>
    </w:p>
    <w:p w14:paraId="642115E8" w14:textId="77777777" w:rsidR="00214C21" w:rsidRDefault="00B41876">
      <w:pPr>
        <w:pStyle w:val="Heading2"/>
      </w:pPr>
      <w:r>
        <w:t>Continuïteit bij uitval</w:t>
      </w:r>
    </w:p>
    <w:p w14:paraId="64524FC1" w14:textId="77777777" w:rsidR="00214C21" w:rsidRDefault="00B41876">
      <w:pPr>
        <w:pStyle w:val="Invulhulp"/>
      </w:pPr>
      <w:r>
        <w:t>Welke activiteiten moeten doorgaan? Wie kan overnemen en waar zijn gegevens, toegang, werkafspraken en contactinformatie beschikbaar?</w:t>
      </w:r>
    </w:p>
    <w:p w14:paraId="44CA7D39" w14:textId="77777777" w:rsidR="00214C21" w:rsidRDefault="001B51A9">
      <w:pPr>
        <w:pStyle w:val="Invulveld"/>
      </w:pPr>
      <w:sdt>
        <w:sdtPr>
          <w:alias w:val="Onze kritische activiteit is … Deze moet binnen … hervatten. Vervanging regelen wij via … Benodigde informatie staat …"/>
          <w:tag w:val="antwoord_213"/>
          <w:id w:val="1212"/>
        </w:sdtPr>
        <w:sdtEndPr/>
        <w:sdtContent>
          <w:r w:rsidR="00B41876">
            <w:rPr>
              <w:color w:val="000000"/>
            </w:rPr>
            <w:t>[Onze kritische activiteit is … Deze moet binnen … hervatten. Vervanging regelen wij via … Benodigde informatie staat …]</w:t>
          </w:r>
        </w:sdtContent>
      </w:sdt>
    </w:p>
    <w:p w14:paraId="2732D2F1" w14:textId="77777777" w:rsidR="00214C21" w:rsidRDefault="00B41876">
      <w:pPr>
        <w:pStyle w:val="Heading2"/>
      </w:pPr>
      <w:r>
        <w:t>Financiële buffer en noodmaatregelen</w:t>
      </w:r>
    </w:p>
    <w:p w14:paraId="63D33C38" w14:textId="77777777" w:rsidR="00214C21" w:rsidRDefault="00B41876">
      <w:pPr>
        <w:pStyle w:val="Invulhulp"/>
      </w:pPr>
      <w:r>
        <w:t>Verwijs naar de liquiditeitsbegroting en het tegenvallende scenario. Welke kosten kunt u verminderen, welke verplichtingen niet?</w:t>
      </w:r>
    </w:p>
    <w:p w14:paraId="39BA13ED" w14:textId="77777777" w:rsidR="00214C21" w:rsidRDefault="001B51A9">
      <w:pPr>
        <w:pStyle w:val="Invulveld"/>
      </w:pPr>
      <w:sdt>
        <w:sdtPr>
          <w:alias w:val="Onze minimale buffer is € … Bij een kasstand onder € … nemen wij … maatregelen. Beschikbare aanvullende middelen zijn … "/>
          <w:tag w:val="antwoord_214"/>
          <w:id w:val="1213"/>
        </w:sdtPr>
        <w:sdtEndPr/>
        <w:sdtContent>
          <w:r w:rsidR="00B41876">
            <w:rPr>
              <w:color w:val="000000"/>
            </w:rPr>
            <w:t>[Onze minimale buffer is € … Bij een kasstand onder € … nemen wij … maatregelen. Beschikbare aanvullende middelen zijn … met als status …]</w:t>
          </w:r>
        </w:sdtContent>
      </w:sdt>
    </w:p>
    <w:p w14:paraId="329B2DEF" w14:textId="77777777" w:rsidR="00214C21" w:rsidRDefault="00B41876">
      <w:pPr>
        <w:pStyle w:val="Heading2"/>
      </w:pPr>
      <w:r>
        <w:t>Restant risico en besluit</w:t>
      </w:r>
    </w:p>
    <w:p w14:paraId="063E0491" w14:textId="77777777" w:rsidR="00214C21" w:rsidRDefault="00B41876">
      <w:pPr>
        <w:pStyle w:val="Invulhulp"/>
      </w:pPr>
      <w:r>
        <w:t>Welk risico accepteert u en welk risico moet eerst worden opgelost?</w:t>
      </w:r>
    </w:p>
    <w:p w14:paraId="1441E0E1" w14:textId="77777777" w:rsidR="00214C21" w:rsidRDefault="001B51A9">
      <w:pPr>
        <w:pStyle w:val="Invulveld"/>
      </w:pPr>
      <w:sdt>
        <w:sdtPr>
          <w:alias w:val="Wij accepteren … omdat … Uitvoering gaat pas door wanneer … is opgelost of bevestigd."/>
          <w:tag w:val="antwoord_215"/>
          <w:id w:val="1214"/>
        </w:sdtPr>
        <w:sdtEndPr/>
        <w:sdtContent>
          <w:r w:rsidR="00B41876">
            <w:rPr>
              <w:color w:val="000000"/>
            </w:rPr>
            <w:t>[Wij accepteren … omdat … Uitvoering gaat pas door wanneer … is opgelost of bevestigd.]</w:t>
          </w:r>
        </w:sdtContent>
      </w:sdt>
    </w:p>
    <w:p w14:paraId="3E5CE60A" w14:textId="77777777" w:rsidR="00214C21" w:rsidRDefault="00B41876">
      <w:r>
        <w:br w:type="page"/>
      </w:r>
    </w:p>
    <w:p w14:paraId="0CF1E05B" w14:textId="77777777" w:rsidR="00504B37" w:rsidRDefault="0035458F">
      <w:pPr>
        <w:pStyle w:val="Sectielabel"/>
      </w:pPr>
      <w:r>
        <w:lastRenderedPageBreak/>
        <w:t>FINANCIËN / START MET DE WIZARD</w:t>
      </w:r>
    </w:p>
    <w:p w14:paraId="3638CAEA" w14:textId="77777777" w:rsidR="00504B37" w:rsidRDefault="0035458F">
      <w:pPr>
        <w:pStyle w:val="Paginatitel"/>
      </w:pPr>
      <w:r>
        <w:t>Uw financiële plan,</w:t>
      </w:r>
      <w:r>
        <w:br/>
        <w:t>stap voor stap</w:t>
      </w:r>
    </w:p>
    <w:p w14:paraId="3BCD5444" w14:textId="77777777" w:rsidR="00504B37" w:rsidRDefault="0035458F">
      <w:r>
        <w:t>In dit document zit een complete Excel-werkmap. De wizard begeleidt u bij het invullen en berekent resultaat, liquiditeit en balans voor 36 maanden. Begin hiermee voordat u de financiële tabellen in de volgende hoofdstukken invult.</w:t>
      </w:r>
    </w:p>
    <w:p w14:paraId="4F2685B3" w14:textId="77777777" w:rsidR="00504B37" w:rsidRDefault="0035458F">
      <w:pPr>
        <w:pStyle w:val="Heading2"/>
      </w:pPr>
      <w:r>
        <w:t>Open de financiële wizard</w:t>
      </w:r>
    </w:p>
    <w:p w14:paraId="13E40B6E" w14:textId="5D506BD4" w:rsidR="00504B37" w:rsidRDefault="008A47A4" w:rsidP="008A47A4">
      <w:pPr>
        <w:spacing w:before="160" w:after="160"/>
        <w:jc w:val="center"/>
      </w:pPr>
      <w:r>
        <w:object w:dxaOrig="1543" w:dyaOrig="998" w14:anchorId="71457D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Dubbelklik voor de FirmFocus financiële wizard met negen stappen en twintig verkoopregels." style="width:77.25pt;height:50.25pt" o:ole="">
            <v:imagedata r:id="rId12" o:title=""/>
          </v:shape>
          <o:OLEObject Type="Embed" ProgID="Excel.Sheet.12" ShapeID="_x0000_i1027" DrawAspect="Icon" ObjectID="_1853243105" r:id="rId13"/>
        </w:object>
      </w:r>
    </w:p>
    <w:p w14:paraId="2E9747EA" w14:textId="77777777" w:rsidR="00504B37" w:rsidRDefault="0035458F">
      <w:pPr>
        <w:pStyle w:val="Invulhulp"/>
      </w:pPr>
      <w:r>
        <w:t>Dubbelklik op het Excel-pictogram. Gebruik hiervoor Word voor Windows met Excel geïnstalleerd. In de werkmap start u bij het tabblad Start.</w:t>
      </w:r>
    </w:p>
    <w:tbl>
      <w:tblPr>
        <w:tblW w:w="0" w:type="auto"/>
        <w:jc w:val="center"/>
        <w:tblLayout w:type="fixed"/>
        <w:tblLook w:val="04A0" w:firstRow="1" w:lastRow="0" w:firstColumn="1" w:lastColumn="0" w:noHBand="0" w:noVBand="1"/>
      </w:tblPr>
      <w:tblGrid>
        <w:gridCol w:w="709"/>
        <w:gridCol w:w="8702"/>
      </w:tblGrid>
      <w:tr w:rsidR="00504B37" w14:paraId="431328CE" w14:textId="77777777">
        <w:trPr>
          <w:cantSplit/>
          <w:tblHeader/>
          <w:jc w:val="center"/>
        </w:trPr>
        <w:tc>
          <w:tcPr>
            <w:tcW w:w="709" w:type="dxa"/>
            <w:shd w:val="clear" w:color="auto" w:fill="1A263D"/>
            <w:tcMar>
              <w:top w:w="70" w:type="dxa"/>
              <w:left w:w="70" w:type="dxa"/>
              <w:bottom w:w="70" w:type="dxa"/>
              <w:right w:w="70" w:type="dxa"/>
            </w:tcMar>
            <w:vAlign w:val="center"/>
          </w:tcPr>
          <w:p w14:paraId="7CAEA463" w14:textId="77777777" w:rsidR="00504B37" w:rsidRDefault="0035458F">
            <w:pPr>
              <w:pStyle w:val="Tabeltekst"/>
              <w:spacing w:after="0" w:line="250" w:lineRule="auto"/>
            </w:pPr>
            <w:r>
              <w:rPr>
                <w:b/>
                <w:color w:val="FFFFFF"/>
              </w:rPr>
              <w:t>Stap</w:t>
            </w:r>
          </w:p>
        </w:tc>
        <w:tc>
          <w:tcPr>
            <w:tcW w:w="8702" w:type="dxa"/>
            <w:shd w:val="clear" w:color="auto" w:fill="1A263D"/>
            <w:tcMar>
              <w:top w:w="70" w:type="dxa"/>
              <w:left w:w="70" w:type="dxa"/>
              <w:bottom w:w="70" w:type="dxa"/>
              <w:right w:w="70" w:type="dxa"/>
            </w:tcMar>
            <w:vAlign w:val="center"/>
          </w:tcPr>
          <w:p w14:paraId="52E555A3" w14:textId="77777777" w:rsidR="00504B37" w:rsidRDefault="0035458F">
            <w:pPr>
              <w:pStyle w:val="Tabeltekst"/>
              <w:spacing w:after="0" w:line="250" w:lineRule="auto"/>
            </w:pPr>
            <w:r>
              <w:rPr>
                <w:b/>
                <w:color w:val="FFFFFF"/>
              </w:rPr>
              <w:t>Uw invulroute</w:t>
            </w:r>
          </w:p>
        </w:tc>
      </w:tr>
      <w:tr w:rsidR="00504B37" w14:paraId="695D15E6" w14:textId="77777777">
        <w:trPr>
          <w:cantSplit/>
          <w:jc w:val="center"/>
        </w:trPr>
        <w:tc>
          <w:tcPr>
            <w:tcW w:w="709" w:type="dxa"/>
            <w:shd w:val="clear" w:color="auto" w:fill="FFFFFF"/>
            <w:tcMar>
              <w:top w:w="70" w:type="dxa"/>
              <w:left w:w="70" w:type="dxa"/>
              <w:bottom w:w="70" w:type="dxa"/>
              <w:right w:w="70" w:type="dxa"/>
            </w:tcMar>
            <w:vAlign w:val="center"/>
          </w:tcPr>
          <w:p w14:paraId="51113177" w14:textId="2FD0B50A" w:rsidR="00504B37" w:rsidRDefault="008A47A4">
            <w:pPr>
              <w:pStyle w:val="Tabeltekst"/>
              <w:spacing w:after="0" w:line="250" w:lineRule="auto"/>
            </w:pPr>
            <w:r>
              <w:rPr>
                <w:color w:val="1A263D"/>
              </w:rPr>
              <w:t>1</w:t>
            </w:r>
          </w:p>
        </w:tc>
        <w:tc>
          <w:tcPr>
            <w:tcW w:w="8702" w:type="dxa"/>
            <w:shd w:val="clear" w:color="auto" w:fill="FFFFFF"/>
            <w:tcMar>
              <w:top w:w="70" w:type="dxa"/>
              <w:left w:w="70" w:type="dxa"/>
              <w:bottom w:w="70" w:type="dxa"/>
              <w:right w:w="70" w:type="dxa"/>
            </w:tcMar>
            <w:vAlign w:val="center"/>
          </w:tcPr>
          <w:p w14:paraId="1BA378C6" w14:textId="37C616C6" w:rsidR="00504B37" w:rsidRDefault="008A47A4">
            <w:pPr>
              <w:pStyle w:val="Tabeltekst"/>
              <w:spacing w:after="0" w:line="250" w:lineRule="auto"/>
            </w:pPr>
            <w:r>
              <w:rPr>
                <w:color w:val="1A263D"/>
              </w:rPr>
              <w:t>Bedrijf: naam, startmaand, rechtsvorm en betaaltermijnen.</w:t>
            </w:r>
          </w:p>
        </w:tc>
      </w:tr>
      <w:tr w:rsidR="00504B37" w14:paraId="0F52D329" w14:textId="77777777">
        <w:trPr>
          <w:cantSplit/>
          <w:jc w:val="center"/>
        </w:trPr>
        <w:tc>
          <w:tcPr>
            <w:tcW w:w="709" w:type="dxa"/>
            <w:shd w:val="clear" w:color="auto" w:fill="F1F6FA"/>
            <w:tcMar>
              <w:top w:w="70" w:type="dxa"/>
              <w:left w:w="70" w:type="dxa"/>
              <w:bottom w:w="70" w:type="dxa"/>
              <w:right w:w="70" w:type="dxa"/>
            </w:tcMar>
            <w:vAlign w:val="center"/>
          </w:tcPr>
          <w:p w14:paraId="331E0DD2" w14:textId="3B0BFAA7" w:rsidR="00504B37" w:rsidRDefault="008A47A4">
            <w:pPr>
              <w:pStyle w:val="Tabeltekst"/>
              <w:spacing w:after="0" w:line="250" w:lineRule="auto"/>
            </w:pPr>
            <w:r>
              <w:rPr>
                <w:color w:val="1A263D"/>
              </w:rPr>
              <w:t>2</w:t>
            </w:r>
          </w:p>
        </w:tc>
        <w:tc>
          <w:tcPr>
            <w:tcW w:w="8702" w:type="dxa"/>
            <w:shd w:val="clear" w:color="auto" w:fill="F1F6FA"/>
            <w:tcMar>
              <w:top w:w="70" w:type="dxa"/>
              <w:left w:w="70" w:type="dxa"/>
              <w:bottom w:w="70" w:type="dxa"/>
              <w:right w:w="70" w:type="dxa"/>
            </w:tcMar>
            <w:vAlign w:val="center"/>
          </w:tcPr>
          <w:p w14:paraId="2304EF08" w14:textId="52D6A2FB" w:rsidR="00504B37" w:rsidRDefault="008A47A4">
            <w:pPr>
              <w:pStyle w:val="Tabeltekst"/>
              <w:spacing w:after="0" w:line="250" w:lineRule="auto"/>
            </w:pPr>
            <w:r>
              <w:rPr>
                <w:color w:val="1A263D"/>
              </w:rPr>
              <w:t>Verkoop: twintig regels; kies maandbedrag, jaarbedrag of aantal × prijs.</w:t>
            </w:r>
          </w:p>
        </w:tc>
      </w:tr>
      <w:tr w:rsidR="00504B37" w14:paraId="15F13058" w14:textId="77777777">
        <w:trPr>
          <w:cantSplit/>
          <w:jc w:val="center"/>
        </w:trPr>
        <w:tc>
          <w:tcPr>
            <w:tcW w:w="709" w:type="dxa"/>
            <w:shd w:val="clear" w:color="auto" w:fill="FFFFFF"/>
            <w:tcMar>
              <w:top w:w="70" w:type="dxa"/>
              <w:left w:w="70" w:type="dxa"/>
              <w:bottom w:w="70" w:type="dxa"/>
              <w:right w:w="70" w:type="dxa"/>
            </w:tcMar>
            <w:vAlign w:val="center"/>
          </w:tcPr>
          <w:p w14:paraId="777B89C8" w14:textId="5ABB875D" w:rsidR="00504B37" w:rsidRDefault="008A47A4">
            <w:pPr>
              <w:pStyle w:val="Tabeltekst"/>
              <w:spacing w:after="0" w:line="250" w:lineRule="auto"/>
            </w:pPr>
            <w:r>
              <w:rPr>
                <w:color w:val="1A263D"/>
              </w:rPr>
              <w:t>3</w:t>
            </w:r>
          </w:p>
        </w:tc>
        <w:tc>
          <w:tcPr>
            <w:tcW w:w="8702" w:type="dxa"/>
            <w:shd w:val="clear" w:color="auto" w:fill="FFFFFF"/>
            <w:tcMar>
              <w:top w:w="70" w:type="dxa"/>
              <w:left w:w="70" w:type="dxa"/>
              <w:bottom w:w="70" w:type="dxa"/>
              <w:right w:w="70" w:type="dxa"/>
            </w:tcMar>
            <w:vAlign w:val="center"/>
          </w:tcPr>
          <w:p w14:paraId="5961BF35" w14:textId="5977EEF2" w:rsidR="00504B37" w:rsidRDefault="008A47A4">
            <w:pPr>
              <w:pStyle w:val="Tabeltekst"/>
              <w:spacing w:after="0" w:line="250" w:lineRule="auto"/>
            </w:pPr>
            <w:r>
              <w:rPr>
                <w:color w:val="1A263D"/>
              </w:rPr>
              <w:t>Seizoen: verdeel de omzet over twaalf altijd zichtbare maanden.</w:t>
            </w:r>
          </w:p>
        </w:tc>
      </w:tr>
      <w:tr w:rsidR="00504B37" w14:paraId="309F4827" w14:textId="77777777">
        <w:trPr>
          <w:cantSplit/>
          <w:jc w:val="center"/>
        </w:trPr>
        <w:tc>
          <w:tcPr>
            <w:tcW w:w="709" w:type="dxa"/>
            <w:shd w:val="clear" w:color="auto" w:fill="F1F6FA"/>
            <w:tcMar>
              <w:top w:w="70" w:type="dxa"/>
              <w:left w:w="70" w:type="dxa"/>
              <w:bottom w:w="70" w:type="dxa"/>
              <w:right w:w="70" w:type="dxa"/>
            </w:tcMar>
            <w:vAlign w:val="center"/>
          </w:tcPr>
          <w:p w14:paraId="60D85C82" w14:textId="2639F63B" w:rsidR="00504B37" w:rsidRDefault="008A47A4">
            <w:pPr>
              <w:pStyle w:val="Tabeltekst"/>
              <w:spacing w:after="0" w:line="250" w:lineRule="auto"/>
            </w:pPr>
            <w:r>
              <w:rPr>
                <w:color w:val="1A263D"/>
              </w:rPr>
              <w:t>4</w:t>
            </w:r>
          </w:p>
        </w:tc>
        <w:tc>
          <w:tcPr>
            <w:tcW w:w="8702" w:type="dxa"/>
            <w:shd w:val="clear" w:color="auto" w:fill="F1F6FA"/>
            <w:tcMar>
              <w:top w:w="70" w:type="dxa"/>
              <w:left w:w="70" w:type="dxa"/>
              <w:bottom w:w="70" w:type="dxa"/>
              <w:right w:w="70" w:type="dxa"/>
            </w:tcMar>
            <w:vAlign w:val="center"/>
          </w:tcPr>
          <w:p w14:paraId="6761DE6F" w14:textId="7E70AF5D" w:rsidR="00504B37" w:rsidRDefault="008A47A4">
            <w:pPr>
              <w:pStyle w:val="Tabeltekst"/>
              <w:spacing w:after="0" w:line="250" w:lineRule="auto"/>
            </w:pPr>
            <w:r>
              <w:rPr>
                <w:color w:val="1A263D"/>
              </w:rPr>
              <w:t>Uitgaven: vul maandkosten in; jaar 2 en 3 volgen jaar 1 als u niets wijzigt.</w:t>
            </w:r>
          </w:p>
        </w:tc>
      </w:tr>
      <w:tr w:rsidR="00504B37" w14:paraId="44BA8D39" w14:textId="77777777">
        <w:trPr>
          <w:cantSplit/>
          <w:jc w:val="center"/>
        </w:trPr>
        <w:tc>
          <w:tcPr>
            <w:tcW w:w="709" w:type="dxa"/>
            <w:shd w:val="clear" w:color="auto" w:fill="FFFFFF"/>
            <w:tcMar>
              <w:top w:w="70" w:type="dxa"/>
              <w:left w:w="70" w:type="dxa"/>
              <w:bottom w:w="70" w:type="dxa"/>
              <w:right w:w="70" w:type="dxa"/>
            </w:tcMar>
            <w:vAlign w:val="center"/>
          </w:tcPr>
          <w:p w14:paraId="699FD55C" w14:textId="79C09112" w:rsidR="00504B37" w:rsidRDefault="008A47A4">
            <w:pPr>
              <w:pStyle w:val="Tabeltekst"/>
              <w:spacing w:after="0" w:line="250" w:lineRule="auto"/>
            </w:pPr>
            <w:r>
              <w:rPr>
                <w:color w:val="1A263D"/>
              </w:rPr>
              <w:t>5</w:t>
            </w:r>
          </w:p>
        </w:tc>
        <w:tc>
          <w:tcPr>
            <w:tcW w:w="8702" w:type="dxa"/>
            <w:shd w:val="clear" w:color="auto" w:fill="FFFFFF"/>
            <w:tcMar>
              <w:top w:w="70" w:type="dxa"/>
              <w:left w:w="70" w:type="dxa"/>
              <w:bottom w:w="70" w:type="dxa"/>
              <w:right w:w="70" w:type="dxa"/>
            </w:tcMar>
            <w:vAlign w:val="center"/>
          </w:tcPr>
          <w:p w14:paraId="33C9186B" w14:textId="36347199" w:rsidR="00504B37" w:rsidRDefault="008A47A4">
            <w:pPr>
              <w:pStyle w:val="Tabeltekst"/>
              <w:spacing w:after="0" w:line="250" w:lineRule="auto"/>
            </w:pPr>
            <w:r>
              <w:rPr>
                <w:color w:val="1A263D"/>
              </w:rPr>
              <w:t>Aankopen: bedrag, betaalmoment en gebruiksduur in jaren.</w:t>
            </w:r>
          </w:p>
        </w:tc>
      </w:tr>
      <w:tr w:rsidR="00504B37" w14:paraId="310A0CA8" w14:textId="77777777">
        <w:trPr>
          <w:cantSplit/>
          <w:jc w:val="center"/>
        </w:trPr>
        <w:tc>
          <w:tcPr>
            <w:tcW w:w="709" w:type="dxa"/>
            <w:shd w:val="clear" w:color="auto" w:fill="F1F6FA"/>
            <w:tcMar>
              <w:top w:w="70" w:type="dxa"/>
              <w:left w:w="70" w:type="dxa"/>
              <w:bottom w:w="70" w:type="dxa"/>
              <w:right w:w="70" w:type="dxa"/>
            </w:tcMar>
            <w:vAlign w:val="center"/>
          </w:tcPr>
          <w:p w14:paraId="43C8A111" w14:textId="59322815" w:rsidR="00504B37" w:rsidRDefault="008A47A4">
            <w:pPr>
              <w:pStyle w:val="Tabeltekst"/>
              <w:spacing w:after="0" w:line="250" w:lineRule="auto"/>
            </w:pPr>
            <w:r>
              <w:rPr>
                <w:color w:val="1A263D"/>
              </w:rPr>
              <w:t>6</w:t>
            </w:r>
          </w:p>
        </w:tc>
        <w:tc>
          <w:tcPr>
            <w:tcW w:w="8702" w:type="dxa"/>
            <w:shd w:val="clear" w:color="auto" w:fill="F1F6FA"/>
            <w:tcMar>
              <w:top w:w="70" w:type="dxa"/>
              <w:left w:w="70" w:type="dxa"/>
              <w:bottom w:w="70" w:type="dxa"/>
              <w:right w:w="70" w:type="dxa"/>
            </w:tcMar>
            <w:vAlign w:val="center"/>
          </w:tcPr>
          <w:p w14:paraId="02D7EF75" w14:textId="38E28A8F" w:rsidR="00504B37" w:rsidRDefault="008A47A4">
            <w:pPr>
              <w:pStyle w:val="Tabeltekst"/>
              <w:spacing w:after="0" w:line="250" w:lineRule="auto"/>
            </w:pPr>
            <w:r>
              <w:rPr>
                <w:color w:val="1A263D"/>
              </w:rPr>
              <w:t>Geld: eigen geld en leningen; kies het passende soort geld.</w:t>
            </w:r>
          </w:p>
        </w:tc>
      </w:tr>
      <w:tr w:rsidR="00504B37" w14:paraId="61296083" w14:textId="77777777">
        <w:trPr>
          <w:cantSplit/>
          <w:jc w:val="center"/>
        </w:trPr>
        <w:tc>
          <w:tcPr>
            <w:tcW w:w="709" w:type="dxa"/>
            <w:shd w:val="clear" w:color="auto" w:fill="FFFFFF"/>
            <w:tcMar>
              <w:top w:w="70" w:type="dxa"/>
              <w:left w:w="70" w:type="dxa"/>
              <w:bottom w:w="70" w:type="dxa"/>
              <w:right w:w="70" w:type="dxa"/>
            </w:tcMar>
            <w:vAlign w:val="center"/>
          </w:tcPr>
          <w:p w14:paraId="699468DD" w14:textId="6A9ED66F" w:rsidR="00504B37" w:rsidRDefault="008A47A4">
            <w:pPr>
              <w:pStyle w:val="Tabeltekst"/>
              <w:spacing w:after="0" w:line="250" w:lineRule="auto"/>
            </w:pPr>
            <w:r>
              <w:rPr>
                <w:color w:val="1A263D"/>
              </w:rPr>
              <w:t>7</w:t>
            </w:r>
          </w:p>
        </w:tc>
        <w:tc>
          <w:tcPr>
            <w:tcW w:w="8702" w:type="dxa"/>
            <w:shd w:val="clear" w:color="auto" w:fill="FFFFFF"/>
            <w:tcMar>
              <w:top w:w="70" w:type="dxa"/>
              <w:left w:w="70" w:type="dxa"/>
              <w:bottom w:w="70" w:type="dxa"/>
              <w:right w:w="70" w:type="dxa"/>
            </w:tcMar>
            <w:vAlign w:val="center"/>
          </w:tcPr>
          <w:p w14:paraId="7D87E356" w14:textId="7F15332D" w:rsidR="00504B37" w:rsidRDefault="008A47A4">
            <w:pPr>
              <w:pStyle w:val="Tabeltekst"/>
              <w:spacing w:after="0" w:line="250" w:lineRule="auto"/>
            </w:pPr>
            <w:r>
              <w:rPr>
                <w:color w:val="1A263D"/>
              </w:rPr>
              <w:t>Huishouden: uw netto privébudget en overige inkomsten.</w:t>
            </w:r>
          </w:p>
        </w:tc>
      </w:tr>
      <w:tr w:rsidR="00504B37" w14:paraId="79C0703F" w14:textId="77777777">
        <w:trPr>
          <w:cantSplit/>
          <w:jc w:val="center"/>
        </w:trPr>
        <w:tc>
          <w:tcPr>
            <w:tcW w:w="709" w:type="dxa"/>
            <w:shd w:val="clear" w:color="auto" w:fill="F1F6FA"/>
            <w:tcMar>
              <w:top w:w="70" w:type="dxa"/>
              <w:left w:w="70" w:type="dxa"/>
              <w:bottom w:w="70" w:type="dxa"/>
              <w:right w:w="70" w:type="dxa"/>
            </w:tcMar>
            <w:vAlign w:val="center"/>
          </w:tcPr>
          <w:p w14:paraId="0B686E9D" w14:textId="5CDEEC2C" w:rsidR="00504B37" w:rsidRDefault="008A47A4">
            <w:pPr>
              <w:pStyle w:val="Tabeltekst"/>
              <w:spacing w:after="0" w:line="250" w:lineRule="auto"/>
            </w:pPr>
            <w:r>
              <w:rPr>
                <w:color w:val="1A263D"/>
              </w:rPr>
              <w:t>8</w:t>
            </w:r>
          </w:p>
        </w:tc>
        <w:tc>
          <w:tcPr>
            <w:tcW w:w="8702" w:type="dxa"/>
            <w:shd w:val="clear" w:color="auto" w:fill="F1F6FA"/>
            <w:tcMar>
              <w:top w:w="70" w:type="dxa"/>
              <w:left w:w="70" w:type="dxa"/>
              <w:bottom w:w="70" w:type="dxa"/>
              <w:right w:w="70" w:type="dxa"/>
            </w:tcMar>
            <w:vAlign w:val="center"/>
          </w:tcPr>
          <w:p w14:paraId="40683B87" w14:textId="699BAE6C" w:rsidR="00504B37" w:rsidRDefault="008A47A4">
            <w:pPr>
              <w:pStyle w:val="Tabeltekst"/>
              <w:spacing w:after="0" w:line="250" w:lineRule="auto"/>
            </w:pPr>
            <w:r>
              <w:rPr>
                <w:color w:val="1A263D"/>
              </w:rPr>
              <w:t>Overzicht: bekijk winst én kasstand; test ook Tegenvallend.</w:t>
            </w:r>
          </w:p>
        </w:tc>
      </w:tr>
      <w:tr w:rsidR="008A47A4" w14:paraId="47FA5EEF" w14:textId="77777777">
        <w:trPr>
          <w:cantSplit/>
          <w:jc w:val="center"/>
        </w:trPr>
        <w:tc>
          <w:tcPr>
            <w:tcW w:w="709" w:type="dxa"/>
            <w:shd w:val="clear" w:color="auto" w:fill="F1F6FA"/>
            <w:tcMar>
              <w:top w:w="70" w:type="dxa"/>
              <w:left w:w="70" w:type="dxa"/>
              <w:bottom w:w="70" w:type="dxa"/>
              <w:right w:w="70" w:type="dxa"/>
            </w:tcMar>
            <w:vAlign w:val="center"/>
          </w:tcPr>
          <w:p w14:paraId="37535A3B" w14:textId="147F57F4" w:rsidR="008A47A4" w:rsidRDefault="008A47A4">
            <w:pPr>
              <w:pStyle w:val="Tabeltekst"/>
              <w:spacing w:after="0" w:line="250" w:lineRule="auto"/>
              <w:rPr>
                <w:color w:val="1A263D"/>
              </w:rPr>
            </w:pPr>
            <w:r>
              <w:rPr>
                <w:color w:val="1A263D"/>
              </w:rPr>
              <w:t>9</w:t>
            </w:r>
          </w:p>
        </w:tc>
        <w:tc>
          <w:tcPr>
            <w:tcW w:w="8702" w:type="dxa"/>
            <w:shd w:val="clear" w:color="auto" w:fill="F1F6FA"/>
            <w:tcMar>
              <w:top w:w="70" w:type="dxa"/>
              <w:left w:w="70" w:type="dxa"/>
              <w:bottom w:w="70" w:type="dxa"/>
              <w:right w:w="70" w:type="dxa"/>
            </w:tcMar>
            <w:vAlign w:val="center"/>
          </w:tcPr>
          <w:p w14:paraId="13B954E4" w14:textId="745DE2A3" w:rsidR="008A47A4" w:rsidRDefault="008A47A4">
            <w:pPr>
              <w:pStyle w:val="Tabeltekst"/>
              <w:spacing w:after="0" w:line="250" w:lineRule="auto"/>
              <w:rPr>
                <w:color w:val="1A263D"/>
              </w:rPr>
            </w:pPr>
            <w:r>
              <w:rPr>
                <w:color w:val="1A263D"/>
              </w:rPr>
              <w:t>Controle: volg meldingen op en licht uw uitkomsten toe.</w:t>
            </w:r>
          </w:p>
        </w:tc>
      </w:tr>
    </w:tbl>
    <w:p w14:paraId="669F28A8" w14:textId="77777777" w:rsidR="00504B37" w:rsidRDefault="0035458F">
      <w:pPr>
        <w:pStyle w:val="Heading2"/>
      </w:pPr>
      <w:r>
        <w:t>Zo werkt u prettig verder</w:t>
      </w:r>
    </w:p>
    <w:p w14:paraId="5B11A096" w14:textId="77777777" w:rsidR="008A47A4" w:rsidRDefault="008A47A4">
      <w:pPr>
        <w:pStyle w:val="Heading2"/>
        <w:rPr>
          <w:rFonts w:ascii="Calibri" w:eastAsiaTheme="minorEastAsia" w:hAnsi="Calibri" w:cstheme="minorBidi"/>
          <w:b w:val="0"/>
          <w:bCs w:val="0"/>
          <w:sz w:val="21"/>
          <w:szCs w:val="22"/>
        </w:rPr>
      </w:pPr>
      <w:r>
        <w:rPr>
          <w:rFonts w:ascii="Calibri" w:eastAsiaTheme="minorEastAsia" w:hAnsi="Calibri" w:cstheme="minorBidi"/>
          <w:b w:val="0"/>
          <w:bCs w:val="0"/>
          <w:sz w:val="21"/>
          <w:szCs w:val="22"/>
        </w:rPr>
        <w:t>Volg de negen stappen en vul alleen de gele velden in. Jaar 2 en 3 volgen waar aangegeven automatisch jaar 1. Gebruik Extra of Verkoop extra voor optionele instellingen. Formules en vaste onderdelen zijn beveiligd zonder wachtwoord; voor het invullen hoeft u de beveiliging niet op te heffen.</w:t>
      </w:r>
    </w:p>
    <w:p w14:paraId="092449E5" w14:textId="4D91525D" w:rsidR="00504B37" w:rsidRDefault="0035458F">
      <w:pPr>
        <w:pStyle w:val="Heading2"/>
      </w:pPr>
      <w:r>
        <w:t>Na het invullen</w:t>
      </w:r>
    </w:p>
    <w:p w14:paraId="50337D88" w14:textId="77777777" w:rsidR="00504B37" w:rsidRDefault="0035458F">
      <w:r>
        <w:t>Controleer de jaaruitkomsten en de maandelijkse kasstand. Neem daarna de cijfers en uw toelichting over in hoofdstukken 16 tot en met 22. Sluit de Excel-werkmap en sla dit Word-document op om uw wijzigingen in de ingesloten werkmap te bewaren.</w:t>
      </w:r>
    </w:p>
    <w:p w14:paraId="6263A2BC" w14:textId="77777777" w:rsidR="00504B37" w:rsidRDefault="0035458F">
      <w:pPr>
        <w:pStyle w:val="Kleinetekst"/>
      </w:pPr>
      <w:r>
        <w:t>De ingesloten werkmap is een zelfstandige kopie. Het losse Excel-bestand en de tabellen in Word wijzigen niet automatisch mee. Werk daarom in één gekozen werkmap. Een PDF-versie bevat het pictogram als afbeelding en opent deze werkmap niet.</w:t>
      </w:r>
    </w:p>
    <w:p w14:paraId="2366FD23" w14:textId="77777777" w:rsidR="00504B37" w:rsidRDefault="00504B37"/>
    <w:p w14:paraId="4109DE56" w14:textId="77777777" w:rsidR="00504B37" w:rsidRDefault="0035458F">
      <w:r>
        <w:br w:type="page"/>
      </w:r>
    </w:p>
    <w:p w14:paraId="32A3730B" w14:textId="77777777" w:rsidR="00214C21" w:rsidRDefault="00B41876">
      <w:pPr>
        <w:pStyle w:val="Sectielabel"/>
      </w:pPr>
      <w:r>
        <w:lastRenderedPageBreak/>
        <w:t>16  /  FINANCIEEL PLAN</w:t>
      </w:r>
    </w:p>
    <w:p w14:paraId="438132C1" w14:textId="77777777" w:rsidR="00214C21" w:rsidRDefault="00B41876">
      <w:pPr>
        <w:pStyle w:val="Heading1"/>
      </w:pPr>
      <w:bookmarkStart w:id="15" w:name="_Toc242630379"/>
      <w:r>
        <w:t>Financiële uitgangspunten</w:t>
      </w:r>
      <w:bookmarkEnd w:id="15"/>
    </w:p>
    <w:p w14:paraId="4E84F413" w14:textId="77777777" w:rsidR="00214C21" w:rsidRDefault="00B41876">
      <w:r>
        <w:t>Maak alle belangrijke aannames zichtbaar. Gebruik eerst de Excel-wizard op de vorige pagina en neem de gecontroleerde uitkomsten over. De tabellen hieronder blijven handmatig invulbaar.</w:t>
      </w:r>
    </w:p>
    <w:p w14:paraId="5D944E33" w14:textId="77777777" w:rsidR="00214C21" w:rsidRDefault="00B41876">
      <w:pPr>
        <w:pStyle w:val="Invulhulp"/>
      </w:pPr>
      <w:r>
        <w:t>Werk de berekeningen in een rekenmodel of de Business Planner uit en neem de gecontroleerde uitkomsten over. Gebruik dezelfde periode en definities in alle overzichten. Exploitatiebedragen zijn exclusief terugvorderbare btw; kasstromen volgen de bedragen en betaalmomenten die werkelijk via de bank lopen.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91"/>
        <w:gridCol w:w="3118"/>
        <w:gridCol w:w="3402"/>
      </w:tblGrid>
      <w:tr w:rsidR="00214C21" w14:paraId="4875A9C0" w14:textId="77777777">
        <w:trPr>
          <w:cantSplit/>
          <w:tblHeader/>
          <w:jc w:val="center"/>
        </w:trPr>
        <w:tc>
          <w:tcPr>
            <w:tcW w:w="2891" w:type="dxa"/>
            <w:shd w:val="clear" w:color="auto" w:fill="1A263D"/>
            <w:tcMar>
              <w:top w:w="80" w:type="dxa"/>
              <w:left w:w="100" w:type="dxa"/>
              <w:bottom w:w="80" w:type="dxa"/>
              <w:right w:w="100" w:type="dxa"/>
            </w:tcMar>
            <w:vAlign w:val="center"/>
          </w:tcPr>
          <w:p w14:paraId="1D88D771" w14:textId="77777777" w:rsidR="00214C21" w:rsidRDefault="00B41876">
            <w:pPr>
              <w:pStyle w:val="Tabeltekst"/>
              <w:spacing w:line="254" w:lineRule="auto"/>
            </w:pPr>
            <w:r>
              <w:rPr>
                <w:b/>
                <w:color w:val="FFFFFF"/>
              </w:rPr>
              <w:t>Aanname</w:t>
            </w:r>
          </w:p>
        </w:tc>
        <w:tc>
          <w:tcPr>
            <w:tcW w:w="3118" w:type="dxa"/>
            <w:shd w:val="clear" w:color="auto" w:fill="1A263D"/>
            <w:tcMar>
              <w:top w:w="80" w:type="dxa"/>
              <w:left w:w="100" w:type="dxa"/>
              <w:bottom w:w="80" w:type="dxa"/>
              <w:right w:w="100" w:type="dxa"/>
            </w:tcMar>
            <w:vAlign w:val="center"/>
          </w:tcPr>
          <w:p w14:paraId="25BDC685" w14:textId="77777777" w:rsidR="00214C21" w:rsidRDefault="00B41876">
            <w:pPr>
              <w:pStyle w:val="Tabeltekst"/>
              <w:spacing w:line="254" w:lineRule="auto"/>
            </w:pPr>
            <w:r>
              <w:rPr>
                <w:b/>
                <w:color w:val="FFFFFF"/>
              </w:rPr>
              <w:t>Waarde en periode</w:t>
            </w:r>
          </w:p>
        </w:tc>
        <w:tc>
          <w:tcPr>
            <w:tcW w:w="3402" w:type="dxa"/>
            <w:shd w:val="clear" w:color="auto" w:fill="1A263D"/>
            <w:tcMar>
              <w:top w:w="80" w:type="dxa"/>
              <w:left w:w="100" w:type="dxa"/>
              <w:bottom w:w="80" w:type="dxa"/>
              <w:right w:w="100" w:type="dxa"/>
            </w:tcMar>
            <w:vAlign w:val="center"/>
          </w:tcPr>
          <w:p w14:paraId="7C75A631" w14:textId="77777777" w:rsidR="00214C21" w:rsidRDefault="00B41876">
            <w:pPr>
              <w:pStyle w:val="Tabeltekst"/>
              <w:spacing w:line="254" w:lineRule="auto"/>
            </w:pPr>
            <w:r>
              <w:rPr>
                <w:b/>
                <w:color w:val="FFFFFF"/>
              </w:rPr>
              <w:t>Onderbouwing</w:t>
            </w:r>
          </w:p>
        </w:tc>
      </w:tr>
      <w:tr w:rsidR="00214C21" w14:paraId="45819D3E" w14:textId="77777777">
        <w:trPr>
          <w:cantSplit/>
          <w:jc w:val="center"/>
        </w:trPr>
        <w:tc>
          <w:tcPr>
            <w:tcW w:w="2891" w:type="dxa"/>
            <w:shd w:val="clear" w:color="auto" w:fill="FFFFFF"/>
            <w:tcMar>
              <w:top w:w="80" w:type="dxa"/>
              <w:left w:w="100" w:type="dxa"/>
              <w:bottom w:w="80" w:type="dxa"/>
              <w:right w:w="100" w:type="dxa"/>
            </w:tcMar>
            <w:vAlign w:val="center"/>
          </w:tcPr>
          <w:p w14:paraId="64FDFFA4" w14:textId="77777777" w:rsidR="00214C21" w:rsidRDefault="00B41876">
            <w:pPr>
              <w:pStyle w:val="Tabeltekst"/>
              <w:spacing w:line="254" w:lineRule="auto"/>
            </w:pPr>
            <w:r>
              <w:t>Prijs en afzet</w:t>
            </w:r>
          </w:p>
        </w:tc>
        <w:tc>
          <w:tcPr>
            <w:tcW w:w="3118" w:type="dxa"/>
            <w:shd w:val="clear" w:color="auto" w:fill="FFFFFF"/>
            <w:tcMar>
              <w:top w:w="80" w:type="dxa"/>
              <w:left w:w="100" w:type="dxa"/>
              <w:bottom w:w="80" w:type="dxa"/>
              <w:right w:w="100" w:type="dxa"/>
            </w:tcMar>
            <w:vAlign w:val="center"/>
          </w:tcPr>
          <w:p w14:paraId="7F452F0F" w14:textId="77777777" w:rsidR="00214C21" w:rsidRDefault="001B51A9">
            <w:pPr>
              <w:pStyle w:val="Tabeltekst"/>
              <w:spacing w:line="254" w:lineRule="auto"/>
            </w:pPr>
            <w:sdt>
              <w:sdtPr>
                <w:alias w:val="€ … per eenheid; … eenheden"/>
                <w:tag w:val="antwoord_216"/>
                <w:id w:val="1215"/>
                <w:text/>
              </w:sdtPr>
              <w:sdtEndPr/>
              <w:sdtContent>
                <w:r w:rsidR="00B41876">
                  <w:t>[€ … per eenheid; … eenheden]</w:t>
                </w:r>
              </w:sdtContent>
            </w:sdt>
          </w:p>
        </w:tc>
        <w:tc>
          <w:tcPr>
            <w:tcW w:w="3402" w:type="dxa"/>
            <w:shd w:val="clear" w:color="auto" w:fill="FFFFFF"/>
            <w:tcMar>
              <w:top w:w="80" w:type="dxa"/>
              <w:left w:w="100" w:type="dxa"/>
              <w:bottom w:w="80" w:type="dxa"/>
              <w:right w:w="100" w:type="dxa"/>
            </w:tcMar>
            <w:vAlign w:val="center"/>
          </w:tcPr>
          <w:p w14:paraId="1C2B55A7" w14:textId="77777777" w:rsidR="00214C21" w:rsidRDefault="001B51A9">
            <w:pPr>
              <w:pStyle w:val="Tabeltekst"/>
              <w:spacing w:line="254" w:lineRule="auto"/>
            </w:pPr>
            <w:sdt>
              <w:sdtPr>
                <w:alias w:val="Order, test, contract of bron"/>
                <w:tag w:val="antwoord_217"/>
                <w:id w:val="1216"/>
                <w:text/>
              </w:sdtPr>
              <w:sdtEndPr/>
              <w:sdtContent>
                <w:r w:rsidR="00B41876">
                  <w:t>[Order, test, contract of bron]</w:t>
                </w:r>
              </w:sdtContent>
            </w:sdt>
          </w:p>
        </w:tc>
      </w:tr>
      <w:tr w:rsidR="00214C21" w14:paraId="2D47693D" w14:textId="77777777">
        <w:trPr>
          <w:cantSplit/>
          <w:jc w:val="center"/>
        </w:trPr>
        <w:tc>
          <w:tcPr>
            <w:tcW w:w="2891" w:type="dxa"/>
            <w:shd w:val="clear" w:color="auto" w:fill="F1F6FA"/>
            <w:tcMar>
              <w:top w:w="80" w:type="dxa"/>
              <w:left w:w="100" w:type="dxa"/>
              <w:bottom w:w="80" w:type="dxa"/>
              <w:right w:w="100" w:type="dxa"/>
            </w:tcMar>
            <w:vAlign w:val="center"/>
          </w:tcPr>
          <w:p w14:paraId="187A287F" w14:textId="77777777" w:rsidR="00214C21" w:rsidRDefault="00B41876">
            <w:pPr>
              <w:pStyle w:val="Tabeltekst"/>
              <w:spacing w:line="254" w:lineRule="auto"/>
            </w:pPr>
            <w:r>
              <w:t>Groei en seizoen</w:t>
            </w:r>
          </w:p>
        </w:tc>
        <w:tc>
          <w:tcPr>
            <w:tcW w:w="3118" w:type="dxa"/>
            <w:shd w:val="clear" w:color="auto" w:fill="F1F6FA"/>
            <w:tcMar>
              <w:top w:w="80" w:type="dxa"/>
              <w:left w:w="100" w:type="dxa"/>
              <w:bottom w:w="80" w:type="dxa"/>
              <w:right w:w="100" w:type="dxa"/>
            </w:tcMar>
            <w:vAlign w:val="center"/>
          </w:tcPr>
          <w:p w14:paraId="217042DE" w14:textId="77777777" w:rsidR="00214C21" w:rsidRDefault="001B51A9">
            <w:pPr>
              <w:pStyle w:val="Tabeltekst"/>
              <w:spacing w:line="254" w:lineRule="auto"/>
            </w:pPr>
            <w:sdt>
              <w:sdtPr>
                <w:alias w:val="…% of maandverdeling"/>
                <w:tag w:val="antwoord_218"/>
                <w:id w:val="1217"/>
                <w:text/>
              </w:sdtPr>
              <w:sdtEndPr/>
              <w:sdtContent>
                <w:r w:rsidR="00B41876">
                  <w:t>[…% of maandverdeling]</w:t>
                </w:r>
              </w:sdtContent>
            </w:sdt>
          </w:p>
        </w:tc>
        <w:tc>
          <w:tcPr>
            <w:tcW w:w="3402" w:type="dxa"/>
            <w:shd w:val="clear" w:color="auto" w:fill="F1F6FA"/>
            <w:tcMar>
              <w:top w:w="80" w:type="dxa"/>
              <w:left w:w="100" w:type="dxa"/>
              <w:bottom w:w="80" w:type="dxa"/>
              <w:right w:w="100" w:type="dxa"/>
            </w:tcMar>
            <w:vAlign w:val="center"/>
          </w:tcPr>
          <w:p w14:paraId="6AC1F0FF" w14:textId="77777777" w:rsidR="00214C21" w:rsidRDefault="001B51A9">
            <w:pPr>
              <w:pStyle w:val="Tabeltekst"/>
              <w:spacing w:line="254" w:lineRule="auto"/>
            </w:pPr>
            <w:sdt>
              <w:sdtPr>
                <w:alias w:val="Historie of onderbouwde verwachting"/>
                <w:tag w:val="antwoord_219"/>
                <w:id w:val="1218"/>
                <w:text/>
              </w:sdtPr>
              <w:sdtEndPr/>
              <w:sdtContent>
                <w:r w:rsidR="00B41876">
                  <w:t>[Historie of onderbouwde verwachting]</w:t>
                </w:r>
              </w:sdtContent>
            </w:sdt>
          </w:p>
        </w:tc>
      </w:tr>
      <w:tr w:rsidR="00214C21" w14:paraId="147AB109" w14:textId="77777777">
        <w:trPr>
          <w:cantSplit/>
          <w:jc w:val="center"/>
        </w:trPr>
        <w:tc>
          <w:tcPr>
            <w:tcW w:w="2891" w:type="dxa"/>
            <w:shd w:val="clear" w:color="auto" w:fill="FFFFFF"/>
            <w:tcMar>
              <w:top w:w="80" w:type="dxa"/>
              <w:left w:w="100" w:type="dxa"/>
              <w:bottom w:w="80" w:type="dxa"/>
              <w:right w:w="100" w:type="dxa"/>
            </w:tcMar>
            <w:vAlign w:val="center"/>
          </w:tcPr>
          <w:p w14:paraId="279D13A4" w14:textId="77777777" w:rsidR="00214C21" w:rsidRDefault="00B41876">
            <w:pPr>
              <w:pStyle w:val="Tabeltekst"/>
              <w:spacing w:line="254" w:lineRule="auto"/>
            </w:pPr>
            <w:r>
              <w:t>Directe kosten en marge</w:t>
            </w:r>
          </w:p>
        </w:tc>
        <w:tc>
          <w:tcPr>
            <w:tcW w:w="3118" w:type="dxa"/>
            <w:shd w:val="clear" w:color="auto" w:fill="FFFFFF"/>
            <w:tcMar>
              <w:top w:w="80" w:type="dxa"/>
              <w:left w:w="100" w:type="dxa"/>
              <w:bottom w:w="80" w:type="dxa"/>
              <w:right w:w="100" w:type="dxa"/>
            </w:tcMar>
            <w:vAlign w:val="center"/>
          </w:tcPr>
          <w:p w14:paraId="5007432F" w14:textId="77777777" w:rsidR="00214C21" w:rsidRDefault="001B51A9">
            <w:pPr>
              <w:pStyle w:val="Tabeltekst"/>
              <w:spacing w:line="254" w:lineRule="auto"/>
            </w:pPr>
            <w:sdt>
              <w:sdtPr>
                <w:alias w:val="€ … of …% van omzet"/>
                <w:tag w:val="antwoord_220"/>
                <w:id w:val="1219"/>
                <w:text/>
              </w:sdtPr>
              <w:sdtEndPr/>
              <w:sdtContent>
                <w:r w:rsidR="00B41876">
                  <w:t>[€ … of …% van omzet]</w:t>
                </w:r>
              </w:sdtContent>
            </w:sdt>
          </w:p>
        </w:tc>
        <w:tc>
          <w:tcPr>
            <w:tcW w:w="3402" w:type="dxa"/>
            <w:shd w:val="clear" w:color="auto" w:fill="FFFFFF"/>
            <w:tcMar>
              <w:top w:w="80" w:type="dxa"/>
              <w:left w:w="100" w:type="dxa"/>
              <w:bottom w:w="80" w:type="dxa"/>
              <w:right w:w="100" w:type="dxa"/>
            </w:tcMar>
            <w:vAlign w:val="center"/>
          </w:tcPr>
          <w:p w14:paraId="41A93C4A" w14:textId="77777777" w:rsidR="00214C21" w:rsidRDefault="001B51A9">
            <w:pPr>
              <w:pStyle w:val="Tabeltekst"/>
              <w:spacing w:line="254" w:lineRule="auto"/>
            </w:pPr>
            <w:sdt>
              <w:sdtPr>
                <w:alias w:val="Offerte of kostprijsberekening"/>
                <w:tag w:val="antwoord_221"/>
                <w:id w:val="1220"/>
                <w:text/>
              </w:sdtPr>
              <w:sdtEndPr/>
              <w:sdtContent>
                <w:r w:rsidR="00B41876">
                  <w:t>[Offerte of kostprijsberekening]</w:t>
                </w:r>
              </w:sdtContent>
            </w:sdt>
          </w:p>
        </w:tc>
      </w:tr>
      <w:tr w:rsidR="00214C21" w14:paraId="7C13932B" w14:textId="77777777">
        <w:trPr>
          <w:cantSplit/>
          <w:jc w:val="center"/>
        </w:trPr>
        <w:tc>
          <w:tcPr>
            <w:tcW w:w="2891" w:type="dxa"/>
            <w:shd w:val="clear" w:color="auto" w:fill="F1F6FA"/>
            <w:tcMar>
              <w:top w:w="80" w:type="dxa"/>
              <w:left w:w="100" w:type="dxa"/>
              <w:bottom w:w="80" w:type="dxa"/>
              <w:right w:w="100" w:type="dxa"/>
            </w:tcMar>
            <w:vAlign w:val="center"/>
          </w:tcPr>
          <w:p w14:paraId="41E66B0E" w14:textId="77777777" w:rsidR="00214C21" w:rsidRDefault="00B41876">
            <w:pPr>
              <w:pStyle w:val="Tabeltekst"/>
              <w:spacing w:line="254" w:lineRule="auto"/>
            </w:pPr>
            <w:r>
              <w:t>Personeel en capaciteit</w:t>
            </w:r>
          </w:p>
        </w:tc>
        <w:tc>
          <w:tcPr>
            <w:tcW w:w="3118" w:type="dxa"/>
            <w:shd w:val="clear" w:color="auto" w:fill="F1F6FA"/>
            <w:tcMar>
              <w:top w:w="80" w:type="dxa"/>
              <w:left w:w="100" w:type="dxa"/>
              <w:bottom w:w="80" w:type="dxa"/>
              <w:right w:w="100" w:type="dxa"/>
            </w:tcMar>
            <w:vAlign w:val="center"/>
          </w:tcPr>
          <w:p w14:paraId="3FA5C82F" w14:textId="77777777" w:rsidR="00214C21" w:rsidRDefault="001B51A9">
            <w:pPr>
              <w:pStyle w:val="Tabeltekst"/>
              <w:spacing w:line="254" w:lineRule="auto"/>
            </w:pPr>
            <w:sdt>
              <w:sdtPr>
                <w:alias w:val="Uren, bezetting en totale kosten"/>
                <w:tag w:val="antwoord_222"/>
                <w:id w:val="1221"/>
                <w:text/>
              </w:sdtPr>
              <w:sdtEndPr/>
              <w:sdtContent>
                <w:r w:rsidR="00B41876">
                  <w:t>[Uren, bezetting en totale kosten]</w:t>
                </w:r>
              </w:sdtContent>
            </w:sdt>
          </w:p>
        </w:tc>
        <w:tc>
          <w:tcPr>
            <w:tcW w:w="3402" w:type="dxa"/>
            <w:shd w:val="clear" w:color="auto" w:fill="F1F6FA"/>
            <w:tcMar>
              <w:top w:w="80" w:type="dxa"/>
              <w:left w:w="100" w:type="dxa"/>
              <w:bottom w:w="80" w:type="dxa"/>
              <w:right w:w="100" w:type="dxa"/>
            </w:tcMar>
            <w:vAlign w:val="center"/>
          </w:tcPr>
          <w:p w14:paraId="55FD9395" w14:textId="77777777" w:rsidR="00214C21" w:rsidRDefault="001B51A9">
            <w:pPr>
              <w:pStyle w:val="Tabeltekst"/>
              <w:spacing w:line="254" w:lineRule="auto"/>
            </w:pPr>
            <w:sdt>
              <w:sdtPr>
                <w:alias w:val="Capaciteit en inzetplanning"/>
                <w:tag w:val="antwoord_223"/>
                <w:id w:val="1222"/>
                <w:text/>
              </w:sdtPr>
              <w:sdtEndPr/>
              <w:sdtContent>
                <w:r w:rsidR="00B41876">
                  <w:t>[Capaciteit en inzetplanning]</w:t>
                </w:r>
              </w:sdtContent>
            </w:sdt>
          </w:p>
        </w:tc>
      </w:tr>
      <w:tr w:rsidR="00214C21" w14:paraId="65B95817" w14:textId="77777777">
        <w:trPr>
          <w:cantSplit/>
          <w:jc w:val="center"/>
        </w:trPr>
        <w:tc>
          <w:tcPr>
            <w:tcW w:w="2891" w:type="dxa"/>
            <w:shd w:val="clear" w:color="auto" w:fill="FFFFFF"/>
            <w:tcMar>
              <w:top w:w="80" w:type="dxa"/>
              <w:left w:w="100" w:type="dxa"/>
              <w:bottom w:w="80" w:type="dxa"/>
              <w:right w:w="100" w:type="dxa"/>
            </w:tcMar>
            <w:vAlign w:val="center"/>
          </w:tcPr>
          <w:p w14:paraId="1601C2DF" w14:textId="77777777" w:rsidR="00214C21" w:rsidRDefault="00B41876">
            <w:pPr>
              <w:pStyle w:val="Tabeltekst"/>
              <w:spacing w:line="254" w:lineRule="auto"/>
            </w:pPr>
            <w:r>
              <w:t>Betaling en werkkapitaal</w:t>
            </w:r>
          </w:p>
        </w:tc>
        <w:tc>
          <w:tcPr>
            <w:tcW w:w="3118" w:type="dxa"/>
            <w:shd w:val="clear" w:color="auto" w:fill="FFFFFF"/>
            <w:tcMar>
              <w:top w:w="80" w:type="dxa"/>
              <w:left w:w="100" w:type="dxa"/>
              <w:bottom w:w="80" w:type="dxa"/>
              <w:right w:w="100" w:type="dxa"/>
            </w:tcMar>
            <w:vAlign w:val="center"/>
          </w:tcPr>
          <w:p w14:paraId="5C9DAE5D" w14:textId="77777777" w:rsidR="00214C21" w:rsidRDefault="001B51A9">
            <w:pPr>
              <w:pStyle w:val="Tabeltekst"/>
              <w:spacing w:line="254" w:lineRule="auto"/>
            </w:pPr>
            <w:sdt>
              <w:sdtPr>
                <w:alias w:val="Debiteuren, voorraad, crediteuren in dagen"/>
                <w:tag w:val="antwoord_224"/>
                <w:id w:val="1223"/>
                <w:text/>
              </w:sdtPr>
              <w:sdtEndPr/>
              <w:sdtContent>
                <w:r w:rsidR="00B41876">
                  <w:t>[Debiteuren, voorraad, crediteuren in dagen]</w:t>
                </w:r>
              </w:sdtContent>
            </w:sdt>
          </w:p>
        </w:tc>
        <w:tc>
          <w:tcPr>
            <w:tcW w:w="3402" w:type="dxa"/>
            <w:shd w:val="clear" w:color="auto" w:fill="FFFFFF"/>
            <w:tcMar>
              <w:top w:w="80" w:type="dxa"/>
              <w:left w:w="100" w:type="dxa"/>
              <w:bottom w:w="80" w:type="dxa"/>
              <w:right w:w="100" w:type="dxa"/>
            </w:tcMar>
            <w:vAlign w:val="center"/>
          </w:tcPr>
          <w:p w14:paraId="28371F52" w14:textId="77777777" w:rsidR="00214C21" w:rsidRDefault="001B51A9">
            <w:pPr>
              <w:pStyle w:val="Tabeltekst"/>
              <w:spacing w:line="254" w:lineRule="auto"/>
            </w:pPr>
            <w:sdt>
              <w:sdtPr>
                <w:alias w:val="Contracten en voorraadbeleid"/>
                <w:tag w:val="antwoord_225"/>
                <w:id w:val="1224"/>
                <w:text/>
              </w:sdtPr>
              <w:sdtEndPr/>
              <w:sdtContent>
                <w:r w:rsidR="00B41876">
                  <w:t>[Contracten en voorraadbeleid]</w:t>
                </w:r>
              </w:sdtContent>
            </w:sdt>
          </w:p>
        </w:tc>
      </w:tr>
      <w:tr w:rsidR="00214C21" w14:paraId="7BB8A98D" w14:textId="77777777">
        <w:trPr>
          <w:cantSplit/>
          <w:jc w:val="center"/>
        </w:trPr>
        <w:tc>
          <w:tcPr>
            <w:tcW w:w="2891" w:type="dxa"/>
            <w:shd w:val="clear" w:color="auto" w:fill="F1F6FA"/>
            <w:tcMar>
              <w:top w:w="80" w:type="dxa"/>
              <w:left w:w="100" w:type="dxa"/>
              <w:bottom w:w="80" w:type="dxa"/>
              <w:right w:w="100" w:type="dxa"/>
            </w:tcMar>
            <w:vAlign w:val="center"/>
          </w:tcPr>
          <w:p w14:paraId="12755941" w14:textId="77777777" w:rsidR="00214C21" w:rsidRDefault="00B41876">
            <w:pPr>
              <w:pStyle w:val="Tabeltekst"/>
              <w:spacing w:line="254" w:lineRule="auto"/>
            </w:pPr>
            <w:r>
              <w:t>Investeringen en afschrijving</w:t>
            </w:r>
          </w:p>
        </w:tc>
        <w:tc>
          <w:tcPr>
            <w:tcW w:w="3118" w:type="dxa"/>
            <w:shd w:val="clear" w:color="auto" w:fill="F1F6FA"/>
            <w:tcMar>
              <w:top w:w="80" w:type="dxa"/>
              <w:left w:w="100" w:type="dxa"/>
              <w:bottom w:w="80" w:type="dxa"/>
              <w:right w:w="100" w:type="dxa"/>
            </w:tcMar>
            <w:vAlign w:val="center"/>
          </w:tcPr>
          <w:p w14:paraId="3AEDBF7F" w14:textId="77777777" w:rsidR="00214C21" w:rsidRDefault="001B51A9">
            <w:pPr>
              <w:pStyle w:val="Tabeltekst"/>
              <w:spacing w:line="254" w:lineRule="auto"/>
            </w:pPr>
            <w:sdt>
              <w:sdtPr>
                <w:alias w:val="Bedragen, startdatum en gebruiksduur"/>
                <w:tag w:val="antwoord_226"/>
                <w:id w:val="1225"/>
                <w:text/>
              </w:sdtPr>
              <w:sdtEndPr/>
              <w:sdtContent>
                <w:r w:rsidR="00B41876">
                  <w:t>[Bedragen, startdatum en gebruiksduur]</w:t>
                </w:r>
              </w:sdtContent>
            </w:sdt>
          </w:p>
        </w:tc>
        <w:tc>
          <w:tcPr>
            <w:tcW w:w="3402" w:type="dxa"/>
            <w:shd w:val="clear" w:color="auto" w:fill="F1F6FA"/>
            <w:tcMar>
              <w:top w:w="80" w:type="dxa"/>
              <w:left w:w="100" w:type="dxa"/>
              <w:bottom w:w="80" w:type="dxa"/>
              <w:right w:w="100" w:type="dxa"/>
            </w:tcMar>
            <w:vAlign w:val="center"/>
          </w:tcPr>
          <w:p w14:paraId="4DD83D68" w14:textId="77777777" w:rsidR="00214C21" w:rsidRDefault="001B51A9">
            <w:pPr>
              <w:pStyle w:val="Tabeltekst"/>
              <w:spacing w:line="254" w:lineRule="auto"/>
            </w:pPr>
            <w:sdt>
              <w:sdtPr>
                <w:alias w:val="Offerte en afschrijvingsbeleid"/>
                <w:tag w:val="antwoord_227"/>
                <w:id w:val="1226"/>
                <w:text/>
              </w:sdtPr>
              <w:sdtEndPr/>
              <w:sdtContent>
                <w:r w:rsidR="00B41876">
                  <w:t>[Offerte en afschrijvingsbeleid]</w:t>
                </w:r>
              </w:sdtContent>
            </w:sdt>
          </w:p>
        </w:tc>
      </w:tr>
      <w:tr w:rsidR="00214C21" w14:paraId="0CD1E2C6" w14:textId="77777777">
        <w:trPr>
          <w:cantSplit/>
          <w:jc w:val="center"/>
        </w:trPr>
        <w:tc>
          <w:tcPr>
            <w:tcW w:w="2891" w:type="dxa"/>
            <w:shd w:val="clear" w:color="auto" w:fill="FFFFFF"/>
            <w:tcMar>
              <w:top w:w="80" w:type="dxa"/>
              <w:left w:w="100" w:type="dxa"/>
              <w:bottom w:w="80" w:type="dxa"/>
              <w:right w:w="100" w:type="dxa"/>
            </w:tcMar>
            <w:vAlign w:val="center"/>
          </w:tcPr>
          <w:p w14:paraId="764D8034" w14:textId="77777777" w:rsidR="00214C21" w:rsidRDefault="00B41876">
            <w:pPr>
              <w:pStyle w:val="Tabeltekst"/>
              <w:spacing w:line="254" w:lineRule="auto"/>
            </w:pPr>
            <w:r>
              <w:t>Financiering en belastingen</w:t>
            </w:r>
          </w:p>
        </w:tc>
        <w:tc>
          <w:tcPr>
            <w:tcW w:w="3118" w:type="dxa"/>
            <w:shd w:val="clear" w:color="auto" w:fill="FFFFFF"/>
            <w:tcMar>
              <w:top w:w="80" w:type="dxa"/>
              <w:left w:w="100" w:type="dxa"/>
              <w:bottom w:w="80" w:type="dxa"/>
              <w:right w:w="100" w:type="dxa"/>
            </w:tcMar>
            <w:vAlign w:val="center"/>
          </w:tcPr>
          <w:p w14:paraId="163C4002" w14:textId="77777777" w:rsidR="00214C21" w:rsidRDefault="001B51A9">
            <w:pPr>
              <w:pStyle w:val="Tabeltekst"/>
              <w:spacing w:line="254" w:lineRule="auto"/>
            </w:pPr>
            <w:sdt>
              <w:sdtPr>
                <w:alias w:val="Bedragen, rente, aflossing en timing"/>
                <w:tag w:val="antwoord_228"/>
                <w:id w:val="1227"/>
                <w:text/>
              </w:sdtPr>
              <w:sdtEndPr/>
              <w:sdtContent>
                <w:r w:rsidR="00B41876">
                  <w:t>[Bedragen, rente, aflossing en timing]</w:t>
                </w:r>
              </w:sdtContent>
            </w:sdt>
          </w:p>
        </w:tc>
        <w:tc>
          <w:tcPr>
            <w:tcW w:w="3402" w:type="dxa"/>
            <w:shd w:val="clear" w:color="auto" w:fill="FFFFFF"/>
            <w:tcMar>
              <w:top w:w="80" w:type="dxa"/>
              <w:left w:w="100" w:type="dxa"/>
              <w:bottom w:w="80" w:type="dxa"/>
              <w:right w:w="100" w:type="dxa"/>
            </w:tcMar>
            <w:vAlign w:val="center"/>
          </w:tcPr>
          <w:p w14:paraId="20703C9C" w14:textId="77777777" w:rsidR="00214C21" w:rsidRDefault="001B51A9">
            <w:pPr>
              <w:pStyle w:val="Tabeltekst"/>
              <w:spacing w:line="254" w:lineRule="auto"/>
            </w:pPr>
            <w:sdt>
              <w:sdtPr>
                <w:alias w:val="Afspraak, status en berekening"/>
                <w:tag w:val="antwoord_229"/>
                <w:id w:val="1228"/>
                <w:text/>
              </w:sdtPr>
              <w:sdtEndPr/>
              <w:sdtContent>
                <w:r w:rsidR="00B41876">
                  <w:t>[Afspraak, status en berekening]</w:t>
                </w:r>
              </w:sdtContent>
            </w:sdt>
          </w:p>
        </w:tc>
      </w:tr>
    </w:tbl>
    <w:p w14:paraId="6AF57EF3" w14:textId="77777777" w:rsidR="00214C21" w:rsidRDefault="00214C21">
      <w:pPr>
        <w:spacing w:after="0"/>
      </w:pPr>
    </w:p>
    <w:p w14:paraId="671412E2" w14:textId="77777777" w:rsidR="00214C21" w:rsidRDefault="00B41876">
      <w:pPr>
        <w:pStyle w:val="Heading2"/>
      </w:pPr>
      <w:r>
        <w:t>Omzetopbouw</w:t>
      </w:r>
    </w:p>
    <w:p w14:paraId="08254371" w14:textId="77777777" w:rsidR="00214C21" w:rsidRDefault="00B41876">
      <w:pPr>
        <w:pStyle w:val="Invulhulp"/>
      </w:pPr>
      <w:r>
        <w:t>Kies uw belangrijkste omzetstromen en reken van onderaf. Een bestaande onderneming gebruikt recente realisaties als vertrekpunt.</w:t>
      </w:r>
    </w:p>
    <w:p w14:paraId="189909A4" w14:textId="77777777" w:rsidR="00214C21" w:rsidRDefault="001B51A9">
      <w:pPr>
        <w:pStyle w:val="Invulveld"/>
      </w:pPr>
      <w:sdt>
        <w:sdtPr>
          <w:alias w:val="Omzetstroom 1 = … × … × € … = € … Omzetstroom 2 = … Totale omzet jaar 1 = € … De benodigde capaciteit is …"/>
          <w:tag w:val="antwoord_230"/>
          <w:id w:val="1229"/>
        </w:sdtPr>
        <w:sdtEndPr/>
        <w:sdtContent>
          <w:r w:rsidR="00B41876">
            <w:rPr>
              <w:color w:val="000000"/>
            </w:rPr>
            <w:t>[Omzetstroom 1 = … × … × € … = € … Omzetstroom 2 = … Totale omzet jaar 1 = € … De benodigde capaciteit is …]</w:t>
          </w:r>
        </w:sdtContent>
      </w:sdt>
    </w:p>
    <w:p w14:paraId="421385E9" w14:textId="77777777" w:rsidR="00214C21" w:rsidRDefault="00B41876">
      <w:pPr>
        <w:pStyle w:val="Heading2"/>
      </w:pPr>
      <w:r>
        <w:t>Uw cijfers en de branche</w:t>
      </w:r>
    </w:p>
    <w:p w14:paraId="0205115E" w14:textId="77777777" w:rsidR="00214C21" w:rsidRDefault="00B41876">
      <w:pPr>
        <w:pStyle w:val="Invulhulp"/>
      </w:pPr>
      <w:r>
        <w:t>Vergelijk passende percentages en leg verschillen uit. Controleer of de definitie van directe kosten en brutomarge overeenkomt.</w:t>
      </w:r>
    </w:p>
    <w:p w14:paraId="1777EED6" w14:textId="77777777" w:rsidR="00214C21" w:rsidRDefault="001B51A9">
      <w:pPr>
        <w:pStyle w:val="Invulveld"/>
      </w:pPr>
      <w:sdt>
        <w:sdtPr>
          <w:alias w:val="Branche en bronperiode … Onze marge is …% tegenover …% in de vergelijking. Het verschil wordt verklaard door …"/>
          <w:tag w:val="antwoord_231"/>
          <w:id w:val="1230"/>
        </w:sdtPr>
        <w:sdtEndPr/>
        <w:sdtContent>
          <w:r w:rsidR="00B41876">
            <w:rPr>
              <w:color w:val="000000"/>
            </w:rPr>
            <w:t>[Branche en bronperiode … Onze marge is …% tegenover …% in de vergelijking. Het verschil wordt verklaard door …]</w:t>
          </w:r>
        </w:sdtContent>
      </w:sdt>
    </w:p>
    <w:p w14:paraId="6F12373F" w14:textId="5255EFEB" w:rsidR="00214C21" w:rsidRDefault="00B41876">
      <w:hyperlink r:id="rId14">
        <w:r>
          <w:rPr>
            <w:color w:val="2472AA"/>
            <w:sz w:val="19"/>
          </w:rPr>
          <w:t>Werk prognoses verder uit in FirmFocus Business Planner</w:t>
        </w:r>
      </w:hyperlink>
    </w:p>
    <w:p w14:paraId="28DE62E0" w14:textId="77777777" w:rsidR="00214C21" w:rsidRDefault="00B41876">
      <w:r>
        <w:br w:type="page"/>
      </w:r>
    </w:p>
    <w:p w14:paraId="7683EFEE" w14:textId="77777777" w:rsidR="00214C21" w:rsidRDefault="00B41876">
      <w:pPr>
        <w:pStyle w:val="Sectielabel"/>
      </w:pPr>
      <w:r>
        <w:lastRenderedPageBreak/>
        <w:t>17  /  FINANCIERING</w:t>
      </w:r>
    </w:p>
    <w:p w14:paraId="3E988562" w14:textId="77777777" w:rsidR="00214C21" w:rsidRDefault="00B41876">
      <w:pPr>
        <w:pStyle w:val="Heading1"/>
      </w:pPr>
      <w:bookmarkStart w:id="16" w:name="_Toc242630380"/>
      <w:r>
        <w:t>Investering en financiering</w:t>
      </w:r>
      <w:bookmarkEnd w:id="16"/>
    </w:p>
    <w:p w14:paraId="7C41C741" w14:textId="77777777" w:rsidR="00214C21" w:rsidRDefault="00B41876">
      <w:r>
        <w:t>Breng alle middelen voor start of uitbreiding in beeld en leg vast hoe u die betaalt. Neem het benodigde geld mee om de aanloop en tegenvallers op te vangen.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082"/>
        <w:gridCol w:w="1531"/>
        <w:gridCol w:w="3798"/>
      </w:tblGrid>
      <w:tr w:rsidR="00214C21" w14:paraId="6B50A859" w14:textId="77777777">
        <w:trPr>
          <w:cantSplit/>
          <w:tblHeader/>
          <w:jc w:val="center"/>
        </w:trPr>
        <w:tc>
          <w:tcPr>
            <w:tcW w:w="4082" w:type="dxa"/>
            <w:shd w:val="clear" w:color="auto" w:fill="1A263D"/>
            <w:tcMar>
              <w:top w:w="80" w:type="dxa"/>
              <w:left w:w="100" w:type="dxa"/>
              <w:bottom w:w="80" w:type="dxa"/>
              <w:right w:w="100" w:type="dxa"/>
            </w:tcMar>
            <w:vAlign w:val="center"/>
          </w:tcPr>
          <w:p w14:paraId="028613D6" w14:textId="77777777" w:rsidR="00214C21" w:rsidRDefault="00B41876">
            <w:pPr>
              <w:pStyle w:val="Tabeltekst"/>
              <w:spacing w:line="254" w:lineRule="auto"/>
            </w:pPr>
            <w:r>
              <w:rPr>
                <w:b/>
                <w:color w:val="FFFFFF"/>
              </w:rPr>
              <w:t>Benodigde middelen</w:t>
            </w:r>
          </w:p>
        </w:tc>
        <w:tc>
          <w:tcPr>
            <w:tcW w:w="1531" w:type="dxa"/>
            <w:shd w:val="clear" w:color="auto" w:fill="1A263D"/>
            <w:tcMar>
              <w:top w:w="80" w:type="dxa"/>
              <w:left w:w="100" w:type="dxa"/>
              <w:bottom w:w="80" w:type="dxa"/>
              <w:right w:w="100" w:type="dxa"/>
            </w:tcMar>
            <w:vAlign w:val="center"/>
          </w:tcPr>
          <w:p w14:paraId="6CB398BC" w14:textId="77777777" w:rsidR="00214C21" w:rsidRDefault="00B41876">
            <w:pPr>
              <w:pStyle w:val="Tabeltekst"/>
              <w:spacing w:line="254" w:lineRule="auto"/>
            </w:pPr>
            <w:r>
              <w:rPr>
                <w:b/>
                <w:color w:val="FFFFFF"/>
              </w:rPr>
              <w:t>Bedrag</w:t>
            </w:r>
          </w:p>
        </w:tc>
        <w:tc>
          <w:tcPr>
            <w:tcW w:w="3798" w:type="dxa"/>
            <w:shd w:val="clear" w:color="auto" w:fill="1A263D"/>
            <w:tcMar>
              <w:top w:w="80" w:type="dxa"/>
              <w:left w:w="100" w:type="dxa"/>
              <w:bottom w:w="80" w:type="dxa"/>
              <w:right w:w="100" w:type="dxa"/>
            </w:tcMar>
            <w:vAlign w:val="center"/>
          </w:tcPr>
          <w:p w14:paraId="40F753A5" w14:textId="77777777" w:rsidR="00214C21" w:rsidRDefault="00B41876">
            <w:pPr>
              <w:pStyle w:val="Tabeltekst"/>
              <w:spacing w:line="254" w:lineRule="auto"/>
            </w:pPr>
            <w:r>
              <w:rPr>
                <w:b/>
                <w:color w:val="FFFFFF"/>
              </w:rPr>
              <w:t>Onderbouwing</w:t>
            </w:r>
          </w:p>
        </w:tc>
      </w:tr>
      <w:tr w:rsidR="00214C21" w14:paraId="56D44F5B" w14:textId="77777777">
        <w:trPr>
          <w:cantSplit/>
          <w:jc w:val="center"/>
        </w:trPr>
        <w:tc>
          <w:tcPr>
            <w:tcW w:w="4082" w:type="dxa"/>
            <w:shd w:val="clear" w:color="auto" w:fill="FFFFFF"/>
            <w:tcMar>
              <w:top w:w="80" w:type="dxa"/>
              <w:left w:w="100" w:type="dxa"/>
              <w:bottom w:w="80" w:type="dxa"/>
              <w:right w:w="100" w:type="dxa"/>
            </w:tcMar>
            <w:vAlign w:val="center"/>
          </w:tcPr>
          <w:p w14:paraId="10573C25" w14:textId="77777777" w:rsidR="00214C21" w:rsidRDefault="00B41876">
            <w:pPr>
              <w:pStyle w:val="Tabeltekst"/>
              <w:spacing w:line="254" w:lineRule="auto"/>
            </w:pPr>
            <w:r>
              <w:t>Vaste activa en inrichting</w:t>
            </w:r>
          </w:p>
        </w:tc>
        <w:tc>
          <w:tcPr>
            <w:tcW w:w="1531" w:type="dxa"/>
            <w:shd w:val="clear" w:color="auto" w:fill="FFFFFF"/>
            <w:tcMar>
              <w:top w:w="80" w:type="dxa"/>
              <w:left w:w="100" w:type="dxa"/>
              <w:bottom w:w="80" w:type="dxa"/>
              <w:right w:w="100" w:type="dxa"/>
            </w:tcMar>
            <w:vAlign w:val="center"/>
          </w:tcPr>
          <w:p w14:paraId="7DAB1ACC" w14:textId="77777777" w:rsidR="00214C21" w:rsidRDefault="001B51A9">
            <w:pPr>
              <w:pStyle w:val="Tabeltekst"/>
              <w:spacing w:line="254" w:lineRule="auto"/>
            </w:pPr>
            <w:sdt>
              <w:sdtPr>
                <w:alias w:val="€ …"/>
                <w:tag w:val="antwoord_232"/>
                <w:id w:val="1231"/>
                <w:text/>
              </w:sdtPr>
              <w:sdtEndPr/>
              <w:sdtContent>
                <w:r w:rsidR="00B41876">
                  <w:t>[€ …]</w:t>
                </w:r>
              </w:sdtContent>
            </w:sdt>
          </w:p>
        </w:tc>
        <w:tc>
          <w:tcPr>
            <w:tcW w:w="3798" w:type="dxa"/>
            <w:shd w:val="clear" w:color="auto" w:fill="FFFFFF"/>
            <w:tcMar>
              <w:top w:w="80" w:type="dxa"/>
              <w:left w:w="100" w:type="dxa"/>
              <w:bottom w:w="80" w:type="dxa"/>
              <w:right w:w="100" w:type="dxa"/>
            </w:tcMar>
            <w:vAlign w:val="center"/>
          </w:tcPr>
          <w:p w14:paraId="28300FA1" w14:textId="77777777" w:rsidR="00214C21" w:rsidRDefault="001B51A9">
            <w:pPr>
              <w:pStyle w:val="Tabeltekst"/>
              <w:spacing w:line="254" w:lineRule="auto"/>
            </w:pPr>
            <w:sdt>
              <w:sdtPr>
                <w:alias w:val="Offerte en betaalmoment"/>
                <w:tag w:val="antwoord_233"/>
                <w:id w:val="1232"/>
                <w:text/>
              </w:sdtPr>
              <w:sdtEndPr/>
              <w:sdtContent>
                <w:r w:rsidR="00B41876">
                  <w:t>[Offerte en betaalmoment]</w:t>
                </w:r>
              </w:sdtContent>
            </w:sdt>
          </w:p>
        </w:tc>
      </w:tr>
      <w:tr w:rsidR="00214C21" w14:paraId="54EDD8AD" w14:textId="77777777">
        <w:trPr>
          <w:cantSplit/>
          <w:jc w:val="center"/>
        </w:trPr>
        <w:tc>
          <w:tcPr>
            <w:tcW w:w="4082" w:type="dxa"/>
            <w:shd w:val="clear" w:color="auto" w:fill="F1F6FA"/>
            <w:tcMar>
              <w:top w:w="80" w:type="dxa"/>
              <w:left w:w="100" w:type="dxa"/>
              <w:bottom w:w="80" w:type="dxa"/>
              <w:right w:w="100" w:type="dxa"/>
            </w:tcMar>
            <w:vAlign w:val="center"/>
          </w:tcPr>
          <w:p w14:paraId="29F534EB" w14:textId="77777777" w:rsidR="00214C21" w:rsidRDefault="00B41876">
            <w:pPr>
              <w:pStyle w:val="Tabeltekst"/>
              <w:spacing w:line="254" w:lineRule="auto"/>
            </w:pPr>
            <w:r>
              <w:t>Eenmalige aanloopuitgaven</w:t>
            </w:r>
          </w:p>
        </w:tc>
        <w:tc>
          <w:tcPr>
            <w:tcW w:w="1531" w:type="dxa"/>
            <w:shd w:val="clear" w:color="auto" w:fill="F1F6FA"/>
            <w:tcMar>
              <w:top w:w="80" w:type="dxa"/>
              <w:left w:w="100" w:type="dxa"/>
              <w:bottom w:w="80" w:type="dxa"/>
              <w:right w:w="100" w:type="dxa"/>
            </w:tcMar>
            <w:vAlign w:val="center"/>
          </w:tcPr>
          <w:p w14:paraId="3EFBF390" w14:textId="77777777" w:rsidR="00214C21" w:rsidRDefault="001B51A9">
            <w:pPr>
              <w:pStyle w:val="Tabeltekst"/>
              <w:spacing w:line="254" w:lineRule="auto"/>
            </w:pPr>
            <w:sdt>
              <w:sdtPr>
                <w:alias w:val="€ …"/>
                <w:tag w:val="antwoord_234"/>
                <w:id w:val="1233"/>
                <w:text/>
              </w:sdtPr>
              <w:sdtEndPr/>
              <w:sdtContent>
                <w:r w:rsidR="00B41876">
                  <w:t>[€ …]</w:t>
                </w:r>
              </w:sdtContent>
            </w:sdt>
          </w:p>
        </w:tc>
        <w:tc>
          <w:tcPr>
            <w:tcW w:w="3798" w:type="dxa"/>
            <w:shd w:val="clear" w:color="auto" w:fill="F1F6FA"/>
            <w:tcMar>
              <w:top w:w="80" w:type="dxa"/>
              <w:left w:w="100" w:type="dxa"/>
              <w:bottom w:w="80" w:type="dxa"/>
              <w:right w:w="100" w:type="dxa"/>
            </w:tcMar>
            <w:vAlign w:val="center"/>
          </w:tcPr>
          <w:p w14:paraId="62BBAD22" w14:textId="77777777" w:rsidR="00214C21" w:rsidRDefault="001B51A9">
            <w:pPr>
              <w:pStyle w:val="Tabeltekst"/>
              <w:spacing w:line="254" w:lineRule="auto"/>
            </w:pPr>
            <w:sdt>
              <w:sdtPr>
                <w:alias w:val="Specificatie en betaalmoment"/>
                <w:tag w:val="antwoord_235"/>
                <w:id w:val="1234"/>
                <w:text/>
              </w:sdtPr>
              <w:sdtEndPr/>
              <w:sdtContent>
                <w:r w:rsidR="00B41876">
                  <w:t>[Specificatie en betaalmoment]</w:t>
                </w:r>
              </w:sdtContent>
            </w:sdt>
          </w:p>
        </w:tc>
      </w:tr>
      <w:tr w:rsidR="00214C21" w14:paraId="62EF571E" w14:textId="77777777">
        <w:trPr>
          <w:cantSplit/>
          <w:jc w:val="center"/>
        </w:trPr>
        <w:tc>
          <w:tcPr>
            <w:tcW w:w="4082" w:type="dxa"/>
            <w:shd w:val="clear" w:color="auto" w:fill="FFFFFF"/>
            <w:tcMar>
              <w:top w:w="80" w:type="dxa"/>
              <w:left w:w="100" w:type="dxa"/>
              <w:bottom w:w="80" w:type="dxa"/>
              <w:right w:w="100" w:type="dxa"/>
            </w:tcMar>
            <w:vAlign w:val="center"/>
          </w:tcPr>
          <w:p w14:paraId="439E5132" w14:textId="77777777" w:rsidR="00214C21" w:rsidRDefault="00B41876">
            <w:pPr>
              <w:pStyle w:val="Tabeltekst"/>
              <w:spacing w:line="254" w:lineRule="auto"/>
            </w:pPr>
            <w:r>
              <w:t>Beginvoorraad en overige werkkapitaalbehoefte</w:t>
            </w:r>
          </w:p>
        </w:tc>
        <w:tc>
          <w:tcPr>
            <w:tcW w:w="1531" w:type="dxa"/>
            <w:shd w:val="clear" w:color="auto" w:fill="FFFFFF"/>
            <w:tcMar>
              <w:top w:w="80" w:type="dxa"/>
              <w:left w:w="100" w:type="dxa"/>
              <w:bottom w:w="80" w:type="dxa"/>
              <w:right w:w="100" w:type="dxa"/>
            </w:tcMar>
            <w:vAlign w:val="center"/>
          </w:tcPr>
          <w:p w14:paraId="2B9DB7AB" w14:textId="77777777" w:rsidR="00214C21" w:rsidRDefault="001B51A9">
            <w:pPr>
              <w:pStyle w:val="Tabeltekst"/>
              <w:spacing w:line="254" w:lineRule="auto"/>
            </w:pPr>
            <w:sdt>
              <w:sdtPr>
                <w:alias w:val="€ …"/>
                <w:tag w:val="antwoord_236"/>
                <w:id w:val="1235"/>
                <w:text/>
              </w:sdtPr>
              <w:sdtEndPr/>
              <w:sdtContent>
                <w:r w:rsidR="00B41876">
                  <w:t>[€ …]</w:t>
                </w:r>
              </w:sdtContent>
            </w:sdt>
          </w:p>
        </w:tc>
        <w:tc>
          <w:tcPr>
            <w:tcW w:w="3798" w:type="dxa"/>
            <w:shd w:val="clear" w:color="auto" w:fill="FFFFFF"/>
            <w:tcMar>
              <w:top w:w="80" w:type="dxa"/>
              <w:left w:w="100" w:type="dxa"/>
              <w:bottom w:w="80" w:type="dxa"/>
              <w:right w:w="100" w:type="dxa"/>
            </w:tcMar>
            <w:vAlign w:val="center"/>
          </w:tcPr>
          <w:p w14:paraId="5C9BE00E" w14:textId="77777777" w:rsidR="00214C21" w:rsidRDefault="001B51A9">
            <w:pPr>
              <w:pStyle w:val="Tabeltekst"/>
              <w:spacing w:line="254" w:lineRule="auto"/>
            </w:pPr>
            <w:sdt>
              <w:sdtPr>
                <w:alias w:val="Opbouw en gehanteerde definitie"/>
                <w:tag w:val="antwoord_237"/>
                <w:id w:val="1236"/>
                <w:text/>
              </w:sdtPr>
              <w:sdtEndPr/>
              <w:sdtContent>
                <w:r w:rsidR="00B41876">
                  <w:t>[Opbouw en gehanteerde definitie]</w:t>
                </w:r>
              </w:sdtContent>
            </w:sdt>
          </w:p>
        </w:tc>
      </w:tr>
      <w:tr w:rsidR="00214C21" w14:paraId="2F6379DA" w14:textId="77777777">
        <w:trPr>
          <w:cantSplit/>
          <w:jc w:val="center"/>
        </w:trPr>
        <w:tc>
          <w:tcPr>
            <w:tcW w:w="4082" w:type="dxa"/>
            <w:shd w:val="clear" w:color="auto" w:fill="F1F6FA"/>
            <w:tcMar>
              <w:top w:w="80" w:type="dxa"/>
              <w:left w:w="100" w:type="dxa"/>
              <w:bottom w:w="80" w:type="dxa"/>
              <w:right w:w="100" w:type="dxa"/>
            </w:tcMar>
            <w:vAlign w:val="center"/>
          </w:tcPr>
          <w:p w14:paraId="12EE1888" w14:textId="77777777" w:rsidR="00214C21" w:rsidRDefault="00B41876">
            <w:pPr>
              <w:pStyle w:val="Tabeltekst"/>
              <w:spacing w:line="254" w:lineRule="auto"/>
            </w:pPr>
            <w:r>
              <w:t>Tijdelijk te financieren btw</w:t>
            </w:r>
          </w:p>
        </w:tc>
        <w:tc>
          <w:tcPr>
            <w:tcW w:w="1531" w:type="dxa"/>
            <w:shd w:val="clear" w:color="auto" w:fill="F1F6FA"/>
            <w:tcMar>
              <w:top w:w="80" w:type="dxa"/>
              <w:left w:w="100" w:type="dxa"/>
              <w:bottom w:w="80" w:type="dxa"/>
              <w:right w:w="100" w:type="dxa"/>
            </w:tcMar>
            <w:vAlign w:val="center"/>
          </w:tcPr>
          <w:p w14:paraId="532FCBD5" w14:textId="77777777" w:rsidR="00214C21" w:rsidRDefault="001B51A9">
            <w:pPr>
              <w:pStyle w:val="Tabeltekst"/>
              <w:spacing w:line="254" w:lineRule="auto"/>
            </w:pPr>
            <w:sdt>
              <w:sdtPr>
                <w:alias w:val="€ …"/>
                <w:tag w:val="antwoord_238"/>
                <w:id w:val="1237"/>
                <w:text/>
              </w:sdtPr>
              <w:sdtEndPr/>
              <w:sdtContent>
                <w:r w:rsidR="00B41876">
                  <w:t>[€ …]</w:t>
                </w:r>
              </w:sdtContent>
            </w:sdt>
          </w:p>
        </w:tc>
        <w:tc>
          <w:tcPr>
            <w:tcW w:w="3798" w:type="dxa"/>
            <w:shd w:val="clear" w:color="auto" w:fill="F1F6FA"/>
            <w:tcMar>
              <w:top w:w="80" w:type="dxa"/>
              <w:left w:w="100" w:type="dxa"/>
              <w:bottom w:w="80" w:type="dxa"/>
              <w:right w:w="100" w:type="dxa"/>
            </w:tcMar>
            <w:vAlign w:val="center"/>
          </w:tcPr>
          <w:p w14:paraId="6BAB8D95" w14:textId="77777777" w:rsidR="00214C21" w:rsidRDefault="001B51A9">
            <w:pPr>
              <w:pStyle w:val="Tabeltekst"/>
              <w:spacing w:line="254" w:lineRule="auto"/>
            </w:pPr>
            <w:sdt>
              <w:sdtPr>
                <w:alias w:val="Tot teruggaaf of verrekening"/>
                <w:tag w:val="antwoord_239"/>
                <w:id w:val="1238"/>
                <w:text/>
              </w:sdtPr>
              <w:sdtEndPr/>
              <w:sdtContent>
                <w:r w:rsidR="00B41876">
                  <w:t>[Tot teruggaaf of verrekening]</w:t>
                </w:r>
              </w:sdtContent>
            </w:sdt>
          </w:p>
        </w:tc>
      </w:tr>
      <w:tr w:rsidR="00214C21" w14:paraId="7389785A" w14:textId="77777777">
        <w:trPr>
          <w:cantSplit/>
          <w:jc w:val="center"/>
        </w:trPr>
        <w:tc>
          <w:tcPr>
            <w:tcW w:w="4082" w:type="dxa"/>
            <w:shd w:val="clear" w:color="auto" w:fill="FFFFFF"/>
            <w:tcMar>
              <w:top w:w="80" w:type="dxa"/>
              <w:left w:w="100" w:type="dxa"/>
              <w:bottom w:w="80" w:type="dxa"/>
              <w:right w:w="100" w:type="dxa"/>
            </w:tcMar>
            <w:vAlign w:val="center"/>
          </w:tcPr>
          <w:p w14:paraId="16466941" w14:textId="77777777" w:rsidR="00214C21" w:rsidRDefault="00B41876">
            <w:pPr>
              <w:pStyle w:val="Tabeltekst"/>
              <w:spacing w:line="254" w:lineRule="auto"/>
            </w:pPr>
            <w:r>
              <w:t>Kasbuffer en aanlooptekort</w:t>
            </w:r>
          </w:p>
        </w:tc>
        <w:tc>
          <w:tcPr>
            <w:tcW w:w="1531" w:type="dxa"/>
            <w:shd w:val="clear" w:color="auto" w:fill="FFFFFF"/>
            <w:tcMar>
              <w:top w:w="80" w:type="dxa"/>
              <w:left w:w="100" w:type="dxa"/>
              <w:bottom w:w="80" w:type="dxa"/>
              <w:right w:w="100" w:type="dxa"/>
            </w:tcMar>
            <w:vAlign w:val="center"/>
          </w:tcPr>
          <w:p w14:paraId="264099EA" w14:textId="77777777" w:rsidR="00214C21" w:rsidRDefault="001B51A9">
            <w:pPr>
              <w:pStyle w:val="Tabeltekst"/>
              <w:spacing w:line="254" w:lineRule="auto"/>
            </w:pPr>
            <w:sdt>
              <w:sdtPr>
                <w:alias w:val="€ …"/>
                <w:tag w:val="antwoord_240"/>
                <w:id w:val="1239"/>
                <w:text/>
              </w:sdtPr>
              <w:sdtEndPr/>
              <w:sdtContent>
                <w:r w:rsidR="00B41876">
                  <w:t>[€ …]</w:t>
                </w:r>
              </w:sdtContent>
            </w:sdt>
          </w:p>
        </w:tc>
        <w:tc>
          <w:tcPr>
            <w:tcW w:w="3798" w:type="dxa"/>
            <w:shd w:val="clear" w:color="auto" w:fill="FFFFFF"/>
            <w:tcMar>
              <w:top w:w="80" w:type="dxa"/>
              <w:left w:w="100" w:type="dxa"/>
              <w:bottom w:w="80" w:type="dxa"/>
              <w:right w:w="100" w:type="dxa"/>
            </w:tcMar>
            <w:vAlign w:val="center"/>
          </w:tcPr>
          <w:p w14:paraId="175D5B6F" w14:textId="77777777" w:rsidR="00214C21" w:rsidRDefault="001B51A9">
            <w:pPr>
              <w:pStyle w:val="Tabeltekst"/>
              <w:spacing w:line="254" w:lineRule="auto"/>
            </w:pPr>
            <w:sdt>
              <w:sdtPr>
                <w:alias w:val="Gebaseerd op maandelijkse kasstromen"/>
                <w:tag w:val="antwoord_241"/>
                <w:id w:val="1240"/>
                <w:text/>
              </w:sdtPr>
              <w:sdtEndPr/>
              <w:sdtContent>
                <w:r w:rsidR="00B41876">
                  <w:t>[Gebaseerd op maandelijkse kasstromen]</w:t>
                </w:r>
              </w:sdtContent>
            </w:sdt>
          </w:p>
        </w:tc>
      </w:tr>
      <w:tr w:rsidR="00214C21" w14:paraId="2372F222" w14:textId="77777777">
        <w:trPr>
          <w:cantSplit/>
          <w:jc w:val="center"/>
        </w:trPr>
        <w:tc>
          <w:tcPr>
            <w:tcW w:w="4082" w:type="dxa"/>
            <w:shd w:val="clear" w:color="auto" w:fill="F1F6FA"/>
            <w:tcMar>
              <w:top w:w="80" w:type="dxa"/>
              <w:left w:w="100" w:type="dxa"/>
              <w:bottom w:w="80" w:type="dxa"/>
              <w:right w:w="100" w:type="dxa"/>
            </w:tcMar>
            <w:vAlign w:val="center"/>
          </w:tcPr>
          <w:p w14:paraId="7BDB1C63" w14:textId="77777777" w:rsidR="00214C21" w:rsidRDefault="00B41876">
            <w:pPr>
              <w:pStyle w:val="Tabeltekst"/>
              <w:spacing w:line="254" w:lineRule="auto"/>
            </w:pPr>
            <w:r>
              <w:t>Totaal benodigde middelen</w:t>
            </w:r>
          </w:p>
        </w:tc>
        <w:tc>
          <w:tcPr>
            <w:tcW w:w="1531" w:type="dxa"/>
            <w:shd w:val="clear" w:color="auto" w:fill="F1F6FA"/>
            <w:tcMar>
              <w:top w:w="80" w:type="dxa"/>
              <w:left w:w="100" w:type="dxa"/>
              <w:bottom w:w="80" w:type="dxa"/>
              <w:right w:w="100" w:type="dxa"/>
            </w:tcMar>
            <w:vAlign w:val="center"/>
          </w:tcPr>
          <w:p w14:paraId="1FDD005F" w14:textId="77777777" w:rsidR="00214C21" w:rsidRDefault="001B51A9">
            <w:pPr>
              <w:pStyle w:val="Tabeltekst"/>
              <w:spacing w:line="254" w:lineRule="auto"/>
            </w:pPr>
            <w:sdt>
              <w:sdtPr>
                <w:alias w:val="€ …"/>
                <w:tag w:val="antwoord_242"/>
                <w:id w:val="1241"/>
                <w:text/>
              </w:sdtPr>
              <w:sdtEndPr/>
              <w:sdtContent>
                <w:r w:rsidR="00B41876">
                  <w:t>[€ …]</w:t>
                </w:r>
              </w:sdtContent>
            </w:sdt>
          </w:p>
        </w:tc>
        <w:tc>
          <w:tcPr>
            <w:tcW w:w="3798" w:type="dxa"/>
            <w:shd w:val="clear" w:color="auto" w:fill="F1F6FA"/>
            <w:tcMar>
              <w:top w:w="80" w:type="dxa"/>
              <w:left w:w="100" w:type="dxa"/>
              <w:bottom w:w="80" w:type="dxa"/>
              <w:right w:w="100" w:type="dxa"/>
            </w:tcMar>
            <w:vAlign w:val="center"/>
          </w:tcPr>
          <w:p w14:paraId="7C640078" w14:textId="77777777" w:rsidR="00214C21" w:rsidRDefault="001B51A9">
            <w:pPr>
              <w:pStyle w:val="Tabeltekst"/>
              <w:spacing w:line="254" w:lineRule="auto"/>
            </w:pPr>
            <w:sdt>
              <w:sdtPr>
                <w:alias w:val="Som van de bovenstaande posten"/>
                <w:tag w:val="antwoord_243"/>
                <w:id w:val="1242"/>
                <w:text/>
              </w:sdtPr>
              <w:sdtEndPr/>
              <w:sdtContent>
                <w:r w:rsidR="00B41876">
                  <w:t>[Som van de bovenstaande posten]</w:t>
                </w:r>
              </w:sdtContent>
            </w:sdt>
          </w:p>
        </w:tc>
      </w:tr>
    </w:tbl>
    <w:p w14:paraId="0BBFC39E" w14:textId="77777777" w:rsidR="00214C21" w:rsidRDefault="00214C21">
      <w:pPr>
        <w:spacing w:after="0"/>
      </w:pP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082"/>
        <w:gridCol w:w="1531"/>
        <w:gridCol w:w="3798"/>
      </w:tblGrid>
      <w:tr w:rsidR="00214C21" w14:paraId="221AD8AC" w14:textId="77777777">
        <w:trPr>
          <w:cantSplit/>
          <w:tblHeader/>
          <w:jc w:val="center"/>
        </w:trPr>
        <w:tc>
          <w:tcPr>
            <w:tcW w:w="4082" w:type="dxa"/>
            <w:shd w:val="clear" w:color="auto" w:fill="1A263D"/>
            <w:tcMar>
              <w:top w:w="80" w:type="dxa"/>
              <w:left w:w="100" w:type="dxa"/>
              <w:bottom w:w="80" w:type="dxa"/>
              <w:right w:w="100" w:type="dxa"/>
            </w:tcMar>
            <w:vAlign w:val="center"/>
          </w:tcPr>
          <w:p w14:paraId="56C03FE4" w14:textId="77777777" w:rsidR="00214C21" w:rsidRDefault="00B41876">
            <w:pPr>
              <w:pStyle w:val="Tabeltekst"/>
              <w:spacing w:line="254" w:lineRule="auto"/>
            </w:pPr>
            <w:r>
              <w:rPr>
                <w:b/>
                <w:color w:val="FFFFFF"/>
              </w:rPr>
              <w:t>Financieringsbron</w:t>
            </w:r>
          </w:p>
        </w:tc>
        <w:tc>
          <w:tcPr>
            <w:tcW w:w="1531" w:type="dxa"/>
            <w:shd w:val="clear" w:color="auto" w:fill="1A263D"/>
            <w:tcMar>
              <w:top w:w="80" w:type="dxa"/>
              <w:left w:w="100" w:type="dxa"/>
              <w:bottom w:w="80" w:type="dxa"/>
              <w:right w:w="100" w:type="dxa"/>
            </w:tcMar>
            <w:vAlign w:val="center"/>
          </w:tcPr>
          <w:p w14:paraId="285FF036" w14:textId="77777777" w:rsidR="00214C21" w:rsidRDefault="00B41876">
            <w:pPr>
              <w:pStyle w:val="Tabeltekst"/>
              <w:spacing w:line="254" w:lineRule="auto"/>
            </w:pPr>
            <w:r>
              <w:rPr>
                <w:b/>
                <w:color w:val="FFFFFF"/>
              </w:rPr>
              <w:t>Bedrag</w:t>
            </w:r>
          </w:p>
        </w:tc>
        <w:tc>
          <w:tcPr>
            <w:tcW w:w="3798" w:type="dxa"/>
            <w:shd w:val="clear" w:color="auto" w:fill="1A263D"/>
            <w:tcMar>
              <w:top w:w="80" w:type="dxa"/>
              <w:left w:w="100" w:type="dxa"/>
              <w:bottom w:w="80" w:type="dxa"/>
              <w:right w:w="100" w:type="dxa"/>
            </w:tcMar>
            <w:vAlign w:val="center"/>
          </w:tcPr>
          <w:p w14:paraId="038F0E0E" w14:textId="77777777" w:rsidR="00214C21" w:rsidRDefault="00B41876">
            <w:pPr>
              <w:pStyle w:val="Tabeltekst"/>
              <w:spacing w:line="254" w:lineRule="auto"/>
            </w:pPr>
            <w:r>
              <w:rPr>
                <w:b/>
                <w:color w:val="FFFFFF"/>
              </w:rPr>
              <w:t>Status en voorwaarden</w:t>
            </w:r>
          </w:p>
        </w:tc>
      </w:tr>
      <w:tr w:rsidR="00214C21" w14:paraId="7883097F" w14:textId="77777777">
        <w:trPr>
          <w:cantSplit/>
          <w:jc w:val="center"/>
        </w:trPr>
        <w:tc>
          <w:tcPr>
            <w:tcW w:w="4082" w:type="dxa"/>
            <w:shd w:val="clear" w:color="auto" w:fill="FFFFFF"/>
            <w:tcMar>
              <w:top w:w="80" w:type="dxa"/>
              <w:left w:w="100" w:type="dxa"/>
              <w:bottom w:w="80" w:type="dxa"/>
              <w:right w:w="100" w:type="dxa"/>
            </w:tcMar>
            <w:vAlign w:val="center"/>
          </w:tcPr>
          <w:p w14:paraId="7AF7110D" w14:textId="77777777" w:rsidR="00214C21" w:rsidRDefault="00B41876">
            <w:pPr>
              <w:pStyle w:val="Tabeltekst"/>
              <w:spacing w:line="254" w:lineRule="auto"/>
            </w:pPr>
            <w:r>
              <w:t>Eigen inbreng</w:t>
            </w:r>
          </w:p>
        </w:tc>
        <w:tc>
          <w:tcPr>
            <w:tcW w:w="1531" w:type="dxa"/>
            <w:shd w:val="clear" w:color="auto" w:fill="FFFFFF"/>
            <w:tcMar>
              <w:top w:w="80" w:type="dxa"/>
              <w:left w:w="100" w:type="dxa"/>
              <w:bottom w:w="80" w:type="dxa"/>
              <w:right w:w="100" w:type="dxa"/>
            </w:tcMar>
            <w:vAlign w:val="center"/>
          </w:tcPr>
          <w:p w14:paraId="7356265E" w14:textId="77777777" w:rsidR="00214C21" w:rsidRDefault="001B51A9">
            <w:pPr>
              <w:pStyle w:val="Tabeltekst"/>
              <w:spacing w:line="254" w:lineRule="auto"/>
            </w:pPr>
            <w:sdt>
              <w:sdtPr>
                <w:alias w:val="€ …"/>
                <w:tag w:val="antwoord_244"/>
                <w:id w:val="1243"/>
                <w:text/>
              </w:sdtPr>
              <w:sdtEndPr/>
              <w:sdtContent>
                <w:r w:rsidR="00B41876">
                  <w:t>[€ …]</w:t>
                </w:r>
              </w:sdtContent>
            </w:sdt>
          </w:p>
        </w:tc>
        <w:tc>
          <w:tcPr>
            <w:tcW w:w="3798" w:type="dxa"/>
            <w:shd w:val="clear" w:color="auto" w:fill="FFFFFF"/>
            <w:tcMar>
              <w:top w:w="80" w:type="dxa"/>
              <w:left w:w="100" w:type="dxa"/>
              <w:bottom w:w="80" w:type="dxa"/>
              <w:right w:w="100" w:type="dxa"/>
            </w:tcMar>
            <w:vAlign w:val="center"/>
          </w:tcPr>
          <w:p w14:paraId="4B0ACDB9" w14:textId="77777777" w:rsidR="00214C21" w:rsidRDefault="001B51A9">
            <w:pPr>
              <w:pStyle w:val="Tabeltekst"/>
              <w:spacing w:line="254" w:lineRule="auto"/>
            </w:pPr>
            <w:sdt>
              <w:sdtPr>
                <w:alias w:val="Beschikbaar; geld of inbreng in natura"/>
                <w:tag w:val="antwoord_245"/>
                <w:id w:val="1244"/>
                <w:text/>
              </w:sdtPr>
              <w:sdtEndPr/>
              <w:sdtContent>
                <w:r w:rsidR="00B41876">
                  <w:t>[Beschikbaar; geld of inbreng in natura]</w:t>
                </w:r>
              </w:sdtContent>
            </w:sdt>
          </w:p>
        </w:tc>
      </w:tr>
      <w:tr w:rsidR="00214C21" w14:paraId="034D5DF4" w14:textId="77777777">
        <w:trPr>
          <w:cantSplit/>
          <w:jc w:val="center"/>
        </w:trPr>
        <w:tc>
          <w:tcPr>
            <w:tcW w:w="4082" w:type="dxa"/>
            <w:shd w:val="clear" w:color="auto" w:fill="F1F6FA"/>
            <w:tcMar>
              <w:top w:w="80" w:type="dxa"/>
              <w:left w:w="100" w:type="dxa"/>
              <w:bottom w:w="80" w:type="dxa"/>
              <w:right w:w="100" w:type="dxa"/>
            </w:tcMar>
            <w:vAlign w:val="center"/>
          </w:tcPr>
          <w:p w14:paraId="56103E6D" w14:textId="77777777" w:rsidR="00214C21" w:rsidRDefault="00B41876">
            <w:pPr>
              <w:pStyle w:val="Tabeltekst"/>
              <w:spacing w:line="254" w:lineRule="auto"/>
            </w:pPr>
            <w:r>
              <w:t>Lening of krediet</w:t>
            </w:r>
          </w:p>
        </w:tc>
        <w:tc>
          <w:tcPr>
            <w:tcW w:w="1531" w:type="dxa"/>
            <w:shd w:val="clear" w:color="auto" w:fill="F1F6FA"/>
            <w:tcMar>
              <w:top w:w="80" w:type="dxa"/>
              <w:left w:w="100" w:type="dxa"/>
              <w:bottom w:w="80" w:type="dxa"/>
              <w:right w:w="100" w:type="dxa"/>
            </w:tcMar>
            <w:vAlign w:val="center"/>
          </w:tcPr>
          <w:p w14:paraId="4837CE03" w14:textId="77777777" w:rsidR="00214C21" w:rsidRDefault="001B51A9">
            <w:pPr>
              <w:pStyle w:val="Tabeltekst"/>
              <w:spacing w:line="254" w:lineRule="auto"/>
            </w:pPr>
            <w:sdt>
              <w:sdtPr>
                <w:alias w:val="€ …"/>
                <w:tag w:val="antwoord_246"/>
                <w:id w:val="1245"/>
                <w:text/>
              </w:sdtPr>
              <w:sdtEndPr/>
              <w:sdtContent>
                <w:r w:rsidR="00B41876">
                  <w:t>[€ …]</w:t>
                </w:r>
              </w:sdtContent>
            </w:sdt>
          </w:p>
        </w:tc>
        <w:tc>
          <w:tcPr>
            <w:tcW w:w="3798" w:type="dxa"/>
            <w:shd w:val="clear" w:color="auto" w:fill="F1F6FA"/>
            <w:tcMar>
              <w:top w:w="80" w:type="dxa"/>
              <w:left w:w="100" w:type="dxa"/>
              <w:bottom w:w="80" w:type="dxa"/>
              <w:right w:w="100" w:type="dxa"/>
            </w:tcMar>
            <w:vAlign w:val="center"/>
          </w:tcPr>
          <w:p w14:paraId="1FE730F1" w14:textId="77777777" w:rsidR="00214C21" w:rsidRDefault="001B51A9">
            <w:pPr>
              <w:pStyle w:val="Tabeltekst"/>
              <w:spacing w:line="254" w:lineRule="auto"/>
            </w:pPr>
            <w:sdt>
              <w:sdtPr>
                <w:alias w:val="Toegezegd of aanvraag; voorwaarden"/>
                <w:tag w:val="antwoord_247"/>
                <w:id w:val="1246"/>
                <w:text/>
              </w:sdtPr>
              <w:sdtEndPr/>
              <w:sdtContent>
                <w:r w:rsidR="00B41876">
                  <w:t>[Toegezegd of aanvraag; voorwaarden]</w:t>
                </w:r>
              </w:sdtContent>
            </w:sdt>
          </w:p>
        </w:tc>
      </w:tr>
      <w:tr w:rsidR="00214C21" w14:paraId="35E76B25" w14:textId="77777777">
        <w:trPr>
          <w:cantSplit/>
          <w:jc w:val="center"/>
        </w:trPr>
        <w:tc>
          <w:tcPr>
            <w:tcW w:w="4082" w:type="dxa"/>
            <w:shd w:val="clear" w:color="auto" w:fill="FFFFFF"/>
            <w:tcMar>
              <w:top w:w="80" w:type="dxa"/>
              <w:left w:w="100" w:type="dxa"/>
              <w:bottom w:w="80" w:type="dxa"/>
              <w:right w:w="100" w:type="dxa"/>
            </w:tcMar>
            <w:vAlign w:val="center"/>
          </w:tcPr>
          <w:p w14:paraId="4A1A094B" w14:textId="77777777" w:rsidR="00214C21" w:rsidRDefault="00B41876">
            <w:pPr>
              <w:pStyle w:val="Tabeltekst"/>
              <w:spacing w:line="254" w:lineRule="auto"/>
            </w:pPr>
            <w:r>
              <w:t>Investeerder of andere bron</w:t>
            </w:r>
          </w:p>
        </w:tc>
        <w:tc>
          <w:tcPr>
            <w:tcW w:w="1531" w:type="dxa"/>
            <w:shd w:val="clear" w:color="auto" w:fill="FFFFFF"/>
            <w:tcMar>
              <w:top w:w="80" w:type="dxa"/>
              <w:left w:w="100" w:type="dxa"/>
              <w:bottom w:w="80" w:type="dxa"/>
              <w:right w:w="100" w:type="dxa"/>
            </w:tcMar>
            <w:vAlign w:val="center"/>
          </w:tcPr>
          <w:p w14:paraId="63E3702B" w14:textId="77777777" w:rsidR="00214C21" w:rsidRDefault="001B51A9">
            <w:pPr>
              <w:pStyle w:val="Tabeltekst"/>
              <w:spacing w:line="254" w:lineRule="auto"/>
            </w:pPr>
            <w:sdt>
              <w:sdtPr>
                <w:alias w:val="€ …"/>
                <w:tag w:val="antwoord_248"/>
                <w:id w:val="1247"/>
                <w:text/>
              </w:sdtPr>
              <w:sdtEndPr/>
              <w:sdtContent>
                <w:r w:rsidR="00B41876">
                  <w:t>[€ …]</w:t>
                </w:r>
              </w:sdtContent>
            </w:sdt>
          </w:p>
        </w:tc>
        <w:tc>
          <w:tcPr>
            <w:tcW w:w="3798" w:type="dxa"/>
            <w:shd w:val="clear" w:color="auto" w:fill="FFFFFF"/>
            <w:tcMar>
              <w:top w:w="80" w:type="dxa"/>
              <w:left w:w="100" w:type="dxa"/>
              <w:bottom w:w="80" w:type="dxa"/>
              <w:right w:w="100" w:type="dxa"/>
            </w:tcMar>
            <w:vAlign w:val="center"/>
          </w:tcPr>
          <w:p w14:paraId="2752FE02" w14:textId="77777777" w:rsidR="00214C21" w:rsidRDefault="001B51A9">
            <w:pPr>
              <w:pStyle w:val="Tabeltekst"/>
              <w:spacing w:line="254" w:lineRule="auto"/>
            </w:pPr>
            <w:sdt>
              <w:sdtPr>
                <w:alias w:val="Bevestigd of onzeker; voorwaarden"/>
                <w:tag w:val="antwoord_249"/>
                <w:id w:val="1248"/>
                <w:text/>
              </w:sdtPr>
              <w:sdtEndPr/>
              <w:sdtContent>
                <w:r w:rsidR="00B41876">
                  <w:t>[Bevestigd of onzeker; voorwaarden]</w:t>
                </w:r>
              </w:sdtContent>
            </w:sdt>
          </w:p>
        </w:tc>
      </w:tr>
      <w:tr w:rsidR="00214C21" w14:paraId="33A24C11" w14:textId="77777777">
        <w:trPr>
          <w:cantSplit/>
          <w:jc w:val="center"/>
        </w:trPr>
        <w:tc>
          <w:tcPr>
            <w:tcW w:w="4082" w:type="dxa"/>
            <w:shd w:val="clear" w:color="auto" w:fill="F1F6FA"/>
            <w:tcMar>
              <w:top w:w="80" w:type="dxa"/>
              <w:left w:w="100" w:type="dxa"/>
              <w:bottom w:w="80" w:type="dxa"/>
              <w:right w:w="100" w:type="dxa"/>
            </w:tcMar>
            <w:vAlign w:val="center"/>
          </w:tcPr>
          <w:p w14:paraId="0A062ACF" w14:textId="77777777" w:rsidR="00214C21" w:rsidRDefault="00B41876">
            <w:pPr>
              <w:pStyle w:val="Tabeltekst"/>
              <w:spacing w:line="254" w:lineRule="auto"/>
            </w:pPr>
            <w:r>
              <w:t>Totaal financiering</w:t>
            </w:r>
          </w:p>
        </w:tc>
        <w:tc>
          <w:tcPr>
            <w:tcW w:w="1531" w:type="dxa"/>
            <w:shd w:val="clear" w:color="auto" w:fill="F1F6FA"/>
            <w:tcMar>
              <w:top w:w="80" w:type="dxa"/>
              <w:left w:w="100" w:type="dxa"/>
              <w:bottom w:w="80" w:type="dxa"/>
              <w:right w:w="100" w:type="dxa"/>
            </w:tcMar>
            <w:vAlign w:val="center"/>
          </w:tcPr>
          <w:p w14:paraId="29A4FBCD" w14:textId="77777777" w:rsidR="00214C21" w:rsidRDefault="001B51A9">
            <w:pPr>
              <w:pStyle w:val="Tabeltekst"/>
              <w:spacing w:line="254" w:lineRule="auto"/>
            </w:pPr>
            <w:sdt>
              <w:sdtPr>
                <w:alias w:val="€ …"/>
                <w:tag w:val="antwoord_250"/>
                <w:id w:val="1249"/>
                <w:text/>
              </w:sdtPr>
              <w:sdtEndPr/>
              <w:sdtContent>
                <w:r w:rsidR="00B41876">
                  <w:t>[€ …]</w:t>
                </w:r>
              </w:sdtContent>
            </w:sdt>
          </w:p>
        </w:tc>
        <w:tc>
          <w:tcPr>
            <w:tcW w:w="3798" w:type="dxa"/>
            <w:shd w:val="clear" w:color="auto" w:fill="F1F6FA"/>
            <w:tcMar>
              <w:top w:w="80" w:type="dxa"/>
              <w:left w:w="100" w:type="dxa"/>
              <w:bottom w:w="80" w:type="dxa"/>
              <w:right w:w="100" w:type="dxa"/>
            </w:tcMar>
            <w:vAlign w:val="center"/>
          </w:tcPr>
          <w:p w14:paraId="395CAE95" w14:textId="77777777" w:rsidR="00214C21" w:rsidRDefault="001B51A9">
            <w:pPr>
              <w:pStyle w:val="Tabeltekst"/>
              <w:spacing w:line="254" w:lineRule="auto"/>
            </w:pPr>
            <w:sdt>
              <w:sdtPr>
                <w:alias w:val="Moet aansluiten op benodigde middelen"/>
                <w:tag w:val="antwoord_251"/>
                <w:id w:val="1250"/>
                <w:text/>
              </w:sdtPr>
              <w:sdtEndPr/>
              <w:sdtContent>
                <w:r w:rsidR="00B41876">
                  <w:t>[Moet aansluiten op benodigde middelen]</w:t>
                </w:r>
              </w:sdtContent>
            </w:sdt>
          </w:p>
        </w:tc>
      </w:tr>
    </w:tbl>
    <w:p w14:paraId="744CFC05" w14:textId="77777777" w:rsidR="00214C21" w:rsidRDefault="00214C21">
      <w:pPr>
        <w:spacing w:after="0"/>
      </w:pPr>
    </w:p>
    <w:p w14:paraId="486D2F79" w14:textId="77777777" w:rsidR="00214C21" w:rsidRDefault="00B41876">
      <w:pPr>
        <w:pStyle w:val="Heading2"/>
      </w:pPr>
      <w:r>
        <w:t>Aanvraag en terugbetaling</w:t>
      </w:r>
    </w:p>
    <w:p w14:paraId="1FC2FEEA" w14:textId="77777777" w:rsidR="00214C21" w:rsidRDefault="00B41876">
      <w:pPr>
        <w:pStyle w:val="Invulhulp"/>
      </w:pPr>
      <w:r>
        <w:t>Benoem besteding, looptijd, rente, aflossing, zekerheden en voorwaarden. Beschrijf hoe de kasstromen rente en aflossing dragen.</w:t>
      </w:r>
    </w:p>
    <w:p w14:paraId="16BA1533" w14:textId="77777777" w:rsidR="00214C21" w:rsidRDefault="001B51A9">
      <w:pPr>
        <w:pStyle w:val="Invulveld"/>
      </w:pPr>
      <w:sdt>
        <w:sdtPr>
          <w:alias w:val="Wij vragen € … voor … De looptijd is … en de betaling € … per … Terugbetaling komt uit … Zekerheden en voorwaarden zijn "/>
          <w:tag w:val="antwoord_252"/>
          <w:id w:val="1251"/>
        </w:sdtPr>
        <w:sdtEndPr/>
        <w:sdtContent>
          <w:r w:rsidR="00B41876">
            <w:rPr>
              <w:color w:val="000000"/>
            </w:rPr>
            <w:t>[Wij vragen € … voor … De looptijd is … en de betaling € … per … Terugbetaling komt uit … Zekerheden en voorwaarden zijn …]</w:t>
          </w:r>
        </w:sdtContent>
      </w:sdt>
    </w:p>
    <w:p w14:paraId="7BCC1639" w14:textId="77777777" w:rsidR="00214C21" w:rsidRDefault="00B41876">
      <w:pPr>
        <w:pStyle w:val="Kleinetekst"/>
      </w:pPr>
      <w:r>
        <w:t>Controle: voorkom dubbeltelling van werkkapitaal en kasbuffer. Geld in natura kan geen facturen betalen. Onzekere financiering of subsidie is pas beschikbaar wanneer zij is bevestigd en uitbetaald.</w:t>
      </w:r>
    </w:p>
    <w:p w14:paraId="5F7D7A99" w14:textId="77777777" w:rsidR="00214C21" w:rsidRDefault="00B41876">
      <w:r>
        <w:br w:type="page"/>
      </w:r>
    </w:p>
    <w:p w14:paraId="6BD51D04" w14:textId="77777777" w:rsidR="00214C21" w:rsidRDefault="00B41876">
      <w:pPr>
        <w:pStyle w:val="Sectielabel"/>
      </w:pPr>
      <w:r>
        <w:lastRenderedPageBreak/>
        <w:t>18  /  RESULTAAT</w:t>
      </w:r>
    </w:p>
    <w:p w14:paraId="69C70FB2" w14:textId="77777777" w:rsidR="00214C21" w:rsidRDefault="00B41876">
      <w:pPr>
        <w:pStyle w:val="Heading1"/>
      </w:pPr>
      <w:bookmarkStart w:id="17" w:name="_Toc242630381"/>
      <w:r>
        <w:t>Exploitatiebegroting</w:t>
      </w:r>
      <w:bookmarkEnd w:id="17"/>
    </w:p>
    <w:p w14:paraId="14B21993" w14:textId="77777777" w:rsidR="00214C21" w:rsidRDefault="00B41876">
      <w:r>
        <w:t>Laat zien hoe de onderneming over drie jaar tot een resultaat komt. Voeg bij een bestaand bedrijf de laatste realisatie toe in een extra kolom of bijlage.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309"/>
        <w:gridCol w:w="1701"/>
        <w:gridCol w:w="1701"/>
        <w:gridCol w:w="1701"/>
      </w:tblGrid>
      <w:tr w:rsidR="00214C21" w14:paraId="1B008977" w14:textId="77777777">
        <w:trPr>
          <w:cantSplit/>
          <w:tblHeader/>
          <w:jc w:val="center"/>
        </w:trPr>
        <w:tc>
          <w:tcPr>
            <w:tcW w:w="4309" w:type="dxa"/>
            <w:shd w:val="clear" w:color="auto" w:fill="1A263D"/>
            <w:tcMar>
              <w:top w:w="80" w:type="dxa"/>
              <w:left w:w="100" w:type="dxa"/>
              <w:bottom w:w="80" w:type="dxa"/>
              <w:right w:w="100" w:type="dxa"/>
            </w:tcMar>
            <w:vAlign w:val="center"/>
          </w:tcPr>
          <w:p w14:paraId="0F8BE430" w14:textId="77777777" w:rsidR="00214C21" w:rsidRDefault="00B41876">
            <w:pPr>
              <w:pStyle w:val="Tabeltekst"/>
              <w:spacing w:line="254" w:lineRule="auto"/>
            </w:pPr>
            <w:r>
              <w:rPr>
                <w:b/>
                <w:color w:val="FFFFFF"/>
              </w:rPr>
              <w:t>Exclusief terugvorderbare btw</w:t>
            </w:r>
          </w:p>
        </w:tc>
        <w:tc>
          <w:tcPr>
            <w:tcW w:w="1701" w:type="dxa"/>
            <w:shd w:val="clear" w:color="auto" w:fill="1A263D"/>
            <w:tcMar>
              <w:top w:w="80" w:type="dxa"/>
              <w:left w:w="100" w:type="dxa"/>
              <w:bottom w:w="80" w:type="dxa"/>
              <w:right w:w="100" w:type="dxa"/>
            </w:tcMar>
            <w:vAlign w:val="center"/>
          </w:tcPr>
          <w:p w14:paraId="04BDB95E" w14:textId="77777777" w:rsidR="00214C21" w:rsidRDefault="00B41876">
            <w:pPr>
              <w:pStyle w:val="Tabeltekst"/>
              <w:spacing w:line="254" w:lineRule="auto"/>
              <w:jc w:val="center"/>
            </w:pPr>
            <w:r>
              <w:rPr>
                <w:b/>
                <w:color w:val="FFFFFF"/>
              </w:rPr>
              <w:t>Jaar 1</w:t>
            </w:r>
          </w:p>
        </w:tc>
        <w:tc>
          <w:tcPr>
            <w:tcW w:w="1701" w:type="dxa"/>
            <w:shd w:val="clear" w:color="auto" w:fill="1A263D"/>
            <w:tcMar>
              <w:top w:w="80" w:type="dxa"/>
              <w:left w:w="100" w:type="dxa"/>
              <w:bottom w:w="80" w:type="dxa"/>
              <w:right w:w="100" w:type="dxa"/>
            </w:tcMar>
            <w:vAlign w:val="center"/>
          </w:tcPr>
          <w:p w14:paraId="7D7CF9E6" w14:textId="77777777" w:rsidR="00214C21" w:rsidRDefault="00B41876">
            <w:pPr>
              <w:pStyle w:val="Tabeltekst"/>
              <w:spacing w:line="254" w:lineRule="auto"/>
              <w:jc w:val="center"/>
            </w:pPr>
            <w:r>
              <w:rPr>
                <w:b/>
                <w:color w:val="FFFFFF"/>
              </w:rPr>
              <w:t>Jaar 2</w:t>
            </w:r>
          </w:p>
        </w:tc>
        <w:tc>
          <w:tcPr>
            <w:tcW w:w="1701" w:type="dxa"/>
            <w:shd w:val="clear" w:color="auto" w:fill="1A263D"/>
            <w:tcMar>
              <w:top w:w="80" w:type="dxa"/>
              <w:left w:w="100" w:type="dxa"/>
              <w:bottom w:w="80" w:type="dxa"/>
              <w:right w:w="100" w:type="dxa"/>
            </w:tcMar>
            <w:vAlign w:val="center"/>
          </w:tcPr>
          <w:p w14:paraId="3E8BF9F2" w14:textId="77777777" w:rsidR="00214C21" w:rsidRDefault="00B41876">
            <w:pPr>
              <w:pStyle w:val="Tabeltekst"/>
              <w:spacing w:line="254" w:lineRule="auto"/>
              <w:jc w:val="center"/>
            </w:pPr>
            <w:r>
              <w:rPr>
                <w:b/>
                <w:color w:val="FFFFFF"/>
              </w:rPr>
              <w:t>Jaar 3</w:t>
            </w:r>
          </w:p>
        </w:tc>
      </w:tr>
      <w:tr w:rsidR="00214C21" w14:paraId="65958F2C" w14:textId="77777777">
        <w:trPr>
          <w:cantSplit/>
          <w:jc w:val="center"/>
        </w:trPr>
        <w:tc>
          <w:tcPr>
            <w:tcW w:w="4309" w:type="dxa"/>
            <w:shd w:val="clear" w:color="auto" w:fill="FFFFFF"/>
            <w:tcMar>
              <w:top w:w="80" w:type="dxa"/>
              <w:left w:w="100" w:type="dxa"/>
              <w:bottom w:w="80" w:type="dxa"/>
              <w:right w:w="100" w:type="dxa"/>
            </w:tcMar>
            <w:vAlign w:val="center"/>
          </w:tcPr>
          <w:p w14:paraId="7EA657D1" w14:textId="77777777" w:rsidR="00214C21" w:rsidRDefault="00B41876">
            <w:pPr>
              <w:pStyle w:val="Tabeltekst"/>
              <w:spacing w:line="254" w:lineRule="auto"/>
            </w:pPr>
            <w:r>
              <w:t>Omzet</w:t>
            </w:r>
          </w:p>
        </w:tc>
        <w:tc>
          <w:tcPr>
            <w:tcW w:w="1701" w:type="dxa"/>
            <w:shd w:val="clear" w:color="auto" w:fill="FFFFFF"/>
            <w:tcMar>
              <w:top w:w="80" w:type="dxa"/>
              <w:left w:w="100" w:type="dxa"/>
              <w:bottom w:w="80" w:type="dxa"/>
              <w:right w:w="100" w:type="dxa"/>
            </w:tcMar>
            <w:vAlign w:val="center"/>
          </w:tcPr>
          <w:p w14:paraId="4E83F8F7" w14:textId="77777777" w:rsidR="00214C21" w:rsidRDefault="001B51A9">
            <w:pPr>
              <w:pStyle w:val="Tabeltekst"/>
              <w:spacing w:line="254" w:lineRule="auto"/>
              <w:jc w:val="center"/>
            </w:pPr>
            <w:sdt>
              <w:sdtPr>
                <w:alias w:val="€ …"/>
                <w:tag w:val="antwoord_253"/>
                <w:id w:val="1252"/>
                <w:text/>
              </w:sdtPr>
              <w:sdtEndPr/>
              <w:sdtContent>
                <w:r w:rsidR="00B41876">
                  <w:t>[€ …]</w:t>
                </w:r>
              </w:sdtContent>
            </w:sdt>
          </w:p>
        </w:tc>
        <w:tc>
          <w:tcPr>
            <w:tcW w:w="1701" w:type="dxa"/>
            <w:shd w:val="clear" w:color="auto" w:fill="FFFFFF"/>
            <w:tcMar>
              <w:top w:w="80" w:type="dxa"/>
              <w:left w:w="100" w:type="dxa"/>
              <w:bottom w:w="80" w:type="dxa"/>
              <w:right w:w="100" w:type="dxa"/>
            </w:tcMar>
            <w:vAlign w:val="center"/>
          </w:tcPr>
          <w:p w14:paraId="37F3084D" w14:textId="77777777" w:rsidR="00214C21" w:rsidRDefault="001B51A9">
            <w:pPr>
              <w:pStyle w:val="Tabeltekst"/>
              <w:spacing w:line="254" w:lineRule="auto"/>
              <w:jc w:val="center"/>
            </w:pPr>
            <w:sdt>
              <w:sdtPr>
                <w:alias w:val="€ …"/>
                <w:tag w:val="antwoord_254"/>
                <w:id w:val="1253"/>
                <w:text/>
              </w:sdtPr>
              <w:sdtEndPr/>
              <w:sdtContent>
                <w:r w:rsidR="00B41876">
                  <w:t>[€ …]</w:t>
                </w:r>
              </w:sdtContent>
            </w:sdt>
          </w:p>
        </w:tc>
        <w:tc>
          <w:tcPr>
            <w:tcW w:w="1701" w:type="dxa"/>
            <w:shd w:val="clear" w:color="auto" w:fill="FFFFFF"/>
            <w:tcMar>
              <w:top w:w="80" w:type="dxa"/>
              <w:left w:w="100" w:type="dxa"/>
              <w:bottom w:w="80" w:type="dxa"/>
              <w:right w:w="100" w:type="dxa"/>
            </w:tcMar>
            <w:vAlign w:val="center"/>
          </w:tcPr>
          <w:p w14:paraId="01925362" w14:textId="77777777" w:rsidR="00214C21" w:rsidRDefault="001B51A9">
            <w:pPr>
              <w:pStyle w:val="Tabeltekst"/>
              <w:spacing w:line="254" w:lineRule="auto"/>
              <w:jc w:val="center"/>
            </w:pPr>
            <w:sdt>
              <w:sdtPr>
                <w:alias w:val="€ …"/>
                <w:tag w:val="antwoord_255"/>
                <w:id w:val="1254"/>
                <w:text/>
              </w:sdtPr>
              <w:sdtEndPr/>
              <w:sdtContent>
                <w:r w:rsidR="00B41876">
                  <w:t>[€ …]</w:t>
                </w:r>
              </w:sdtContent>
            </w:sdt>
          </w:p>
        </w:tc>
      </w:tr>
      <w:tr w:rsidR="00214C21" w14:paraId="5B912E2E" w14:textId="77777777">
        <w:trPr>
          <w:cantSplit/>
          <w:jc w:val="center"/>
        </w:trPr>
        <w:tc>
          <w:tcPr>
            <w:tcW w:w="4309" w:type="dxa"/>
            <w:shd w:val="clear" w:color="auto" w:fill="F1F6FA"/>
            <w:tcMar>
              <w:top w:w="80" w:type="dxa"/>
              <w:left w:w="100" w:type="dxa"/>
              <w:bottom w:w="80" w:type="dxa"/>
              <w:right w:w="100" w:type="dxa"/>
            </w:tcMar>
            <w:vAlign w:val="center"/>
          </w:tcPr>
          <w:p w14:paraId="35A26A25" w14:textId="77777777" w:rsidR="00214C21" w:rsidRDefault="00B41876">
            <w:pPr>
              <w:pStyle w:val="Tabeltekst"/>
              <w:spacing w:line="254" w:lineRule="auto"/>
            </w:pPr>
            <w:r>
              <w:t>Directe inkoop en productiekosten</w:t>
            </w:r>
          </w:p>
        </w:tc>
        <w:tc>
          <w:tcPr>
            <w:tcW w:w="1701" w:type="dxa"/>
            <w:shd w:val="clear" w:color="auto" w:fill="F1F6FA"/>
            <w:tcMar>
              <w:top w:w="80" w:type="dxa"/>
              <w:left w:w="100" w:type="dxa"/>
              <w:bottom w:w="80" w:type="dxa"/>
              <w:right w:w="100" w:type="dxa"/>
            </w:tcMar>
            <w:vAlign w:val="center"/>
          </w:tcPr>
          <w:p w14:paraId="32CEE69B" w14:textId="77777777" w:rsidR="00214C21" w:rsidRDefault="001B51A9">
            <w:pPr>
              <w:pStyle w:val="Tabeltekst"/>
              <w:spacing w:line="254" w:lineRule="auto"/>
              <w:jc w:val="center"/>
            </w:pPr>
            <w:sdt>
              <w:sdtPr>
                <w:alias w:val="€ …"/>
                <w:tag w:val="antwoord_256"/>
                <w:id w:val="1255"/>
                <w:text/>
              </w:sdtPr>
              <w:sdtEndPr/>
              <w:sdtContent>
                <w:r w:rsidR="00B41876">
                  <w:t>[€ …]</w:t>
                </w:r>
              </w:sdtContent>
            </w:sdt>
          </w:p>
        </w:tc>
        <w:tc>
          <w:tcPr>
            <w:tcW w:w="1701" w:type="dxa"/>
            <w:shd w:val="clear" w:color="auto" w:fill="F1F6FA"/>
            <w:tcMar>
              <w:top w:w="80" w:type="dxa"/>
              <w:left w:w="100" w:type="dxa"/>
              <w:bottom w:w="80" w:type="dxa"/>
              <w:right w:w="100" w:type="dxa"/>
            </w:tcMar>
            <w:vAlign w:val="center"/>
          </w:tcPr>
          <w:p w14:paraId="4671A7FE" w14:textId="77777777" w:rsidR="00214C21" w:rsidRDefault="001B51A9">
            <w:pPr>
              <w:pStyle w:val="Tabeltekst"/>
              <w:spacing w:line="254" w:lineRule="auto"/>
              <w:jc w:val="center"/>
            </w:pPr>
            <w:sdt>
              <w:sdtPr>
                <w:alias w:val="€ …"/>
                <w:tag w:val="antwoord_257"/>
                <w:id w:val="1256"/>
                <w:text/>
              </w:sdtPr>
              <w:sdtEndPr/>
              <w:sdtContent>
                <w:r w:rsidR="00B41876">
                  <w:t>[€ …]</w:t>
                </w:r>
              </w:sdtContent>
            </w:sdt>
          </w:p>
        </w:tc>
        <w:tc>
          <w:tcPr>
            <w:tcW w:w="1701" w:type="dxa"/>
            <w:shd w:val="clear" w:color="auto" w:fill="F1F6FA"/>
            <w:tcMar>
              <w:top w:w="80" w:type="dxa"/>
              <w:left w:w="100" w:type="dxa"/>
              <w:bottom w:w="80" w:type="dxa"/>
              <w:right w:w="100" w:type="dxa"/>
            </w:tcMar>
            <w:vAlign w:val="center"/>
          </w:tcPr>
          <w:p w14:paraId="11469364" w14:textId="77777777" w:rsidR="00214C21" w:rsidRDefault="001B51A9">
            <w:pPr>
              <w:pStyle w:val="Tabeltekst"/>
              <w:spacing w:line="254" w:lineRule="auto"/>
              <w:jc w:val="center"/>
            </w:pPr>
            <w:sdt>
              <w:sdtPr>
                <w:alias w:val="€ …"/>
                <w:tag w:val="antwoord_258"/>
                <w:id w:val="1257"/>
                <w:text/>
              </w:sdtPr>
              <w:sdtEndPr/>
              <w:sdtContent>
                <w:r w:rsidR="00B41876">
                  <w:t>[€ …]</w:t>
                </w:r>
              </w:sdtContent>
            </w:sdt>
          </w:p>
        </w:tc>
      </w:tr>
      <w:tr w:rsidR="00214C21" w14:paraId="28594E6B" w14:textId="77777777">
        <w:trPr>
          <w:cantSplit/>
          <w:jc w:val="center"/>
        </w:trPr>
        <w:tc>
          <w:tcPr>
            <w:tcW w:w="4309" w:type="dxa"/>
            <w:shd w:val="clear" w:color="auto" w:fill="FFFFFF"/>
            <w:tcMar>
              <w:top w:w="80" w:type="dxa"/>
              <w:left w:w="100" w:type="dxa"/>
              <w:bottom w:w="80" w:type="dxa"/>
              <w:right w:w="100" w:type="dxa"/>
            </w:tcMar>
            <w:vAlign w:val="center"/>
          </w:tcPr>
          <w:p w14:paraId="6BA58628" w14:textId="77777777" w:rsidR="00214C21" w:rsidRDefault="00B41876">
            <w:pPr>
              <w:pStyle w:val="Tabeltekst"/>
              <w:spacing w:line="254" w:lineRule="auto"/>
            </w:pPr>
            <w:r>
              <w:t>Brutowinst</w:t>
            </w:r>
          </w:p>
        </w:tc>
        <w:tc>
          <w:tcPr>
            <w:tcW w:w="1701" w:type="dxa"/>
            <w:shd w:val="clear" w:color="auto" w:fill="FFFFFF"/>
            <w:tcMar>
              <w:top w:w="80" w:type="dxa"/>
              <w:left w:w="100" w:type="dxa"/>
              <w:bottom w:w="80" w:type="dxa"/>
              <w:right w:w="100" w:type="dxa"/>
            </w:tcMar>
            <w:vAlign w:val="center"/>
          </w:tcPr>
          <w:p w14:paraId="48189881" w14:textId="77777777" w:rsidR="00214C21" w:rsidRDefault="001B51A9">
            <w:pPr>
              <w:pStyle w:val="Tabeltekst"/>
              <w:spacing w:line="254" w:lineRule="auto"/>
              <w:jc w:val="center"/>
            </w:pPr>
            <w:sdt>
              <w:sdtPr>
                <w:alias w:val="€ …"/>
                <w:tag w:val="antwoord_259"/>
                <w:id w:val="1258"/>
                <w:text/>
              </w:sdtPr>
              <w:sdtEndPr/>
              <w:sdtContent>
                <w:r w:rsidR="00B41876">
                  <w:t>[€ …]</w:t>
                </w:r>
              </w:sdtContent>
            </w:sdt>
          </w:p>
        </w:tc>
        <w:tc>
          <w:tcPr>
            <w:tcW w:w="1701" w:type="dxa"/>
            <w:shd w:val="clear" w:color="auto" w:fill="FFFFFF"/>
            <w:tcMar>
              <w:top w:w="80" w:type="dxa"/>
              <w:left w:w="100" w:type="dxa"/>
              <w:bottom w:w="80" w:type="dxa"/>
              <w:right w:w="100" w:type="dxa"/>
            </w:tcMar>
            <w:vAlign w:val="center"/>
          </w:tcPr>
          <w:p w14:paraId="729F5CF5" w14:textId="77777777" w:rsidR="00214C21" w:rsidRDefault="001B51A9">
            <w:pPr>
              <w:pStyle w:val="Tabeltekst"/>
              <w:spacing w:line="254" w:lineRule="auto"/>
              <w:jc w:val="center"/>
            </w:pPr>
            <w:sdt>
              <w:sdtPr>
                <w:alias w:val="€ …"/>
                <w:tag w:val="antwoord_260"/>
                <w:id w:val="1259"/>
                <w:text/>
              </w:sdtPr>
              <w:sdtEndPr/>
              <w:sdtContent>
                <w:r w:rsidR="00B41876">
                  <w:t>[€ …]</w:t>
                </w:r>
              </w:sdtContent>
            </w:sdt>
          </w:p>
        </w:tc>
        <w:tc>
          <w:tcPr>
            <w:tcW w:w="1701" w:type="dxa"/>
            <w:shd w:val="clear" w:color="auto" w:fill="FFFFFF"/>
            <w:tcMar>
              <w:top w:w="80" w:type="dxa"/>
              <w:left w:w="100" w:type="dxa"/>
              <w:bottom w:w="80" w:type="dxa"/>
              <w:right w:w="100" w:type="dxa"/>
            </w:tcMar>
            <w:vAlign w:val="center"/>
          </w:tcPr>
          <w:p w14:paraId="66BE29DF" w14:textId="77777777" w:rsidR="00214C21" w:rsidRDefault="001B51A9">
            <w:pPr>
              <w:pStyle w:val="Tabeltekst"/>
              <w:spacing w:line="254" w:lineRule="auto"/>
              <w:jc w:val="center"/>
            </w:pPr>
            <w:sdt>
              <w:sdtPr>
                <w:alias w:val="€ …"/>
                <w:tag w:val="antwoord_261"/>
                <w:id w:val="1260"/>
                <w:text/>
              </w:sdtPr>
              <w:sdtEndPr/>
              <w:sdtContent>
                <w:r w:rsidR="00B41876">
                  <w:t>[€ …]</w:t>
                </w:r>
              </w:sdtContent>
            </w:sdt>
          </w:p>
        </w:tc>
      </w:tr>
      <w:tr w:rsidR="00214C21" w14:paraId="01BF562C" w14:textId="77777777">
        <w:trPr>
          <w:cantSplit/>
          <w:jc w:val="center"/>
        </w:trPr>
        <w:tc>
          <w:tcPr>
            <w:tcW w:w="4309" w:type="dxa"/>
            <w:shd w:val="clear" w:color="auto" w:fill="F1F6FA"/>
            <w:tcMar>
              <w:top w:w="80" w:type="dxa"/>
              <w:left w:w="100" w:type="dxa"/>
              <w:bottom w:w="80" w:type="dxa"/>
              <w:right w:w="100" w:type="dxa"/>
            </w:tcMar>
            <w:vAlign w:val="center"/>
          </w:tcPr>
          <w:p w14:paraId="052222C3" w14:textId="77777777" w:rsidR="00214C21" w:rsidRDefault="00B41876">
            <w:pPr>
              <w:pStyle w:val="Tabeltekst"/>
              <w:spacing w:line="254" w:lineRule="auto"/>
            </w:pPr>
            <w:r>
              <w:t>Personeelskosten inclusief werkgeverslasten</w:t>
            </w:r>
          </w:p>
        </w:tc>
        <w:tc>
          <w:tcPr>
            <w:tcW w:w="1701" w:type="dxa"/>
            <w:shd w:val="clear" w:color="auto" w:fill="F1F6FA"/>
            <w:tcMar>
              <w:top w:w="80" w:type="dxa"/>
              <w:left w:w="100" w:type="dxa"/>
              <w:bottom w:w="80" w:type="dxa"/>
              <w:right w:w="100" w:type="dxa"/>
            </w:tcMar>
            <w:vAlign w:val="center"/>
          </w:tcPr>
          <w:p w14:paraId="099C35AF" w14:textId="77777777" w:rsidR="00214C21" w:rsidRDefault="001B51A9">
            <w:pPr>
              <w:pStyle w:val="Tabeltekst"/>
              <w:spacing w:line="254" w:lineRule="auto"/>
              <w:jc w:val="center"/>
            </w:pPr>
            <w:sdt>
              <w:sdtPr>
                <w:alias w:val="€ …"/>
                <w:tag w:val="antwoord_262"/>
                <w:id w:val="1261"/>
                <w:text/>
              </w:sdtPr>
              <w:sdtEndPr/>
              <w:sdtContent>
                <w:r w:rsidR="00B41876">
                  <w:t>[€ …]</w:t>
                </w:r>
              </w:sdtContent>
            </w:sdt>
          </w:p>
        </w:tc>
        <w:tc>
          <w:tcPr>
            <w:tcW w:w="1701" w:type="dxa"/>
            <w:shd w:val="clear" w:color="auto" w:fill="F1F6FA"/>
            <w:tcMar>
              <w:top w:w="80" w:type="dxa"/>
              <w:left w:w="100" w:type="dxa"/>
              <w:bottom w:w="80" w:type="dxa"/>
              <w:right w:w="100" w:type="dxa"/>
            </w:tcMar>
            <w:vAlign w:val="center"/>
          </w:tcPr>
          <w:p w14:paraId="48C43FCF" w14:textId="77777777" w:rsidR="00214C21" w:rsidRDefault="001B51A9">
            <w:pPr>
              <w:pStyle w:val="Tabeltekst"/>
              <w:spacing w:line="254" w:lineRule="auto"/>
              <w:jc w:val="center"/>
            </w:pPr>
            <w:sdt>
              <w:sdtPr>
                <w:alias w:val="€ …"/>
                <w:tag w:val="antwoord_263"/>
                <w:id w:val="1262"/>
                <w:text/>
              </w:sdtPr>
              <w:sdtEndPr/>
              <w:sdtContent>
                <w:r w:rsidR="00B41876">
                  <w:t>[€ …]</w:t>
                </w:r>
              </w:sdtContent>
            </w:sdt>
          </w:p>
        </w:tc>
        <w:tc>
          <w:tcPr>
            <w:tcW w:w="1701" w:type="dxa"/>
            <w:shd w:val="clear" w:color="auto" w:fill="F1F6FA"/>
            <w:tcMar>
              <w:top w:w="80" w:type="dxa"/>
              <w:left w:w="100" w:type="dxa"/>
              <w:bottom w:w="80" w:type="dxa"/>
              <w:right w:w="100" w:type="dxa"/>
            </w:tcMar>
            <w:vAlign w:val="center"/>
          </w:tcPr>
          <w:p w14:paraId="2BD0BBBF" w14:textId="77777777" w:rsidR="00214C21" w:rsidRDefault="001B51A9">
            <w:pPr>
              <w:pStyle w:val="Tabeltekst"/>
              <w:spacing w:line="254" w:lineRule="auto"/>
              <w:jc w:val="center"/>
            </w:pPr>
            <w:sdt>
              <w:sdtPr>
                <w:alias w:val="€ …"/>
                <w:tag w:val="antwoord_264"/>
                <w:id w:val="1263"/>
                <w:text/>
              </w:sdtPr>
              <w:sdtEndPr/>
              <w:sdtContent>
                <w:r w:rsidR="00B41876">
                  <w:t>[€ …]</w:t>
                </w:r>
              </w:sdtContent>
            </w:sdt>
          </w:p>
        </w:tc>
      </w:tr>
      <w:tr w:rsidR="00214C21" w14:paraId="33B20AC2" w14:textId="77777777">
        <w:trPr>
          <w:cantSplit/>
          <w:jc w:val="center"/>
        </w:trPr>
        <w:tc>
          <w:tcPr>
            <w:tcW w:w="4309" w:type="dxa"/>
            <w:shd w:val="clear" w:color="auto" w:fill="FFFFFF"/>
            <w:tcMar>
              <w:top w:w="80" w:type="dxa"/>
              <w:left w:w="100" w:type="dxa"/>
              <w:bottom w:w="80" w:type="dxa"/>
              <w:right w:w="100" w:type="dxa"/>
            </w:tcMar>
            <w:vAlign w:val="center"/>
          </w:tcPr>
          <w:p w14:paraId="245989E9" w14:textId="77777777" w:rsidR="00214C21" w:rsidRDefault="00B41876">
            <w:pPr>
              <w:pStyle w:val="Tabeltekst"/>
              <w:spacing w:line="254" w:lineRule="auto"/>
            </w:pPr>
            <w:r>
              <w:t>Huisvesting en energie</w:t>
            </w:r>
          </w:p>
        </w:tc>
        <w:tc>
          <w:tcPr>
            <w:tcW w:w="1701" w:type="dxa"/>
            <w:shd w:val="clear" w:color="auto" w:fill="FFFFFF"/>
            <w:tcMar>
              <w:top w:w="80" w:type="dxa"/>
              <w:left w:w="100" w:type="dxa"/>
              <w:bottom w:w="80" w:type="dxa"/>
              <w:right w:w="100" w:type="dxa"/>
            </w:tcMar>
            <w:vAlign w:val="center"/>
          </w:tcPr>
          <w:p w14:paraId="1A0C84C5" w14:textId="77777777" w:rsidR="00214C21" w:rsidRDefault="001B51A9">
            <w:pPr>
              <w:pStyle w:val="Tabeltekst"/>
              <w:spacing w:line="254" w:lineRule="auto"/>
              <w:jc w:val="center"/>
            </w:pPr>
            <w:sdt>
              <w:sdtPr>
                <w:alias w:val="€ …"/>
                <w:tag w:val="antwoord_265"/>
                <w:id w:val="1264"/>
                <w:text/>
              </w:sdtPr>
              <w:sdtEndPr/>
              <w:sdtContent>
                <w:r w:rsidR="00B41876">
                  <w:t>[€ …]</w:t>
                </w:r>
              </w:sdtContent>
            </w:sdt>
          </w:p>
        </w:tc>
        <w:tc>
          <w:tcPr>
            <w:tcW w:w="1701" w:type="dxa"/>
            <w:shd w:val="clear" w:color="auto" w:fill="FFFFFF"/>
            <w:tcMar>
              <w:top w:w="80" w:type="dxa"/>
              <w:left w:w="100" w:type="dxa"/>
              <w:bottom w:w="80" w:type="dxa"/>
              <w:right w:w="100" w:type="dxa"/>
            </w:tcMar>
            <w:vAlign w:val="center"/>
          </w:tcPr>
          <w:p w14:paraId="6D4E2ADE" w14:textId="77777777" w:rsidR="00214C21" w:rsidRDefault="001B51A9">
            <w:pPr>
              <w:pStyle w:val="Tabeltekst"/>
              <w:spacing w:line="254" w:lineRule="auto"/>
              <w:jc w:val="center"/>
            </w:pPr>
            <w:sdt>
              <w:sdtPr>
                <w:alias w:val="€ …"/>
                <w:tag w:val="antwoord_266"/>
                <w:id w:val="1265"/>
                <w:text/>
              </w:sdtPr>
              <w:sdtEndPr/>
              <w:sdtContent>
                <w:r w:rsidR="00B41876">
                  <w:t>[€ …]</w:t>
                </w:r>
              </w:sdtContent>
            </w:sdt>
          </w:p>
        </w:tc>
        <w:tc>
          <w:tcPr>
            <w:tcW w:w="1701" w:type="dxa"/>
            <w:shd w:val="clear" w:color="auto" w:fill="FFFFFF"/>
            <w:tcMar>
              <w:top w:w="80" w:type="dxa"/>
              <w:left w:w="100" w:type="dxa"/>
              <w:bottom w:w="80" w:type="dxa"/>
              <w:right w:w="100" w:type="dxa"/>
            </w:tcMar>
            <w:vAlign w:val="center"/>
          </w:tcPr>
          <w:p w14:paraId="6ACF746B" w14:textId="77777777" w:rsidR="00214C21" w:rsidRDefault="001B51A9">
            <w:pPr>
              <w:pStyle w:val="Tabeltekst"/>
              <w:spacing w:line="254" w:lineRule="auto"/>
              <w:jc w:val="center"/>
            </w:pPr>
            <w:sdt>
              <w:sdtPr>
                <w:alias w:val="€ …"/>
                <w:tag w:val="antwoord_267"/>
                <w:id w:val="1266"/>
                <w:text/>
              </w:sdtPr>
              <w:sdtEndPr/>
              <w:sdtContent>
                <w:r w:rsidR="00B41876">
                  <w:t>[€ …]</w:t>
                </w:r>
              </w:sdtContent>
            </w:sdt>
          </w:p>
        </w:tc>
      </w:tr>
      <w:tr w:rsidR="00214C21" w14:paraId="0800C7D1" w14:textId="77777777">
        <w:trPr>
          <w:cantSplit/>
          <w:jc w:val="center"/>
        </w:trPr>
        <w:tc>
          <w:tcPr>
            <w:tcW w:w="4309" w:type="dxa"/>
            <w:shd w:val="clear" w:color="auto" w:fill="F1F6FA"/>
            <w:tcMar>
              <w:top w:w="80" w:type="dxa"/>
              <w:left w:w="100" w:type="dxa"/>
              <w:bottom w:w="80" w:type="dxa"/>
              <w:right w:w="100" w:type="dxa"/>
            </w:tcMar>
            <w:vAlign w:val="center"/>
          </w:tcPr>
          <w:p w14:paraId="50537EE1" w14:textId="77777777" w:rsidR="00214C21" w:rsidRDefault="00B41876">
            <w:pPr>
              <w:pStyle w:val="Tabeltekst"/>
              <w:spacing w:line="254" w:lineRule="auto"/>
            </w:pPr>
            <w:r>
              <w:t>Marketing en verkoop</w:t>
            </w:r>
          </w:p>
        </w:tc>
        <w:tc>
          <w:tcPr>
            <w:tcW w:w="1701" w:type="dxa"/>
            <w:shd w:val="clear" w:color="auto" w:fill="F1F6FA"/>
            <w:tcMar>
              <w:top w:w="80" w:type="dxa"/>
              <w:left w:w="100" w:type="dxa"/>
              <w:bottom w:w="80" w:type="dxa"/>
              <w:right w:w="100" w:type="dxa"/>
            </w:tcMar>
            <w:vAlign w:val="center"/>
          </w:tcPr>
          <w:p w14:paraId="2E3765BD" w14:textId="77777777" w:rsidR="00214C21" w:rsidRDefault="001B51A9">
            <w:pPr>
              <w:pStyle w:val="Tabeltekst"/>
              <w:spacing w:line="254" w:lineRule="auto"/>
              <w:jc w:val="center"/>
            </w:pPr>
            <w:sdt>
              <w:sdtPr>
                <w:alias w:val="€ …"/>
                <w:tag w:val="antwoord_268"/>
                <w:id w:val="1267"/>
                <w:text/>
              </w:sdtPr>
              <w:sdtEndPr/>
              <w:sdtContent>
                <w:r w:rsidR="00B41876">
                  <w:t>[€ …]</w:t>
                </w:r>
              </w:sdtContent>
            </w:sdt>
          </w:p>
        </w:tc>
        <w:tc>
          <w:tcPr>
            <w:tcW w:w="1701" w:type="dxa"/>
            <w:shd w:val="clear" w:color="auto" w:fill="F1F6FA"/>
            <w:tcMar>
              <w:top w:w="80" w:type="dxa"/>
              <w:left w:w="100" w:type="dxa"/>
              <w:bottom w:w="80" w:type="dxa"/>
              <w:right w:w="100" w:type="dxa"/>
            </w:tcMar>
            <w:vAlign w:val="center"/>
          </w:tcPr>
          <w:p w14:paraId="1E46E1FF" w14:textId="77777777" w:rsidR="00214C21" w:rsidRDefault="001B51A9">
            <w:pPr>
              <w:pStyle w:val="Tabeltekst"/>
              <w:spacing w:line="254" w:lineRule="auto"/>
              <w:jc w:val="center"/>
            </w:pPr>
            <w:sdt>
              <w:sdtPr>
                <w:alias w:val="€ …"/>
                <w:tag w:val="antwoord_269"/>
                <w:id w:val="1268"/>
                <w:text/>
              </w:sdtPr>
              <w:sdtEndPr/>
              <w:sdtContent>
                <w:r w:rsidR="00B41876">
                  <w:t>[€ …]</w:t>
                </w:r>
              </w:sdtContent>
            </w:sdt>
          </w:p>
        </w:tc>
        <w:tc>
          <w:tcPr>
            <w:tcW w:w="1701" w:type="dxa"/>
            <w:shd w:val="clear" w:color="auto" w:fill="F1F6FA"/>
            <w:tcMar>
              <w:top w:w="80" w:type="dxa"/>
              <w:left w:w="100" w:type="dxa"/>
              <w:bottom w:w="80" w:type="dxa"/>
              <w:right w:w="100" w:type="dxa"/>
            </w:tcMar>
            <w:vAlign w:val="center"/>
          </w:tcPr>
          <w:p w14:paraId="2058C16A" w14:textId="77777777" w:rsidR="00214C21" w:rsidRDefault="001B51A9">
            <w:pPr>
              <w:pStyle w:val="Tabeltekst"/>
              <w:spacing w:line="254" w:lineRule="auto"/>
              <w:jc w:val="center"/>
            </w:pPr>
            <w:sdt>
              <w:sdtPr>
                <w:alias w:val="€ …"/>
                <w:tag w:val="antwoord_270"/>
                <w:id w:val="1269"/>
                <w:text/>
              </w:sdtPr>
              <w:sdtEndPr/>
              <w:sdtContent>
                <w:r w:rsidR="00B41876">
                  <w:t>[€ …]</w:t>
                </w:r>
              </w:sdtContent>
            </w:sdt>
          </w:p>
        </w:tc>
      </w:tr>
      <w:tr w:rsidR="00214C21" w14:paraId="0BC7605F" w14:textId="77777777">
        <w:trPr>
          <w:cantSplit/>
          <w:jc w:val="center"/>
        </w:trPr>
        <w:tc>
          <w:tcPr>
            <w:tcW w:w="4309" w:type="dxa"/>
            <w:shd w:val="clear" w:color="auto" w:fill="FFFFFF"/>
            <w:tcMar>
              <w:top w:w="80" w:type="dxa"/>
              <w:left w:w="100" w:type="dxa"/>
              <w:bottom w:w="80" w:type="dxa"/>
              <w:right w:w="100" w:type="dxa"/>
            </w:tcMar>
            <w:vAlign w:val="center"/>
          </w:tcPr>
          <w:p w14:paraId="20FE5B45" w14:textId="77777777" w:rsidR="00214C21" w:rsidRDefault="00B41876">
            <w:pPr>
              <w:pStyle w:val="Tabeltekst"/>
              <w:spacing w:line="254" w:lineRule="auto"/>
            </w:pPr>
            <w:r>
              <w:t>Vervoer en logistiek</w:t>
            </w:r>
          </w:p>
        </w:tc>
        <w:tc>
          <w:tcPr>
            <w:tcW w:w="1701" w:type="dxa"/>
            <w:shd w:val="clear" w:color="auto" w:fill="FFFFFF"/>
            <w:tcMar>
              <w:top w:w="80" w:type="dxa"/>
              <w:left w:w="100" w:type="dxa"/>
              <w:bottom w:w="80" w:type="dxa"/>
              <w:right w:w="100" w:type="dxa"/>
            </w:tcMar>
            <w:vAlign w:val="center"/>
          </w:tcPr>
          <w:p w14:paraId="59001E56" w14:textId="77777777" w:rsidR="00214C21" w:rsidRDefault="001B51A9">
            <w:pPr>
              <w:pStyle w:val="Tabeltekst"/>
              <w:spacing w:line="254" w:lineRule="auto"/>
              <w:jc w:val="center"/>
            </w:pPr>
            <w:sdt>
              <w:sdtPr>
                <w:alias w:val="€ …"/>
                <w:tag w:val="antwoord_271"/>
                <w:id w:val="1270"/>
                <w:text/>
              </w:sdtPr>
              <w:sdtEndPr/>
              <w:sdtContent>
                <w:r w:rsidR="00B41876">
                  <w:t>[€ …]</w:t>
                </w:r>
              </w:sdtContent>
            </w:sdt>
          </w:p>
        </w:tc>
        <w:tc>
          <w:tcPr>
            <w:tcW w:w="1701" w:type="dxa"/>
            <w:shd w:val="clear" w:color="auto" w:fill="FFFFFF"/>
            <w:tcMar>
              <w:top w:w="80" w:type="dxa"/>
              <w:left w:w="100" w:type="dxa"/>
              <w:bottom w:w="80" w:type="dxa"/>
              <w:right w:w="100" w:type="dxa"/>
            </w:tcMar>
            <w:vAlign w:val="center"/>
          </w:tcPr>
          <w:p w14:paraId="7498B2E3" w14:textId="77777777" w:rsidR="00214C21" w:rsidRDefault="001B51A9">
            <w:pPr>
              <w:pStyle w:val="Tabeltekst"/>
              <w:spacing w:line="254" w:lineRule="auto"/>
              <w:jc w:val="center"/>
            </w:pPr>
            <w:sdt>
              <w:sdtPr>
                <w:alias w:val="€ …"/>
                <w:tag w:val="antwoord_272"/>
                <w:id w:val="1271"/>
                <w:text/>
              </w:sdtPr>
              <w:sdtEndPr/>
              <w:sdtContent>
                <w:r w:rsidR="00B41876">
                  <w:t>[€ …]</w:t>
                </w:r>
              </w:sdtContent>
            </w:sdt>
          </w:p>
        </w:tc>
        <w:tc>
          <w:tcPr>
            <w:tcW w:w="1701" w:type="dxa"/>
            <w:shd w:val="clear" w:color="auto" w:fill="FFFFFF"/>
            <w:tcMar>
              <w:top w:w="80" w:type="dxa"/>
              <w:left w:w="100" w:type="dxa"/>
              <w:bottom w:w="80" w:type="dxa"/>
              <w:right w:w="100" w:type="dxa"/>
            </w:tcMar>
            <w:vAlign w:val="center"/>
          </w:tcPr>
          <w:p w14:paraId="2113B304" w14:textId="77777777" w:rsidR="00214C21" w:rsidRDefault="001B51A9">
            <w:pPr>
              <w:pStyle w:val="Tabeltekst"/>
              <w:spacing w:line="254" w:lineRule="auto"/>
              <w:jc w:val="center"/>
            </w:pPr>
            <w:sdt>
              <w:sdtPr>
                <w:alias w:val="€ …"/>
                <w:tag w:val="antwoord_273"/>
                <w:id w:val="1272"/>
                <w:text/>
              </w:sdtPr>
              <w:sdtEndPr/>
              <w:sdtContent>
                <w:r w:rsidR="00B41876">
                  <w:t>[€ …]</w:t>
                </w:r>
              </w:sdtContent>
            </w:sdt>
          </w:p>
        </w:tc>
      </w:tr>
      <w:tr w:rsidR="00214C21" w14:paraId="00E13CB4" w14:textId="77777777">
        <w:trPr>
          <w:cantSplit/>
          <w:jc w:val="center"/>
        </w:trPr>
        <w:tc>
          <w:tcPr>
            <w:tcW w:w="4309" w:type="dxa"/>
            <w:shd w:val="clear" w:color="auto" w:fill="F1F6FA"/>
            <w:tcMar>
              <w:top w:w="80" w:type="dxa"/>
              <w:left w:w="100" w:type="dxa"/>
              <w:bottom w:w="80" w:type="dxa"/>
              <w:right w:w="100" w:type="dxa"/>
            </w:tcMar>
            <w:vAlign w:val="center"/>
          </w:tcPr>
          <w:p w14:paraId="7AC8CDA9" w14:textId="77777777" w:rsidR="00214C21" w:rsidRDefault="00B41876">
            <w:pPr>
              <w:pStyle w:val="Tabeltekst"/>
              <w:spacing w:line="254" w:lineRule="auto"/>
            </w:pPr>
            <w:r>
              <w:t>ICT, administratie en advies</w:t>
            </w:r>
          </w:p>
        </w:tc>
        <w:tc>
          <w:tcPr>
            <w:tcW w:w="1701" w:type="dxa"/>
            <w:shd w:val="clear" w:color="auto" w:fill="F1F6FA"/>
            <w:tcMar>
              <w:top w:w="80" w:type="dxa"/>
              <w:left w:w="100" w:type="dxa"/>
              <w:bottom w:w="80" w:type="dxa"/>
              <w:right w:w="100" w:type="dxa"/>
            </w:tcMar>
            <w:vAlign w:val="center"/>
          </w:tcPr>
          <w:p w14:paraId="0486D298" w14:textId="77777777" w:rsidR="00214C21" w:rsidRDefault="001B51A9">
            <w:pPr>
              <w:pStyle w:val="Tabeltekst"/>
              <w:spacing w:line="254" w:lineRule="auto"/>
              <w:jc w:val="center"/>
            </w:pPr>
            <w:sdt>
              <w:sdtPr>
                <w:alias w:val="€ …"/>
                <w:tag w:val="antwoord_274"/>
                <w:id w:val="1273"/>
                <w:text/>
              </w:sdtPr>
              <w:sdtEndPr/>
              <w:sdtContent>
                <w:r w:rsidR="00B41876">
                  <w:t>[€ …]</w:t>
                </w:r>
              </w:sdtContent>
            </w:sdt>
          </w:p>
        </w:tc>
        <w:tc>
          <w:tcPr>
            <w:tcW w:w="1701" w:type="dxa"/>
            <w:shd w:val="clear" w:color="auto" w:fill="F1F6FA"/>
            <w:tcMar>
              <w:top w:w="80" w:type="dxa"/>
              <w:left w:w="100" w:type="dxa"/>
              <w:bottom w:w="80" w:type="dxa"/>
              <w:right w:w="100" w:type="dxa"/>
            </w:tcMar>
            <w:vAlign w:val="center"/>
          </w:tcPr>
          <w:p w14:paraId="4349D0FC" w14:textId="77777777" w:rsidR="00214C21" w:rsidRDefault="001B51A9">
            <w:pPr>
              <w:pStyle w:val="Tabeltekst"/>
              <w:spacing w:line="254" w:lineRule="auto"/>
              <w:jc w:val="center"/>
            </w:pPr>
            <w:sdt>
              <w:sdtPr>
                <w:alias w:val="€ …"/>
                <w:tag w:val="antwoord_275"/>
                <w:id w:val="1274"/>
                <w:text/>
              </w:sdtPr>
              <w:sdtEndPr/>
              <w:sdtContent>
                <w:r w:rsidR="00B41876">
                  <w:t>[€ …]</w:t>
                </w:r>
              </w:sdtContent>
            </w:sdt>
          </w:p>
        </w:tc>
        <w:tc>
          <w:tcPr>
            <w:tcW w:w="1701" w:type="dxa"/>
            <w:shd w:val="clear" w:color="auto" w:fill="F1F6FA"/>
            <w:tcMar>
              <w:top w:w="80" w:type="dxa"/>
              <w:left w:w="100" w:type="dxa"/>
              <w:bottom w:w="80" w:type="dxa"/>
              <w:right w:w="100" w:type="dxa"/>
            </w:tcMar>
            <w:vAlign w:val="center"/>
          </w:tcPr>
          <w:p w14:paraId="01E31D21" w14:textId="77777777" w:rsidR="00214C21" w:rsidRDefault="001B51A9">
            <w:pPr>
              <w:pStyle w:val="Tabeltekst"/>
              <w:spacing w:line="254" w:lineRule="auto"/>
              <w:jc w:val="center"/>
            </w:pPr>
            <w:sdt>
              <w:sdtPr>
                <w:alias w:val="€ …"/>
                <w:tag w:val="antwoord_276"/>
                <w:id w:val="1275"/>
                <w:text/>
              </w:sdtPr>
              <w:sdtEndPr/>
              <w:sdtContent>
                <w:r w:rsidR="00B41876">
                  <w:t>[€ …]</w:t>
                </w:r>
              </w:sdtContent>
            </w:sdt>
          </w:p>
        </w:tc>
      </w:tr>
      <w:tr w:rsidR="00214C21" w14:paraId="2347F182" w14:textId="77777777">
        <w:trPr>
          <w:cantSplit/>
          <w:jc w:val="center"/>
        </w:trPr>
        <w:tc>
          <w:tcPr>
            <w:tcW w:w="4309" w:type="dxa"/>
            <w:shd w:val="clear" w:color="auto" w:fill="FFFFFF"/>
            <w:tcMar>
              <w:top w:w="80" w:type="dxa"/>
              <w:left w:w="100" w:type="dxa"/>
              <w:bottom w:w="80" w:type="dxa"/>
              <w:right w:w="100" w:type="dxa"/>
            </w:tcMar>
            <w:vAlign w:val="center"/>
          </w:tcPr>
          <w:p w14:paraId="5BE28455" w14:textId="77777777" w:rsidR="00214C21" w:rsidRDefault="00B41876">
            <w:pPr>
              <w:pStyle w:val="Tabeltekst"/>
              <w:spacing w:line="254" w:lineRule="auto"/>
            </w:pPr>
            <w:r>
              <w:t>Verzekeringen en overige bedrijfskosten</w:t>
            </w:r>
          </w:p>
        </w:tc>
        <w:tc>
          <w:tcPr>
            <w:tcW w:w="1701" w:type="dxa"/>
            <w:shd w:val="clear" w:color="auto" w:fill="FFFFFF"/>
            <w:tcMar>
              <w:top w:w="80" w:type="dxa"/>
              <w:left w:w="100" w:type="dxa"/>
              <w:bottom w:w="80" w:type="dxa"/>
              <w:right w:w="100" w:type="dxa"/>
            </w:tcMar>
            <w:vAlign w:val="center"/>
          </w:tcPr>
          <w:p w14:paraId="1BFB9188" w14:textId="77777777" w:rsidR="00214C21" w:rsidRDefault="001B51A9">
            <w:pPr>
              <w:pStyle w:val="Tabeltekst"/>
              <w:spacing w:line="254" w:lineRule="auto"/>
              <w:jc w:val="center"/>
            </w:pPr>
            <w:sdt>
              <w:sdtPr>
                <w:alias w:val="€ …"/>
                <w:tag w:val="antwoord_277"/>
                <w:id w:val="1276"/>
                <w:text/>
              </w:sdtPr>
              <w:sdtEndPr/>
              <w:sdtContent>
                <w:r w:rsidR="00B41876">
                  <w:t>[€ …]</w:t>
                </w:r>
              </w:sdtContent>
            </w:sdt>
          </w:p>
        </w:tc>
        <w:tc>
          <w:tcPr>
            <w:tcW w:w="1701" w:type="dxa"/>
            <w:shd w:val="clear" w:color="auto" w:fill="FFFFFF"/>
            <w:tcMar>
              <w:top w:w="80" w:type="dxa"/>
              <w:left w:w="100" w:type="dxa"/>
              <w:bottom w:w="80" w:type="dxa"/>
              <w:right w:w="100" w:type="dxa"/>
            </w:tcMar>
            <w:vAlign w:val="center"/>
          </w:tcPr>
          <w:p w14:paraId="1D0AE148" w14:textId="77777777" w:rsidR="00214C21" w:rsidRDefault="001B51A9">
            <w:pPr>
              <w:pStyle w:val="Tabeltekst"/>
              <w:spacing w:line="254" w:lineRule="auto"/>
              <w:jc w:val="center"/>
            </w:pPr>
            <w:sdt>
              <w:sdtPr>
                <w:alias w:val="€ …"/>
                <w:tag w:val="antwoord_278"/>
                <w:id w:val="1277"/>
                <w:text/>
              </w:sdtPr>
              <w:sdtEndPr/>
              <w:sdtContent>
                <w:r w:rsidR="00B41876">
                  <w:t>[€ …]</w:t>
                </w:r>
              </w:sdtContent>
            </w:sdt>
          </w:p>
        </w:tc>
        <w:tc>
          <w:tcPr>
            <w:tcW w:w="1701" w:type="dxa"/>
            <w:shd w:val="clear" w:color="auto" w:fill="FFFFFF"/>
            <w:tcMar>
              <w:top w:w="80" w:type="dxa"/>
              <w:left w:w="100" w:type="dxa"/>
              <w:bottom w:w="80" w:type="dxa"/>
              <w:right w:w="100" w:type="dxa"/>
            </w:tcMar>
            <w:vAlign w:val="center"/>
          </w:tcPr>
          <w:p w14:paraId="45713696" w14:textId="77777777" w:rsidR="00214C21" w:rsidRDefault="001B51A9">
            <w:pPr>
              <w:pStyle w:val="Tabeltekst"/>
              <w:spacing w:line="254" w:lineRule="auto"/>
              <w:jc w:val="center"/>
            </w:pPr>
            <w:sdt>
              <w:sdtPr>
                <w:alias w:val="€ …"/>
                <w:tag w:val="antwoord_279"/>
                <w:id w:val="1278"/>
                <w:text/>
              </w:sdtPr>
              <w:sdtEndPr/>
              <w:sdtContent>
                <w:r w:rsidR="00B41876">
                  <w:t>[€ …]</w:t>
                </w:r>
              </w:sdtContent>
            </w:sdt>
          </w:p>
        </w:tc>
      </w:tr>
      <w:tr w:rsidR="00214C21" w14:paraId="0B4ED9BB" w14:textId="77777777">
        <w:trPr>
          <w:cantSplit/>
          <w:jc w:val="center"/>
        </w:trPr>
        <w:tc>
          <w:tcPr>
            <w:tcW w:w="4309" w:type="dxa"/>
            <w:shd w:val="clear" w:color="auto" w:fill="F1F6FA"/>
            <w:tcMar>
              <w:top w:w="80" w:type="dxa"/>
              <w:left w:w="100" w:type="dxa"/>
              <w:bottom w:w="80" w:type="dxa"/>
              <w:right w:w="100" w:type="dxa"/>
            </w:tcMar>
            <w:vAlign w:val="center"/>
          </w:tcPr>
          <w:p w14:paraId="1A08D9FA" w14:textId="77777777" w:rsidR="00214C21" w:rsidRDefault="00B41876">
            <w:pPr>
              <w:pStyle w:val="Tabeltekst"/>
              <w:spacing w:line="254" w:lineRule="auto"/>
            </w:pPr>
            <w:r>
              <w:t>Bedrijfsresultaat vóór afschrijving</w:t>
            </w:r>
          </w:p>
        </w:tc>
        <w:tc>
          <w:tcPr>
            <w:tcW w:w="1701" w:type="dxa"/>
            <w:shd w:val="clear" w:color="auto" w:fill="F1F6FA"/>
            <w:tcMar>
              <w:top w:w="80" w:type="dxa"/>
              <w:left w:w="100" w:type="dxa"/>
              <w:bottom w:w="80" w:type="dxa"/>
              <w:right w:w="100" w:type="dxa"/>
            </w:tcMar>
            <w:vAlign w:val="center"/>
          </w:tcPr>
          <w:p w14:paraId="609F05D0" w14:textId="77777777" w:rsidR="00214C21" w:rsidRDefault="001B51A9">
            <w:pPr>
              <w:pStyle w:val="Tabeltekst"/>
              <w:spacing w:line="254" w:lineRule="auto"/>
              <w:jc w:val="center"/>
            </w:pPr>
            <w:sdt>
              <w:sdtPr>
                <w:alias w:val="€ …"/>
                <w:tag w:val="antwoord_280"/>
                <w:id w:val="1279"/>
                <w:text/>
              </w:sdtPr>
              <w:sdtEndPr/>
              <w:sdtContent>
                <w:r w:rsidR="00B41876">
                  <w:t>[€ …]</w:t>
                </w:r>
              </w:sdtContent>
            </w:sdt>
          </w:p>
        </w:tc>
        <w:tc>
          <w:tcPr>
            <w:tcW w:w="1701" w:type="dxa"/>
            <w:shd w:val="clear" w:color="auto" w:fill="F1F6FA"/>
            <w:tcMar>
              <w:top w:w="80" w:type="dxa"/>
              <w:left w:w="100" w:type="dxa"/>
              <w:bottom w:w="80" w:type="dxa"/>
              <w:right w:w="100" w:type="dxa"/>
            </w:tcMar>
            <w:vAlign w:val="center"/>
          </w:tcPr>
          <w:p w14:paraId="4FAEED07" w14:textId="77777777" w:rsidR="00214C21" w:rsidRDefault="001B51A9">
            <w:pPr>
              <w:pStyle w:val="Tabeltekst"/>
              <w:spacing w:line="254" w:lineRule="auto"/>
              <w:jc w:val="center"/>
            </w:pPr>
            <w:sdt>
              <w:sdtPr>
                <w:alias w:val="€ …"/>
                <w:tag w:val="antwoord_281"/>
                <w:id w:val="1280"/>
                <w:text/>
              </w:sdtPr>
              <w:sdtEndPr/>
              <w:sdtContent>
                <w:r w:rsidR="00B41876">
                  <w:t>[€ …]</w:t>
                </w:r>
              </w:sdtContent>
            </w:sdt>
          </w:p>
        </w:tc>
        <w:tc>
          <w:tcPr>
            <w:tcW w:w="1701" w:type="dxa"/>
            <w:shd w:val="clear" w:color="auto" w:fill="F1F6FA"/>
            <w:tcMar>
              <w:top w:w="80" w:type="dxa"/>
              <w:left w:w="100" w:type="dxa"/>
              <w:bottom w:w="80" w:type="dxa"/>
              <w:right w:w="100" w:type="dxa"/>
            </w:tcMar>
            <w:vAlign w:val="center"/>
          </w:tcPr>
          <w:p w14:paraId="04C8180A" w14:textId="77777777" w:rsidR="00214C21" w:rsidRDefault="001B51A9">
            <w:pPr>
              <w:pStyle w:val="Tabeltekst"/>
              <w:spacing w:line="254" w:lineRule="auto"/>
              <w:jc w:val="center"/>
            </w:pPr>
            <w:sdt>
              <w:sdtPr>
                <w:alias w:val="€ …"/>
                <w:tag w:val="antwoord_282"/>
                <w:id w:val="1281"/>
                <w:text/>
              </w:sdtPr>
              <w:sdtEndPr/>
              <w:sdtContent>
                <w:r w:rsidR="00B41876">
                  <w:t>[€ …]</w:t>
                </w:r>
              </w:sdtContent>
            </w:sdt>
          </w:p>
        </w:tc>
      </w:tr>
      <w:tr w:rsidR="00214C21" w14:paraId="04B600FE" w14:textId="77777777">
        <w:trPr>
          <w:cantSplit/>
          <w:jc w:val="center"/>
        </w:trPr>
        <w:tc>
          <w:tcPr>
            <w:tcW w:w="4309" w:type="dxa"/>
            <w:shd w:val="clear" w:color="auto" w:fill="FFFFFF"/>
            <w:tcMar>
              <w:top w:w="80" w:type="dxa"/>
              <w:left w:w="100" w:type="dxa"/>
              <w:bottom w:w="80" w:type="dxa"/>
              <w:right w:w="100" w:type="dxa"/>
            </w:tcMar>
            <w:vAlign w:val="center"/>
          </w:tcPr>
          <w:p w14:paraId="6B0380D8" w14:textId="77777777" w:rsidR="00214C21" w:rsidRDefault="00B41876">
            <w:pPr>
              <w:pStyle w:val="Tabeltekst"/>
              <w:spacing w:line="254" w:lineRule="auto"/>
            </w:pPr>
            <w:r>
              <w:t>Afschrijvingen</w:t>
            </w:r>
          </w:p>
        </w:tc>
        <w:tc>
          <w:tcPr>
            <w:tcW w:w="1701" w:type="dxa"/>
            <w:shd w:val="clear" w:color="auto" w:fill="FFFFFF"/>
            <w:tcMar>
              <w:top w:w="80" w:type="dxa"/>
              <w:left w:w="100" w:type="dxa"/>
              <w:bottom w:w="80" w:type="dxa"/>
              <w:right w:w="100" w:type="dxa"/>
            </w:tcMar>
            <w:vAlign w:val="center"/>
          </w:tcPr>
          <w:p w14:paraId="0072DB3B" w14:textId="77777777" w:rsidR="00214C21" w:rsidRDefault="001B51A9">
            <w:pPr>
              <w:pStyle w:val="Tabeltekst"/>
              <w:spacing w:line="254" w:lineRule="auto"/>
              <w:jc w:val="center"/>
            </w:pPr>
            <w:sdt>
              <w:sdtPr>
                <w:alias w:val="€ …"/>
                <w:tag w:val="antwoord_283"/>
                <w:id w:val="1282"/>
                <w:text/>
              </w:sdtPr>
              <w:sdtEndPr/>
              <w:sdtContent>
                <w:r w:rsidR="00B41876">
                  <w:t>[€ …]</w:t>
                </w:r>
              </w:sdtContent>
            </w:sdt>
          </w:p>
        </w:tc>
        <w:tc>
          <w:tcPr>
            <w:tcW w:w="1701" w:type="dxa"/>
            <w:shd w:val="clear" w:color="auto" w:fill="FFFFFF"/>
            <w:tcMar>
              <w:top w:w="80" w:type="dxa"/>
              <w:left w:w="100" w:type="dxa"/>
              <w:bottom w:w="80" w:type="dxa"/>
              <w:right w:w="100" w:type="dxa"/>
            </w:tcMar>
            <w:vAlign w:val="center"/>
          </w:tcPr>
          <w:p w14:paraId="5151042E" w14:textId="77777777" w:rsidR="00214C21" w:rsidRDefault="001B51A9">
            <w:pPr>
              <w:pStyle w:val="Tabeltekst"/>
              <w:spacing w:line="254" w:lineRule="auto"/>
              <w:jc w:val="center"/>
            </w:pPr>
            <w:sdt>
              <w:sdtPr>
                <w:alias w:val="€ …"/>
                <w:tag w:val="antwoord_284"/>
                <w:id w:val="1283"/>
                <w:text/>
              </w:sdtPr>
              <w:sdtEndPr/>
              <w:sdtContent>
                <w:r w:rsidR="00B41876">
                  <w:t>[€ …]</w:t>
                </w:r>
              </w:sdtContent>
            </w:sdt>
          </w:p>
        </w:tc>
        <w:tc>
          <w:tcPr>
            <w:tcW w:w="1701" w:type="dxa"/>
            <w:shd w:val="clear" w:color="auto" w:fill="FFFFFF"/>
            <w:tcMar>
              <w:top w:w="80" w:type="dxa"/>
              <w:left w:w="100" w:type="dxa"/>
              <w:bottom w:w="80" w:type="dxa"/>
              <w:right w:w="100" w:type="dxa"/>
            </w:tcMar>
            <w:vAlign w:val="center"/>
          </w:tcPr>
          <w:p w14:paraId="2C1A36D3" w14:textId="77777777" w:rsidR="00214C21" w:rsidRDefault="001B51A9">
            <w:pPr>
              <w:pStyle w:val="Tabeltekst"/>
              <w:spacing w:line="254" w:lineRule="auto"/>
              <w:jc w:val="center"/>
            </w:pPr>
            <w:sdt>
              <w:sdtPr>
                <w:alias w:val="€ …"/>
                <w:tag w:val="antwoord_285"/>
                <w:id w:val="1284"/>
                <w:text/>
              </w:sdtPr>
              <w:sdtEndPr/>
              <w:sdtContent>
                <w:r w:rsidR="00B41876">
                  <w:t>[€ …]</w:t>
                </w:r>
              </w:sdtContent>
            </w:sdt>
          </w:p>
        </w:tc>
      </w:tr>
      <w:tr w:rsidR="00214C21" w14:paraId="0F724D82" w14:textId="77777777">
        <w:trPr>
          <w:cantSplit/>
          <w:jc w:val="center"/>
        </w:trPr>
        <w:tc>
          <w:tcPr>
            <w:tcW w:w="4309" w:type="dxa"/>
            <w:shd w:val="clear" w:color="auto" w:fill="F1F6FA"/>
            <w:tcMar>
              <w:top w:w="80" w:type="dxa"/>
              <w:left w:w="100" w:type="dxa"/>
              <w:bottom w:w="80" w:type="dxa"/>
              <w:right w:w="100" w:type="dxa"/>
            </w:tcMar>
            <w:vAlign w:val="center"/>
          </w:tcPr>
          <w:p w14:paraId="5550B690" w14:textId="77777777" w:rsidR="00214C21" w:rsidRDefault="00B41876">
            <w:pPr>
              <w:pStyle w:val="Tabeltekst"/>
              <w:spacing w:line="254" w:lineRule="auto"/>
            </w:pPr>
            <w:r>
              <w:t>Bedrijfsresultaat</w:t>
            </w:r>
          </w:p>
        </w:tc>
        <w:tc>
          <w:tcPr>
            <w:tcW w:w="1701" w:type="dxa"/>
            <w:shd w:val="clear" w:color="auto" w:fill="F1F6FA"/>
            <w:tcMar>
              <w:top w:w="80" w:type="dxa"/>
              <w:left w:w="100" w:type="dxa"/>
              <w:bottom w:w="80" w:type="dxa"/>
              <w:right w:w="100" w:type="dxa"/>
            </w:tcMar>
            <w:vAlign w:val="center"/>
          </w:tcPr>
          <w:p w14:paraId="14788530" w14:textId="77777777" w:rsidR="00214C21" w:rsidRDefault="001B51A9">
            <w:pPr>
              <w:pStyle w:val="Tabeltekst"/>
              <w:spacing w:line="254" w:lineRule="auto"/>
              <w:jc w:val="center"/>
            </w:pPr>
            <w:sdt>
              <w:sdtPr>
                <w:alias w:val="€ …"/>
                <w:tag w:val="antwoord_286"/>
                <w:id w:val="1285"/>
                <w:text/>
              </w:sdtPr>
              <w:sdtEndPr/>
              <w:sdtContent>
                <w:r w:rsidR="00B41876">
                  <w:t>[€ …]</w:t>
                </w:r>
              </w:sdtContent>
            </w:sdt>
          </w:p>
        </w:tc>
        <w:tc>
          <w:tcPr>
            <w:tcW w:w="1701" w:type="dxa"/>
            <w:shd w:val="clear" w:color="auto" w:fill="F1F6FA"/>
            <w:tcMar>
              <w:top w:w="80" w:type="dxa"/>
              <w:left w:w="100" w:type="dxa"/>
              <w:bottom w:w="80" w:type="dxa"/>
              <w:right w:w="100" w:type="dxa"/>
            </w:tcMar>
            <w:vAlign w:val="center"/>
          </w:tcPr>
          <w:p w14:paraId="6E9A31DD" w14:textId="77777777" w:rsidR="00214C21" w:rsidRDefault="001B51A9">
            <w:pPr>
              <w:pStyle w:val="Tabeltekst"/>
              <w:spacing w:line="254" w:lineRule="auto"/>
              <w:jc w:val="center"/>
            </w:pPr>
            <w:sdt>
              <w:sdtPr>
                <w:alias w:val="€ …"/>
                <w:tag w:val="antwoord_287"/>
                <w:id w:val="1286"/>
                <w:text/>
              </w:sdtPr>
              <w:sdtEndPr/>
              <w:sdtContent>
                <w:r w:rsidR="00B41876">
                  <w:t>[€ …]</w:t>
                </w:r>
              </w:sdtContent>
            </w:sdt>
          </w:p>
        </w:tc>
        <w:tc>
          <w:tcPr>
            <w:tcW w:w="1701" w:type="dxa"/>
            <w:shd w:val="clear" w:color="auto" w:fill="F1F6FA"/>
            <w:tcMar>
              <w:top w:w="80" w:type="dxa"/>
              <w:left w:w="100" w:type="dxa"/>
              <w:bottom w:w="80" w:type="dxa"/>
              <w:right w:w="100" w:type="dxa"/>
            </w:tcMar>
            <w:vAlign w:val="center"/>
          </w:tcPr>
          <w:p w14:paraId="2C77EAAA" w14:textId="77777777" w:rsidR="00214C21" w:rsidRDefault="001B51A9">
            <w:pPr>
              <w:pStyle w:val="Tabeltekst"/>
              <w:spacing w:line="254" w:lineRule="auto"/>
              <w:jc w:val="center"/>
            </w:pPr>
            <w:sdt>
              <w:sdtPr>
                <w:alias w:val="€ …"/>
                <w:tag w:val="antwoord_288"/>
                <w:id w:val="1287"/>
                <w:text/>
              </w:sdtPr>
              <w:sdtEndPr/>
              <w:sdtContent>
                <w:r w:rsidR="00B41876">
                  <w:t>[€ …]</w:t>
                </w:r>
              </w:sdtContent>
            </w:sdt>
          </w:p>
        </w:tc>
      </w:tr>
      <w:tr w:rsidR="00214C21" w14:paraId="1CEB55C2" w14:textId="77777777">
        <w:trPr>
          <w:cantSplit/>
          <w:jc w:val="center"/>
        </w:trPr>
        <w:tc>
          <w:tcPr>
            <w:tcW w:w="4309" w:type="dxa"/>
            <w:shd w:val="clear" w:color="auto" w:fill="FFFFFF"/>
            <w:tcMar>
              <w:top w:w="80" w:type="dxa"/>
              <w:left w:w="100" w:type="dxa"/>
              <w:bottom w:w="80" w:type="dxa"/>
              <w:right w:w="100" w:type="dxa"/>
            </w:tcMar>
            <w:vAlign w:val="center"/>
          </w:tcPr>
          <w:p w14:paraId="2F142E39" w14:textId="77777777" w:rsidR="00214C21" w:rsidRDefault="00B41876">
            <w:pPr>
              <w:pStyle w:val="Tabeltekst"/>
              <w:spacing w:line="254" w:lineRule="auto"/>
            </w:pPr>
            <w:r>
              <w:t>Financieringslasten netto</w:t>
            </w:r>
          </w:p>
        </w:tc>
        <w:tc>
          <w:tcPr>
            <w:tcW w:w="1701" w:type="dxa"/>
            <w:shd w:val="clear" w:color="auto" w:fill="FFFFFF"/>
            <w:tcMar>
              <w:top w:w="80" w:type="dxa"/>
              <w:left w:w="100" w:type="dxa"/>
              <w:bottom w:w="80" w:type="dxa"/>
              <w:right w:w="100" w:type="dxa"/>
            </w:tcMar>
            <w:vAlign w:val="center"/>
          </w:tcPr>
          <w:p w14:paraId="343E0AD0" w14:textId="77777777" w:rsidR="00214C21" w:rsidRDefault="001B51A9">
            <w:pPr>
              <w:pStyle w:val="Tabeltekst"/>
              <w:spacing w:line="254" w:lineRule="auto"/>
              <w:jc w:val="center"/>
            </w:pPr>
            <w:sdt>
              <w:sdtPr>
                <w:alias w:val="€ …"/>
                <w:tag w:val="antwoord_289"/>
                <w:id w:val="1288"/>
                <w:text/>
              </w:sdtPr>
              <w:sdtEndPr/>
              <w:sdtContent>
                <w:r w:rsidR="00B41876">
                  <w:t>[€ …]</w:t>
                </w:r>
              </w:sdtContent>
            </w:sdt>
          </w:p>
        </w:tc>
        <w:tc>
          <w:tcPr>
            <w:tcW w:w="1701" w:type="dxa"/>
            <w:shd w:val="clear" w:color="auto" w:fill="FFFFFF"/>
            <w:tcMar>
              <w:top w:w="80" w:type="dxa"/>
              <w:left w:w="100" w:type="dxa"/>
              <w:bottom w:w="80" w:type="dxa"/>
              <w:right w:w="100" w:type="dxa"/>
            </w:tcMar>
            <w:vAlign w:val="center"/>
          </w:tcPr>
          <w:p w14:paraId="4B3199B0" w14:textId="77777777" w:rsidR="00214C21" w:rsidRDefault="001B51A9">
            <w:pPr>
              <w:pStyle w:val="Tabeltekst"/>
              <w:spacing w:line="254" w:lineRule="auto"/>
              <w:jc w:val="center"/>
            </w:pPr>
            <w:sdt>
              <w:sdtPr>
                <w:alias w:val="€ …"/>
                <w:tag w:val="antwoord_290"/>
                <w:id w:val="1289"/>
                <w:text/>
              </w:sdtPr>
              <w:sdtEndPr/>
              <w:sdtContent>
                <w:r w:rsidR="00B41876">
                  <w:t>[€ …]</w:t>
                </w:r>
              </w:sdtContent>
            </w:sdt>
          </w:p>
        </w:tc>
        <w:tc>
          <w:tcPr>
            <w:tcW w:w="1701" w:type="dxa"/>
            <w:shd w:val="clear" w:color="auto" w:fill="FFFFFF"/>
            <w:tcMar>
              <w:top w:w="80" w:type="dxa"/>
              <w:left w:w="100" w:type="dxa"/>
              <w:bottom w:w="80" w:type="dxa"/>
              <w:right w:w="100" w:type="dxa"/>
            </w:tcMar>
            <w:vAlign w:val="center"/>
          </w:tcPr>
          <w:p w14:paraId="48E1E3C2" w14:textId="77777777" w:rsidR="00214C21" w:rsidRDefault="001B51A9">
            <w:pPr>
              <w:pStyle w:val="Tabeltekst"/>
              <w:spacing w:line="254" w:lineRule="auto"/>
              <w:jc w:val="center"/>
            </w:pPr>
            <w:sdt>
              <w:sdtPr>
                <w:alias w:val="€ …"/>
                <w:tag w:val="antwoord_291"/>
                <w:id w:val="1290"/>
                <w:text/>
              </w:sdtPr>
              <w:sdtEndPr/>
              <w:sdtContent>
                <w:r w:rsidR="00B41876">
                  <w:t>[€ …]</w:t>
                </w:r>
              </w:sdtContent>
            </w:sdt>
          </w:p>
        </w:tc>
      </w:tr>
      <w:tr w:rsidR="00214C21" w14:paraId="61F714ED" w14:textId="77777777">
        <w:trPr>
          <w:cantSplit/>
          <w:jc w:val="center"/>
        </w:trPr>
        <w:tc>
          <w:tcPr>
            <w:tcW w:w="4309" w:type="dxa"/>
            <w:shd w:val="clear" w:color="auto" w:fill="F1F6FA"/>
            <w:tcMar>
              <w:top w:w="80" w:type="dxa"/>
              <w:left w:w="100" w:type="dxa"/>
              <w:bottom w:w="80" w:type="dxa"/>
              <w:right w:w="100" w:type="dxa"/>
            </w:tcMar>
            <w:vAlign w:val="center"/>
          </w:tcPr>
          <w:p w14:paraId="0B45A382" w14:textId="77777777" w:rsidR="00214C21" w:rsidRDefault="00B41876">
            <w:pPr>
              <w:pStyle w:val="Tabeltekst"/>
              <w:spacing w:line="254" w:lineRule="auto"/>
            </w:pPr>
            <w:r>
              <w:t>Resultaat vóór belasting</w:t>
            </w:r>
          </w:p>
        </w:tc>
        <w:tc>
          <w:tcPr>
            <w:tcW w:w="1701" w:type="dxa"/>
            <w:shd w:val="clear" w:color="auto" w:fill="F1F6FA"/>
            <w:tcMar>
              <w:top w:w="80" w:type="dxa"/>
              <w:left w:w="100" w:type="dxa"/>
              <w:bottom w:w="80" w:type="dxa"/>
              <w:right w:w="100" w:type="dxa"/>
            </w:tcMar>
            <w:vAlign w:val="center"/>
          </w:tcPr>
          <w:p w14:paraId="099E7644" w14:textId="77777777" w:rsidR="00214C21" w:rsidRDefault="001B51A9">
            <w:pPr>
              <w:pStyle w:val="Tabeltekst"/>
              <w:spacing w:line="254" w:lineRule="auto"/>
              <w:jc w:val="center"/>
            </w:pPr>
            <w:sdt>
              <w:sdtPr>
                <w:alias w:val="€ …"/>
                <w:tag w:val="antwoord_292"/>
                <w:id w:val="1291"/>
                <w:text/>
              </w:sdtPr>
              <w:sdtEndPr/>
              <w:sdtContent>
                <w:r w:rsidR="00B41876">
                  <w:t>[€ …]</w:t>
                </w:r>
              </w:sdtContent>
            </w:sdt>
          </w:p>
        </w:tc>
        <w:tc>
          <w:tcPr>
            <w:tcW w:w="1701" w:type="dxa"/>
            <w:shd w:val="clear" w:color="auto" w:fill="F1F6FA"/>
            <w:tcMar>
              <w:top w:w="80" w:type="dxa"/>
              <w:left w:w="100" w:type="dxa"/>
              <w:bottom w:w="80" w:type="dxa"/>
              <w:right w:w="100" w:type="dxa"/>
            </w:tcMar>
            <w:vAlign w:val="center"/>
          </w:tcPr>
          <w:p w14:paraId="1F2BBF7C" w14:textId="77777777" w:rsidR="00214C21" w:rsidRDefault="001B51A9">
            <w:pPr>
              <w:pStyle w:val="Tabeltekst"/>
              <w:spacing w:line="254" w:lineRule="auto"/>
              <w:jc w:val="center"/>
            </w:pPr>
            <w:sdt>
              <w:sdtPr>
                <w:alias w:val="€ …"/>
                <w:tag w:val="antwoord_293"/>
                <w:id w:val="1292"/>
                <w:text/>
              </w:sdtPr>
              <w:sdtEndPr/>
              <w:sdtContent>
                <w:r w:rsidR="00B41876">
                  <w:t>[€ …]</w:t>
                </w:r>
              </w:sdtContent>
            </w:sdt>
          </w:p>
        </w:tc>
        <w:tc>
          <w:tcPr>
            <w:tcW w:w="1701" w:type="dxa"/>
            <w:shd w:val="clear" w:color="auto" w:fill="F1F6FA"/>
            <w:tcMar>
              <w:top w:w="80" w:type="dxa"/>
              <w:left w:w="100" w:type="dxa"/>
              <w:bottom w:w="80" w:type="dxa"/>
              <w:right w:w="100" w:type="dxa"/>
            </w:tcMar>
            <w:vAlign w:val="center"/>
          </w:tcPr>
          <w:p w14:paraId="6C5DB509" w14:textId="77777777" w:rsidR="00214C21" w:rsidRDefault="001B51A9">
            <w:pPr>
              <w:pStyle w:val="Tabeltekst"/>
              <w:spacing w:line="254" w:lineRule="auto"/>
              <w:jc w:val="center"/>
            </w:pPr>
            <w:sdt>
              <w:sdtPr>
                <w:alias w:val="€ …"/>
                <w:tag w:val="antwoord_294"/>
                <w:id w:val="1293"/>
                <w:text/>
              </w:sdtPr>
              <w:sdtEndPr/>
              <w:sdtContent>
                <w:r w:rsidR="00B41876">
                  <w:t>[€ …]</w:t>
                </w:r>
              </w:sdtContent>
            </w:sdt>
          </w:p>
        </w:tc>
      </w:tr>
      <w:tr w:rsidR="00214C21" w14:paraId="56E2B330" w14:textId="77777777">
        <w:trPr>
          <w:cantSplit/>
          <w:jc w:val="center"/>
        </w:trPr>
        <w:tc>
          <w:tcPr>
            <w:tcW w:w="4309" w:type="dxa"/>
            <w:shd w:val="clear" w:color="auto" w:fill="FFFFFF"/>
            <w:tcMar>
              <w:top w:w="80" w:type="dxa"/>
              <w:left w:w="100" w:type="dxa"/>
              <w:bottom w:w="80" w:type="dxa"/>
              <w:right w:w="100" w:type="dxa"/>
            </w:tcMar>
            <w:vAlign w:val="center"/>
          </w:tcPr>
          <w:p w14:paraId="5EEAAF46" w14:textId="77777777" w:rsidR="00214C21" w:rsidRDefault="00B41876">
            <w:pPr>
              <w:pStyle w:val="Tabeltekst"/>
              <w:spacing w:line="254" w:lineRule="auto"/>
            </w:pPr>
            <w:r>
              <w:t>Belasting op resultaat indien van toepassing</w:t>
            </w:r>
          </w:p>
        </w:tc>
        <w:tc>
          <w:tcPr>
            <w:tcW w:w="1701" w:type="dxa"/>
            <w:shd w:val="clear" w:color="auto" w:fill="FFFFFF"/>
            <w:tcMar>
              <w:top w:w="80" w:type="dxa"/>
              <w:left w:w="100" w:type="dxa"/>
              <w:bottom w:w="80" w:type="dxa"/>
              <w:right w:w="100" w:type="dxa"/>
            </w:tcMar>
            <w:vAlign w:val="center"/>
          </w:tcPr>
          <w:p w14:paraId="6C52EED6" w14:textId="77777777" w:rsidR="00214C21" w:rsidRDefault="001B51A9">
            <w:pPr>
              <w:pStyle w:val="Tabeltekst"/>
              <w:spacing w:line="254" w:lineRule="auto"/>
              <w:jc w:val="center"/>
            </w:pPr>
            <w:sdt>
              <w:sdtPr>
                <w:alias w:val="€ …"/>
                <w:tag w:val="antwoord_295"/>
                <w:id w:val="1294"/>
                <w:text/>
              </w:sdtPr>
              <w:sdtEndPr/>
              <w:sdtContent>
                <w:r w:rsidR="00B41876">
                  <w:t>[€ …]</w:t>
                </w:r>
              </w:sdtContent>
            </w:sdt>
          </w:p>
        </w:tc>
        <w:tc>
          <w:tcPr>
            <w:tcW w:w="1701" w:type="dxa"/>
            <w:shd w:val="clear" w:color="auto" w:fill="FFFFFF"/>
            <w:tcMar>
              <w:top w:w="80" w:type="dxa"/>
              <w:left w:w="100" w:type="dxa"/>
              <w:bottom w:w="80" w:type="dxa"/>
              <w:right w:w="100" w:type="dxa"/>
            </w:tcMar>
            <w:vAlign w:val="center"/>
          </w:tcPr>
          <w:p w14:paraId="44A182D9" w14:textId="77777777" w:rsidR="00214C21" w:rsidRDefault="001B51A9">
            <w:pPr>
              <w:pStyle w:val="Tabeltekst"/>
              <w:spacing w:line="254" w:lineRule="auto"/>
              <w:jc w:val="center"/>
            </w:pPr>
            <w:sdt>
              <w:sdtPr>
                <w:alias w:val="€ …"/>
                <w:tag w:val="antwoord_296"/>
                <w:id w:val="1295"/>
                <w:text/>
              </w:sdtPr>
              <w:sdtEndPr/>
              <w:sdtContent>
                <w:r w:rsidR="00B41876">
                  <w:t>[€ …]</w:t>
                </w:r>
              </w:sdtContent>
            </w:sdt>
          </w:p>
        </w:tc>
        <w:tc>
          <w:tcPr>
            <w:tcW w:w="1701" w:type="dxa"/>
            <w:shd w:val="clear" w:color="auto" w:fill="FFFFFF"/>
            <w:tcMar>
              <w:top w:w="80" w:type="dxa"/>
              <w:left w:w="100" w:type="dxa"/>
              <w:bottom w:w="80" w:type="dxa"/>
              <w:right w:w="100" w:type="dxa"/>
            </w:tcMar>
            <w:vAlign w:val="center"/>
          </w:tcPr>
          <w:p w14:paraId="0325A976" w14:textId="77777777" w:rsidR="00214C21" w:rsidRDefault="001B51A9">
            <w:pPr>
              <w:pStyle w:val="Tabeltekst"/>
              <w:spacing w:line="254" w:lineRule="auto"/>
              <w:jc w:val="center"/>
            </w:pPr>
            <w:sdt>
              <w:sdtPr>
                <w:alias w:val="€ …"/>
                <w:tag w:val="antwoord_297"/>
                <w:id w:val="1296"/>
                <w:text/>
              </w:sdtPr>
              <w:sdtEndPr/>
              <w:sdtContent>
                <w:r w:rsidR="00B41876">
                  <w:t>[€ …]</w:t>
                </w:r>
              </w:sdtContent>
            </w:sdt>
          </w:p>
        </w:tc>
      </w:tr>
      <w:tr w:rsidR="00214C21" w14:paraId="0E9301E5" w14:textId="77777777">
        <w:trPr>
          <w:cantSplit/>
          <w:jc w:val="center"/>
        </w:trPr>
        <w:tc>
          <w:tcPr>
            <w:tcW w:w="4309" w:type="dxa"/>
            <w:shd w:val="clear" w:color="auto" w:fill="F1F6FA"/>
            <w:tcMar>
              <w:top w:w="80" w:type="dxa"/>
              <w:left w:w="100" w:type="dxa"/>
              <w:bottom w:w="80" w:type="dxa"/>
              <w:right w:w="100" w:type="dxa"/>
            </w:tcMar>
            <w:vAlign w:val="center"/>
          </w:tcPr>
          <w:p w14:paraId="52010F6E" w14:textId="77777777" w:rsidR="00214C21" w:rsidRDefault="00B41876">
            <w:pPr>
              <w:pStyle w:val="Tabeltekst"/>
              <w:spacing w:line="254" w:lineRule="auto"/>
            </w:pPr>
            <w:r>
              <w:t>Resultaat na belasting</w:t>
            </w:r>
          </w:p>
        </w:tc>
        <w:tc>
          <w:tcPr>
            <w:tcW w:w="1701" w:type="dxa"/>
            <w:shd w:val="clear" w:color="auto" w:fill="F1F6FA"/>
            <w:tcMar>
              <w:top w:w="80" w:type="dxa"/>
              <w:left w:w="100" w:type="dxa"/>
              <w:bottom w:w="80" w:type="dxa"/>
              <w:right w:w="100" w:type="dxa"/>
            </w:tcMar>
            <w:vAlign w:val="center"/>
          </w:tcPr>
          <w:p w14:paraId="0DB9DB63" w14:textId="77777777" w:rsidR="00214C21" w:rsidRDefault="001B51A9">
            <w:pPr>
              <w:pStyle w:val="Tabeltekst"/>
              <w:spacing w:line="254" w:lineRule="auto"/>
              <w:jc w:val="center"/>
            </w:pPr>
            <w:sdt>
              <w:sdtPr>
                <w:alias w:val="€ …"/>
                <w:tag w:val="antwoord_298"/>
                <w:id w:val="1297"/>
                <w:text/>
              </w:sdtPr>
              <w:sdtEndPr/>
              <w:sdtContent>
                <w:r w:rsidR="00B41876">
                  <w:t>[€ …]</w:t>
                </w:r>
              </w:sdtContent>
            </w:sdt>
          </w:p>
        </w:tc>
        <w:tc>
          <w:tcPr>
            <w:tcW w:w="1701" w:type="dxa"/>
            <w:shd w:val="clear" w:color="auto" w:fill="F1F6FA"/>
            <w:tcMar>
              <w:top w:w="80" w:type="dxa"/>
              <w:left w:w="100" w:type="dxa"/>
              <w:bottom w:w="80" w:type="dxa"/>
              <w:right w:w="100" w:type="dxa"/>
            </w:tcMar>
            <w:vAlign w:val="center"/>
          </w:tcPr>
          <w:p w14:paraId="2E221213" w14:textId="77777777" w:rsidR="00214C21" w:rsidRDefault="001B51A9">
            <w:pPr>
              <w:pStyle w:val="Tabeltekst"/>
              <w:spacing w:line="254" w:lineRule="auto"/>
              <w:jc w:val="center"/>
            </w:pPr>
            <w:sdt>
              <w:sdtPr>
                <w:alias w:val="€ …"/>
                <w:tag w:val="antwoord_299"/>
                <w:id w:val="1298"/>
                <w:text/>
              </w:sdtPr>
              <w:sdtEndPr/>
              <w:sdtContent>
                <w:r w:rsidR="00B41876">
                  <w:t>[€ …]</w:t>
                </w:r>
              </w:sdtContent>
            </w:sdt>
          </w:p>
        </w:tc>
        <w:tc>
          <w:tcPr>
            <w:tcW w:w="1701" w:type="dxa"/>
            <w:shd w:val="clear" w:color="auto" w:fill="F1F6FA"/>
            <w:tcMar>
              <w:top w:w="80" w:type="dxa"/>
              <w:left w:w="100" w:type="dxa"/>
              <w:bottom w:w="80" w:type="dxa"/>
              <w:right w:w="100" w:type="dxa"/>
            </w:tcMar>
            <w:vAlign w:val="center"/>
          </w:tcPr>
          <w:p w14:paraId="6C1C23B7" w14:textId="77777777" w:rsidR="00214C21" w:rsidRDefault="001B51A9">
            <w:pPr>
              <w:pStyle w:val="Tabeltekst"/>
              <w:spacing w:line="254" w:lineRule="auto"/>
              <w:jc w:val="center"/>
            </w:pPr>
            <w:sdt>
              <w:sdtPr>
                <w:alias w:val="€ …"/>
                <w:tag w:val="antwoord_300"/>
                <w:id w:val="1299"/>
                <w:text/>
              </w:sdtPr>
              <w:sdtEndPr/>
              <w:sdtContent>
                <w:r w:rsidR="00B41876">
                  <w:t>[€ …]</w:t>
                </w:r>
              </w:sdtContent>
            </w:sdt>
          </w:p>
        </w:tc>
      </w:tr>
    </w:tbl>
    <w:p w14:paraId="38BC5C93" w14:textId="77777777" w:rsidR="00214C21" w:rsidRDefault="00214C21">
      <w:pPr>
        <w:spacing w:after="0"/>
      </w:pPr>
    </w:p>
    <w:p w14:paraId="2D383797" w14:textId="77777777" w:rsidR="00214C21" w:rsidRDefault="00B41876">
      <w:pPr>
        <w:pStyle w:val="Heading2"/>
      </w:pPr>
      <w:r>
        <w:t>Verklaring en haalbaarheid</w:t>
      </w:r>
    </w:p>
    <w:p w14:paraId="60B95A92" w14:textId="77777777" w:rsidR="00214C21" w:rsidRDefault="00B41876">
      <w:pPr>
        <w:pStyle w:val="Invulhulp"/>
      </w:pPr>
      <w:r>
        <w:t>Welke aannames sturen het resultaat? Wanneer wordt het bedrijfsresultaat positief? Welke ontwikkeling vraagt de meeste aandacht?</w:t>
      </w:r>
    </w:p>
    <w:p w14:paraId="41D46E27" w14:textId="77777777" w:rsidR="00214C21" w:rsidRDefault="001B51A9">
      <w:pPr>
        <w:pStyle w:val="Invulveld"/>
      </w:pPr>
      <w:sdt>
        <w:sdtPr>
          <w:alias w:val="Het resultaat ontstaat vooral door … Positief bedrijfsresultaat verwachten wij vanaf … De gevoeligste kostenpost of aann"/>
          <w:tag w:val="antwoord_301"/>
          <w:id w:val="1300"/>
        </w:sdtPr>
        <w:sdtEndPr/>
        <w:sdtContent>
          <w:r w:rsidR="00B41876">
            <w:rPr>
              <w:color w:val="000000"/>
            </w:rPr>
            <w:t>[Het resultaat ontstaat vooral door … Positief bedrijfsresultaat verwachten wij vanaf … De gevoeligste kostenpost of aanname is …]</w:t>
          </w:r>
        </w:sdtContent>
      </w:sdt>
    </w:p>
    <w:p w14:paraId="0D92A337" w14:textId="77777777" w:rsidR="00214C21" w:rsidRDefault="00B41876">
      <w:pPr>
        <w:pStyle w:val="Kleinetekst"/>
      </w:pPr>
      <w:r>
        <w:t>Brutowinst = omzet minus directe inkoop en productiekosten. Voorkom dat kosten in twee regels staan. Neem ondernemersbeloning passend bij de rechtsvorm op: salaris in de kosten waar van toepassing; privéonttrekkingen niet als bedrijfskosten. Aflossing hoort in de kasstromen.</w:t>
      </w:r>
    </w:p>
    <w:p w14:paraId="4D8C2EAD" w14:textId="77777777" w:rsidR="00214C21" w:rsidRDefault="00B41876">
      <w:r>
        <w:br w:type="page"/>
      </w:r>
    </w:p>
    <w:p w14:paraId="15E77772" w14:textId="77777777" w:rsidR="00214C21" w:rsidRDefault="00B41876">
      <w:pPr>
        <w:pStyle w:val="Sectielabel"/>
      </w:pPr>
      <w:r>
        <w:lastRenderedPageBreak/>
        <w:t>19  /  KASSTROMEN</w:t>
      </w:r>
    </w:p>
    <w:p w14:paraId="6BDE06A9" w14:textId="77777777" w:rsidR="00214C21" w:rsidRDefault="00B41876">
      <w:pPr>
        <w:pStyle w:val="Heading1"/>
      </w:pPr>
      <w:bookmarkStart w:id="18" w:name="_Toc242630382"/>
      <w:r>
        <w:t>Liquiditeit maanden 1 tot en met 6</w:t>
      </w:r>
      <w:bookmarkEnd w:id="18"/>
    </w:p>
    <w:p w14:paraId="3FB26EB7" w14:textId="77777777" w:rsidR="00214C21" w:rsidRDefault="00B41876">
      <w:r>
        <w:t>Plan per maand wanneer geld binnenkomt en uitgaat. Vul de werkelijke betaalbedragen in, inclusief btw waar van toepassing.</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628"/>
        <w:gridCol w:w="964"/>
        <w:gridCol w:w="964"/>
        <w:gridCol w:w="964"/>
        <w:gridCol w:w="964"/>
        <w:gridCol w:w="964"/>
        <w:gridCol w:w="964"/>
      </w:tblGrid>
      <w:tr w:rsidR="00214C21" w14:paraId="7F75D584" w14:textId="77777777">
        <w:trPr>
          <w:cantSplit/>
          <w:tblHeader/>
          <w:jc w:val="center"/>
        </w:trPr>
        <w:tc>
          <w:tcPr>
            <w:tcW w:w="3628" w:type="dxa"/>
            <w:shd w:val="clear" w:color="auto" w:fill="1A263D"/>
            <w:tcMar>
              <w:top w:w="80" w:type="dxa"/>
              <w:left w:w="100" w:type="dxa"/>
              <w:bottom w:w="80" w:type="dxa"/>
              <w:right w:w="100" w:type="dxa"/>
            </w:tcMar>
            <w:vAlign w:val="center"/>
          </w:tcPr>
          <w:p w14:paraId="3B4E3CEB" w14:textId="77777777" w:rsidR="00214C21" w:rsidRDefault="00B41876">
            <w:pPr>
              <w:pStyle w:val="Tabeltekst"/>
              <w:spacing w:line="254" w:lineRule="auto"/>
            </w:pPr>
            <w:r>
              <w:rPr>
                <w:b/>
                <w:color w:val="FFFFFF"/>
                <w:sz w:val="17"/>
              </w:rPr>
              <w:t>Kasstromen in euro</w:t>
            </w:r>
          </w:p>
        </w:tc>
        <w:tc>
          <w:tcPr>
            <w:tcW w:w="964" w:type="dxa"/>
            <w:shd w:val="clear" w:color="auto" w:fill="1A263D"/>
            <w:tcMar>
              <w:top w:w="80" w:type="dxa"/>
              <w:left w:w="100" w:type="dxa"/>
              <w:bottom w:w="80" w:type="dxa"/>
              <w:right w:w="100" w:type="dxa"/>
            </w:tcMar>
            <w:vAlign w:val="center"/>
          </w:tcPr>
          <w:p w14:paraId="4383E66D" w14:textId="77777777" w:rsidR="00214C21" w:rsidRDefault="00B41876">
            <w:pPr>
              <w:pStyle w:val="Tabeltekst"/>
              <w:spacing w:line="254" w:lineRule="auto"/>
              <w:jc w:val="center"/>
            </w:pPr>
            <w:r>
              <w:rPr>
                <w:b/>
                <w:color w:val="FFFFFF"/>
                <w:sz w:val="17"/>
              </w:rPr>
              <w:t>M1</w:t>
            </w:r>
          </w:p>
        </w:tc>
        <w:tc>
          <w:tcPr>
            <w:tcW w:w="964" w:type="dxa"/>
            <w:shd w:val="clear" w:color="auto" w:fill="1A263D"/>
            <w:tcMar>
              <w:top w:w="80" w:type="dxa"/>
              <w:left w:w="100" w:type="dxa"/>
              <w:bottom w:w="80" w:type="dxa"/>
              <w:right w:w="100" w:type="dxa"/>
            </w:tcMar>
            <w:vAlign w:val="center"/>
          </w:tcPr>
          <w:p w14:paraId="362BC262" w14:textId="77777777" w:rsidR="00214C21" w:rsidRDefault="00B41876">
            <w:pPr>
              <w:pStyle w:val="Tabeltekst"/>
              <w:spacing w:line="254" w:lineRule="auto"/>
              <w:jc w:val="center"/>
            </w:pPr>
            <w:r>
              <w:rPr>
                <w:b/>
                <w:color w:val="FFFFFF"/>
                <w:sz w:val="17"/>
              </w:rPr>
              <w:t>M2</w:t>
            </w:r>
          </w:p>
        </w:tc>
        <w:tc>
          <w:tcPr>
            <w:tcW w:w="964" w:type="dxa"/>
            <w:shd w:val="clear" w:color="auto" w:fill="1A263D"/>
            <w:tcMar>
              <w:top w:w="80" w:type="dxa"/>
              <w:left w:w="100" w:type="dxa"/>
              <w:bottom w:w="80" w:type="dxa"/>
              <w:right w:w="100" w:type="dxa"/>
            </w:tcMar>
            <w:vAlign w:val="center"/>
          </w:tcPr>
          <w:p w14:paraId="47CCFAD3" w14:textId="77777777" w:rsidR="00214C21" w:rsidRDefault="00B41876">
            <w:pPr>
              <w:pStyle w:val="Tabeltekst"/>
              <w:spacing w:line="254" w:lineRule="auto"/>
              <w:jc w:val="center"/>
            </w:pPr>
            <w:r>
              <w:rPr>
                <w:b/>
                <w:color w:val="FFFFFF"/>
                <w:sz w:val="17"/>
              </w:rPr>
              <w:t>M3</w:t>
            </w:r>
          </w:p>
        </w:tc>
        <w:tc>
          <w:tcPr>
            <w:tcW w:w="964" w:type="dxa"/>
            <w:shd w:val="clear" w:color="auto" w:fill="1A263D"/>
            <w:tcMar>
              <w:top w:w="80" w:type="dxa"/>
              <w:left w:w="100" w:type="dxa"/>
              <w:bottom w:w="80" w:type="dxa"/>
              <w:right w:w="100" w:type="dxa"/>
            </w:tcMar>
            <w:vAlign w:val="center"/>
          </w:tcPr>
          <w:p w14:paraId="1DBF4699" w14:textId="77777777" w:rsidR="00214C21" w:rsidRDefault="00B41876">
            <w:pPr>
              <w:pStyle w:val="Tabeltekst"/>
              <w:spacing w:line="254" w:lineRule="auto"/>
              <w:jc w:val="center"/>
            </w:pPr>
            <w:r>
              <w:rPr>
                <w:b/>
                <w:color w:val="FFFFFF"/>
                <w:sz w:val="17"/>
              </w:rPr>
              <w:t>M4</w:t>
            </w:r>
          </w:p>
        </w:tc>
        <w:tc>
          <w:tcPr>
            <w:tcW w:w="964" w:type="dxa"/>
            <w:shd w:val="clear" w:color="auto" w:fill="1A263D"/>
            <w:tcMar>
              <w:top w:w="80" w:type="dxa"/>
              <w:left w:w="100" w:type="dxa"/>
              <w:bottom w:w="80" w:type="dxa"/>
              <w:right w:w="100" w:type="dxa"/>
            </w:tcMar>
            <w:vAlign w:val="center"/>
          </w:tcPr>
          <w:p w14:paraId="4E041C2B" w14:textId="77777777" w:rsidR="00214C21" w:rsidRDefault="00B41876">
            <w:pPr>
              <w:pStyle w:val="Tabeltekst"/>
              <w:spacing w:line="254" w:lineRule="auto"/>
              <w:jc w:val="center"/>
            </w:pPr>
            <w:r>
              <w:rPr>
                <w:b/>
                <w:color w:val="FFFFFF"/>
                <w:sz w:val="17"/>
              </w:rPr>
              <w:t>M5</w:t>
            </w:r>
          </w:p>
        </w:tc>
        <w:tc>
          <w:tcPr>
            <w:tcW w:w="964" w:type="dxa"/>
            <w:shd w:val="clear" w:color="auto" w:fill="1A263D"/>
            <w:tcMar>
              <w:top w:w="80" w:type="dxa"/>
              <w:left w:w="100" w:type="dxa"/>
              <w:bottom w:w="80" w:type="dxa"/>
              <w:right w:w="100" w:type="dxa"/>
            </w:tcMar>
            <w:vAlign w:val="center"/>
          </w:tcPr>
          <w:p w14:paraId="0EB98D7E" w14:textId="77777777" w:rsidR="00214C21" w:rsidRDefault="00B41876">
            <w:pPr>
              <w:pStyle w:val="Tabeltekst"/>
              <w:spacing w:line="254" w:lineRule="auto"/>
              <w:jc w:val="center"/>
            </w:pPr>
            <w:r>
              <w:rPr>
                <w:b/>
                <w:color w:val="FFFFFF"/>
                <w:sz w:val="17"/>
              </w:rPr>
              <w:t>M6</w:t>
            </w:r>
          </w:p>
        </w:tc>
      </w:tr>
      <w:tr w:rsidR="00214C21" w14:paraId="27AF4D38" w14:textId="77777777">
        <w:trPr>
          <w:cantSplit/>
          <w:jc w:val="center"/>
        </w:trPr>
        <w:tc>
          <w:tcPr>
            <w:tcW w:w="3628" w:type="dxa"/>
            <w:shd w:val="clear" w:color="auto" w:fill="FFFFFF"/>
            <w:tcMar>
              <w:top w:w="80" w:type="dxa"/>
              <w:left w:w="100" w:type="dxa"/>
              <w:bottom w:w="80" w:type="dxa"/>
              <w:right w:w="100" w:type="dxa"/>
            </w:tcMar>
            <w:vAlign w:val="center"/>
          </w:tcPr>
          <w:p w14:paraId="668D1260" w14:textId="77777777" w:rsidR="00214C21" w:rsidRDefault="00B41876">
            <w:pPr>
              <w:pStyle w:val="Tabeltekst"/>
              <w:spacing w:line="254" w:lineRule="auto"/>
            </w:pPr>
            <w:r>
              <w:rPr>
                <w:sz w:val="17"/>
              </w:rPr>
              <w:t>Beginsaldo bank en kas</w:t>
            </w:r>
          </w:p>
        </w:tc>
        <w:tc>
          <w:tcPr>
            <w:tcW w:w="964" w:type="dxa"/>
            <w:shd w:val="clear" w:color="auto" w:fill="FFFFFF"/>
            <w:tcMar>
              <w:top w:w="80" w:type="dxa"/>
              <w:left w:w="100" w:type="dxa"/>
              <w:bottom w:w="80" w:type="dxa"/>
              <w:right w:w="100" w:type="dxa"/>
            </w:tcMar>
            <w:vAlign w:val="center"/>
          </w:tcPr>
          <w:p w14:paraId="4D06DC98" w14:textId="77777777" w:rsidR="00214C21" w:rsidRDefault="001B51A9">
            <w:pPr>
              <w:pStyle w:val="Tabeltekst"/>
              <w:spacing w:line="254" w:lineRule="auto"/>
              <w:jc w:val="center"/>
            </w:pPr>
            <w:sdt>
              <w:sdtPr>
                <w:alias w:val="…"/>
                <w:tag w:val="antwoord_302"/>
                <w:id w:val="1301"/>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1B498664" w14:textId="77777777" w:rsidR="00214C21" w:rsidRDefault="001B51A9">
            <w:pPr>
              <w:pStyle w:val="Tabeltekst"/>
              <w:spacing w:line="254" w:lineRule="auto"/>
              <w:jc w:val="center"/>
            </w:pPr>
            <w:sdt>
              <w:sdtPr>
                <w:alias w:val="…"/>
                <w:tag w:val="antwoord_303"/>
                <w:id w:val="1302"/>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6EB575A1" w14:textId="77777777" w:rsidR="00214C21" w:rsidRDefault="001B51A9">
            <w:pPr>
              <w:pStyle w:val="Tabeltekst"/>
              <w:spacing w:line="254" w:lineRule="auto"/>
              <w:jc w:val="center"/>
            </w:pPr>
            <w:sdt>
              <w:sdtPr>
                <w:alias w:val="…"/>
                <w:tag w:val="antwoord_304"/>
                <w:id w:val="1303"/>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426E9062" w14:textId="77777777" w:rsidR="00214C21" w:rsidRDefault="001B51A9">
            <w:pPr>
              <w:pStyle w:val="Tabeltekst"/>
              <w:spacing w:line="254" w:lineRule="auto"/>
              <w:jc w:val="center"/>
            </w:pPr>
            <w:sdt>
              <w:sdtPr>
                <w:alias w:val="…"/>
                <w:tag w:val="antwoord_305"/>
                <w:id w:val="1304"/>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26A5D2D9" w14:textId="77777777" w:rsidR="00214C21" w:rsidRDefault="001B51A9">
            <w:pPr>
              <w:pStyle w:val="Tabeltekst"/>
              <w:spacing w:line="254" w:lineRule="auto"/>
              <w:jc w:val="center"/>
            </w:pPr>
            <w:sdt>
              <w:sdtPr>
                <w:alias w:val="…"/>
                <w:tag w:val="antwoord_306"/>
                <w:id w:val="1305"/>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4296A11A" w14:textId="77777777" w:rsidR="00214C21" w:rsidRDefault="001B51A9">
            <w:pPr>
              <w:pStyle w:val="Tabeltekst"/>
              <w:spacing w:line="254" w:lineRule="auto"/>
              <w:jc w:val="center"/>
            </w:pPr>
            <w:sdt>
              <w:sdtPr>
                <w:alias w:val="…"/>
                <w:tag w:val="antwoord_307"/>
                <w:id w:val="1306"/>
                <w:text/>
              </w:sdtPr>
              <w:sdtEndPr/>
              <w:sdtContent>
                <w:r w:rsidR="00B41876">
                  <w:rPr>
                    <w:sz w:val="17"/>
                  </w:rPr>
                  <w:t>[…]</w:t>
                </w:r>
              </w:sdtContent>
            </w:sdt>
          </w:p>
        </w:tc>
      </w:tr>
      <w:tr w:rsidR="00214C21" w14:paraId="0C8124A6" w14:textId="77777777">
        <w:trPr>
          <w:cantSplit/>
          <w:jc w:val="center"/>
        </w:trPr>
        <w:tc>
          <w:tcPr>
            <w:tcW w:w="3628" w:type="dxa"/>
            <w:shd w:val="clear" w:color="auto" w:fill="F1F6FA"/>
            <w:tcMar>
              <w:top w:w="80" w:type="dxa"/>
              <w:left w:w="100" w:type="dxa"/>
              <w:bottom w:w="80" w:type="dxa"/>
              <w:right w:w="100" w:type="dxa"/>
            </w:tcMar>
            <w:vAlign w:val="center"/>
          </w:tcPr>
          <w:p w14:paraId="0B3230F8" w14:textId="77777777" w:rsidR="00214C21" w:rsidRDefault="00B41876">
            <w:pPr>
              <w:pStyle w:val="Tabeltekst"/>
              <w:spacing w:line="254" w:lineRule="auto"/>
            </w:pPr>
            <w:r>
              <w:rPr>
                <w:sz w:val="17"/>
              </w:rPr>
              <w:t>Ontvangsten van klanten</w:t>
            </w:r>
          </w:p>
        </w:tc>
        <w:tc>
          <w:tcPr>
            <w:tcW w:w="964" w:type="dxa"/>
            <w:shd w:val="clear" w:color="auto" w:fill="F1F6FA"/>
            <w:tcMar>
              <w:top w:w="80" w:type="dxa"/>
              <w:left w:w="100" w:type="dxa"/>
              <w:bottom w:w="80" w:type="dxa"/>
              <w:right w:w="100" w:type="dxa"/>
            </w:tcMar>
            <w:vAlign w:val="center"/>
          </w:tcPr>
          <w:p w14:paraId="1F8D427B" w14:textId="77777777" w:rsidR="00214C21" w:rsidRDefault="001B51A9">
            <w:pPr>
              <w:pStyle w:val="Tabeltekst"/>
              <w:spacing w:line="254" w:lineRule="auto"/>
              <w:jc w:val="center"/>
            </w:pPr>
            <w:sdt>
              <w:sdtPr>
                <w:alias w:val="…"/>
                <w:tag w:val="antwoord_308"/>
                <w:id w:val="1307"/>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093C3EDB" w14:textId="77777777" w:rsidR="00214C21" w:rsidRDefault="001B51A9">
            <w:pPr>
              <w:pStyle w:val="Tabeltekst"/>
              <w:spacing w:line="254" w:lineRule="auto"/>
              <w:jc w:val="center"/>
            </w:pPr>
            <w:sdt>
              <w:sdtPr>
                <w:alias w:val="…"/>
                <w:tag w:val="antwoord_309"/>
                <w:id w:val="1308"/>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674406B0" w14:textId="77777777" w:rsidR="00214C21" w:rsidRDefault="001B51A9">
            <w:pPr>
              <w:pStyle w:val="Tabeltekst"/>
              <w:spacing w:line="254" w:lineRule="auto"/>
              <w:jc w:val="center"/>
            </w:pPr>
            <w:sdt>
              <w:sdtPr>
                <w:alias w:val="…"/>
                <w:tag w:val="antwoord_310"/>
                <w:id w:val="1309"/>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37C17171" w14:textId="77777777" w:rsidR="00214C21" w:rsidRDefault="001B51A9">
            <w:pPr>
              <w:pStyle w:val="Tabeltekst"/>
              <w:spacing w:line="254" w:lineRule="auto"/>
              <w:jc w:val="center"/>
            </w:pPr>
            <w:sdt>
              <w:sdtPr>
                <w:alias w:val="…"/>
                <w:tag w:val="antwoord_311"/>
                <w:id w:val="1310"/>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1329DE49" w14:textId="77777777" w:rsidR="00214C21" w:rsidRDefault="001B51A9">
            <w:pPr>
              <w:pStyle w:val="Tabeltekst"/>
              <w:spacing w:line="254" w:lineRule="auto"/>
              <w:jc w:val="center"/>
            </w:pPr>
            <w:sdt>
              <w:sdtPr>
                <w:alias w:val="…"/>
                <w:tag w:val="antwoord_312"/>
                <w:id w:val="1311"/>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48414F04" w14:textId="77777777" w:rsidR="00214C21" w:rsidRDefault="001B51A9">
            <w:pPr>
              <w:pStyle w:val="Tabeltekst"/>
              <w:spacing w:line="254" w:lineRule="auto"/>
              <w:jc w:val="center"/>
            </w:pPr>
            <w:sdt>
              <w:sdtPr>
                <w:alias w:val="…"/>
                <w:tag w:val="antwoord_313"/>
                <w:id w:val="1312"/>
                <w:text/>
              </w:sdtPr>
              <w:sdtEndPr/>
              <w:sdtContent>
                <w:r w:rsidR="00B41876">
                  <w:rPr>
                    <w:sz w:val="17"/>
                  </w:rPr>
                  <w:t>[…]</w:t>
                </w:r>
              </w:sdtContent>
            </w:sdt>
          </w:p>
        </w:tc>
      </w:tr>
      <w:tr w:rsidR="00214C21" w14:paraId="10AA620B" w14:textId="77777777">
        <w:trPr>
          <w:cantSplit/>
          <w:jc w:val="center"/>
        </w:trPr>
        <w:tc>
          <w:tcPr>
            <w:tcW w:w="3628" w:type="dxa"/>
            <w:shd w:val="clear" w:color="auto" w:fill="FFFFFF"/>
            <w:tcMar>
              <w:top w:w="80" w:type="dxa"/>
              <w:left w:w="100" w:type="dxa"/>
              <w:bottom w:w="80" w:type="dxa"/>
              <w:right w:w="100" w:type="dxa"/>
            </w:tcMar>
            <w:vAlign w:val="center"/>
          </w:tcPr>
          <w:p w14:paraId="51679FC3" w14:textId="77777777" w:rsidR="00214C21" w:rsidRDefault="00B41876">
            <w:pPr>
              <w:pStyle w:val="Tabeltekst"/>
              <w:spacing w:line="254" w:lineRule="auto"/>
            </w:pPr>
            <w:r>
              <w:rPr>
                <w:sz w:val="17"/>
              </w:rPr>
              <w:t>Ontvangen eigen inbreng en financiering</w:t>
            </w:r>
          </w:p>
        </w:tc>
        <w:tc>
          <w:tcPr>
            <w:tcW w:w="964" w:type="dxa"/>
            <w:shd w:val="clear" w:color="auto" w:fill="FFFFFF"/>
            <w:tcMar>
              <w:top w:w="80" w:type="dxa"/>
              <w:left w:w="100" w:type="dxa"/>
              <w:bottom w:w="80" w:type="dxa"/>
              <w:right w:w="100" w:type="dxa"/>
            </w:tcMar>
            <w:vAlign w:val="center"/>
          </w:tcPr>
          <w:p w14:paraId="0F68E32B" w14:textId="77777777" w:rsidR="00214C21" w:rsidRDefault="001B51A9">
            <w:pPr>
              <w:pStyle w:val="Tabeltekst"/>
              <w:spacing w:line="254" w:lineRule="auto"/>
              <w:jc w:val="center"/>
            </w:pPr>
            <w:sdt>
              <w:sdtPr>
                <w:alias w:val="…"/>
                <w:tag w:val="antwoord_314"/>
                <w:id w:val="1313"/>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45DFAE9B" w14:textId="77777777" w:rsidR="00214C21" w:rsidRDefault="001B51A9">
            <w:pPr>
              <w:pStyle w:val="Tabeltekst"/>
              <w:spacing w:line="254" w:lineRule="auto"/>
              <w:jc w:val="center"/>
            </w:pPr>
            <w:sdt>
              <w:sdtPr>
                <w:alias w:val="…"/>
                <w:tag w:val="antwoord_315"/>
                <w:id w:val="1314"/>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313A3CD0" w14:textId="77777777" w:rsidR="00214C21" w:rsidRDefault="001B51A9">
            <w:pPr>
              <w:pStyle w:val="Tabeltekst"/>
              <w:spacing w:line="254" w:lineRule="auto"/>
              <w:jc w:val="center"/>
            </w:pPr>
            <w:sdt>
              <w:sdtPr>
                <w:alias w:val="…"/>
                <w:tag w:val="antwoord_316"/>
                <w:id w:val="1315"/>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223BBC80" w14:textId="77777777" w:rsidR="00214C21" w:rsidRDefault="001B51A9">
            <w:pPr>
              <w:pStyle w:val="Tabeltekst"/>
              <w:spacing w:line="254" w:lineRule="auto"/>
              <w:jc w:val="center"/>
            </w:pPr>
            <w:sdt>
              <w:sdtPr>
                <w:alias w:val="…"/>
                <w:tag w:val="antwoord_317"/>
                <w:id w:val="1316"/>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68BB322B" w14:textId="77777777" w:rsidR="00214C21" w:rsidRDefault="001B51A9">
            <w:pPr>
              <w:pStyle w:val="Tabeltekst"/>
              <w:spacing w:line="254" w:lineRule="auto"/>
              <w:jc w:val="center"/>
            </w:pPr>
            <w:sdt>
              <w:sdtPr>
                <w:alias w:val="…"/>
                <w:tag w:val="antwoord_318"/>
                <w:id w:val="1317"/>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70809A3F" w14:textId="77777777" w:rsidR="00214C21" w:rsidRDefault="001B51A9">
            <w:pPr>
              <w:pStyle w:val="Tabeltekst"/>
              <w:spacing w:line="254" w:lineRule="auto"/>
              <w:jc w:val="center"/>
            </w:pPr>
            <w:sdt>
              <w:sdtPr>
                <w:alias w:val="…"/>
                <w:tag w:val="antwoord_319"/>
                <w:id w:val="1318"/>
                <w:text/>
              </w:sdtPr>
              <w:sdtEndPr/>
              <w:sdtContent>
                <w:r w:rsidR="00B41876">
                  <w:rPr>
                    <w:sz w:val="17"/>
                  </w:rPr>
                  <w:t>[…]</w:t>
                </w:r>
              </w:sdtContent>
            </w:sdt>
          </w:p>
        </w:tc>
      </w:tr>
      <w:tr w:rsidR="00214C21" w14:paraId="5EC899A4" w14:textId="77777777">
        <w:trPr>
          <w:cantSplit/>
          <w:jc w:val="center"/>
        </w:trPr>
        <w:tc>
          <w:tcPr>
            <w:tcW w:w="3628" w:type="dxa"/>
            <w:shd w:val="clear" w:color="auto" w:fill="F1F6FA"/>
            <w:tcMar>
              <w:top w:w="80" w:type="dxa"/>
              <w:left w:w="100" w:type="dxa"/>
              <w:bottom w:w="80" w:type="dxa"/>
              <w:right w:w="100" w:type="dxa"/>
            </w:tcMar>
            <w:vAlign w:val="center"/>
          </w:tcPr>
          <w:p w14:paraId="737FFCE9" w14:textId="77777777" w:rsidR="00214C21" w:rsidRDefault="00B41876">
            <w:pPr>
              <w:pStyle w:val="Tabeltekst"/>
              <w:spacing w:line="254" w:lineRule="auto"/>
            </w:pPr>
            <w:r>
              <w:rPr>
                <w:sz w:val="17"/>
              </w:rPr>
              <w:t>Overige ontvangsten inclusief btw teruggaaf</w:t>
            </w:r>
          </w:p>
        </w:tc>
        <w:tc>
          <w:tcPr>
            <w:tcW w:w="964" w:type="dxa"/>
            <w:shd w:val="clear" w:color="auto" w:fill="F1F6FA"/>
            <w:tcMar>
              <w:top w:w="80" w:type="dxa"/>
              <w:left w:w="100" w:type="dxa"/>
              <w:bottom w:w="80" w:type="dxa"/>
              <w:right w:w="100" w:type="dxa"/>
            </w:tcMar>
            <w:vAlign w:val="center"/>
          </w:tcPr>
          <w:p w14:paraId="10166A56" w14:textId="77777777" w:rsidR="00214C21" w:rsidRDefault="001B51A9">
            <w:pPr>
              <w:pStyle w:val="Tabeltekst"/>
              <w:spacing w:line="254" w:lineRule="auto"/>
              <w:jc w:val="center"/>
            </w:pPr>
            <w:sdt>
              <w:sdtPr>
                <w:alias w:val="…"/>
                <w:tag w:val="antwoord_320"/>
                <w:id w:val="1319"/>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46FA2A1A" w14:textId="77777777" w:rsidR="00214C21" w:rsidRDefault="001B51A9">
            <w:pPr>
              <w:pStyle w:val="Tabeltekst"/>
              <w:spacing w:line="254" w:lineRule="auto"/>
              <w:jc w:val="center"/>
            </w:pPr>
            <w:sdt>
              <w:sdtPr>
                <w:alias w:val="…"/>
                <w:tag w:val="antwoord_321"/>
                <w:id w:val="1320"/>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062DFE84" w14:textId="77777777" w:rsidR="00214C21" w:rsidRDefault="001B51A9">
            <w:pPr>
              <w:pStyle w:val="Tabeltekst"/>
              <w:spacing w:line="254" w:lineRule="auto"/>
              <w:jc w:val="center"/>
            </w:pPr>
            <w:sdt>
              <w:sdtPr>
                <w:alias w:val="…"/>
                <w:tag w:val="antwoord_322"/>
                <w:id w:val="1321"/>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2D89C3FA" w14:textId="77777777" w:rsidR="00214C21" w:rsidRDefault="001B51A9">
            <w:pPr>
              <w:pStyle w:val="Tabeltekst"/>
              <w:spacing w:line="254" w:lineRule="auto"/>
              <w:jc w:val="center"/>
            </w:pPr>
            <w:sdt>
              <w:sdtPr>
                <w:alias w:val="…"/>
                <w:tag w:val="antwoord_323"/>
                <w:id w:val="1322"/>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1930263D" w14:textId="77777777" w:rsidR="00214C21" w:rsidRDefault="001B51A9">
            <w:pPr>
              <w:pStyle w:val="Tabeltekst"/>
              <w:spacing w:line="254" w:lineRule="auto"/>
              <w:jc w:val="center"/>
            </w:pPr>
            <w:sdt>
              <w:sdtPr>
                <w:alias w:val="…"/>
                <w:tag w:val="antwoord_324"/>
                <w:id w:val="1323"/>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6737B286" w14:textId="77777777" w:rsidR="00214C21" w:rsidRDefault="001B51A9">
            <w:pPr>
              <w:pStyle w:val="Tabeltekst"/>
              <w:spacing w:line="254" w:lineRule="auto"/>
              <w:jc w:val="center"/>
            </w:pPr>
            <w:sdt>
              <w:sdtPr>
                <w:alias w:val="…"/>
                <w:tag w:val="antwoord_325"/>
                <w:id w:val="1324"/>
                <w:text/>
              </w:sdtPr>
              <w:sdtEndPr/>
              <w:sdtContent>
                <w:r w:rsidR="00B41876">
                  <w:rPr>
                    <w:sz w:val="17"/>
                  </w:rPr>
                  <w:t>[…]</w:t>
                </w:r>
              </w:sdtContent>
            </w:sdt>
          </w:p>
        </w:tc>
      </w:tr>
      <w:tr w:rsidR="00214C21" w14:paraId="59915F09" w14:textId="77777777">
        <w:trPr>
          <w:cantSplit/>
          <w:jc w:val="center"/>
        </w:trPr>
        <w:tc>
          <w:tcPr>
            <w:tcW w:w="3628" w:type="dxa"/>
            <w:shd w:val="clear" w:color="auto" w:fill="FFFFFF"/>
            <w:tcMar>
              <w:top w:w="80" w:type="dxa"/>
              <w:left w:w="100" w:type="dxa"/>
              <w:bottom w:w="80" w:type="dxa"/>
              <w:right w:w="100" w:type="dxa"/>
            </w:tcMar>
            <w:vAlign w:val="center"/>
          </w:tcPr>
          <w:p w14:paraId="50BB160C" w14:textId="77777777" w:rsidR="00214C21" w:rsidRDefault="00B41876">
            <w:pPr>
              <w:pStyle w:val="Tabeltekst"/>
              <w:spacing w:line="254" w:lineRule="auto"/>
            </w:pPr>
            <w:r>
              <w:rPr>
                <w:sz w:val="17"/>
              </w:rPr>
              <w:t>Totaal ontvangsten</w:t>
            </w:r>
          </w:p>
        </w:tc>
        <w:tc>
          <w:tcPr>
            <w:tcW w:w="964" w:type="dxa"/>
            <w:shd w:val="clear" w:color="auto" w:fill="FFFFFF"/>
            <w:tcMar>
              <w:top w:w="80" w:type="dxa"/>
              <w:left w:w="100" w:type="dxa"/>
              <w:bottom w:w="80" w:type="dxa"/>
              <w:right w:w="100" w:type="dxa"/>
            </w:tcMar>
            <w:vAlign w:val="center"/>
          </w:tcPr>
          <w:p w14:paraId="3449B2A9" w14:textId="77777777" w:rsidR="00214C21" w:rsidRDefault="001B51A9">
            <w:pPr>
              <w:pStyle w:val="Tabeltekst"/>
              <w:spacing w:line="254" w:lineRule="auto"/>
              <w:jc w:val="center"/>
            </w:pPr>
            <w:sdt>
              <w:sdtPr>
                <w:alias w:val="…"/>
                <w:tag w:val="antwoord_326"/>
                <w:id w:val="1325"/>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0A57D13E" w14:textId="77777777" w:rsidR="00214C21" w:rsidRDefault="001B51A9">
            <w:pPr>
              <w:pStyle w:val="Tabeltekst"/>
              <w:spacing w:line="254" w:lineRule="auto"/>
              <w:jc w:val="center"/>
            </w:pPr>
            <w:sdt>
              <w:sdtPr>
                <w:alias w:val="…"/>
                <w:tag w:val="antwoord_327"/>
                <w:id w:val="1326"/>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6602F4D0" w14:textId="77777777" w:rsidR="00214C21" w:rsidRDefault="001B51A9">
            <w:pPr>
              <w:pStyle w:val="Tabeltekst"/>
              <w:spacing w:line="254" w:lineRule="auto"/>
              <w:jc w:val="center"/>
            </w:pPr>
            <w:sdt>
              <w:sdtPr>
                <w:alias w:val="…"/>
                <w:tag w:val="antwoord_328"/>
                <w:id w:val="1327"/>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1A76BFBC" w14:textId="77777777" w:rsidR="00214C21" w:rsidRDefault="001B51A9">
            <w:pPr>
              <w:pStyle w:val="Tabeltekst"/>
              <w:spacing w:line="254" w:lineRule="auto"/>
              <w:jc w:val="center"/>
            </w:pPr>
            <w:sdt>
              <w:sdtPr>
                <w:alias w:val="…"/>
                <w:tag w:val="antwoord_329"/>
                <w:id w:val="1328"/>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58A63F8D" w14:textId="77777777" w:rsidR="00214C21" w:rsidRDefault="001B51A9">
            <w:pPr>
              <w:pStyle w:val="Tabeltekst"/>
              <w:spacing w:line="254" w:lineRule="auto"/>
              <w:jc w:val="center"/>
            </w:pPr>
            <w:sdt>
              <w:sdtPr>
                <w:alias w:val="…"/>
                <w:tag w:val="antwoord_330"/>
                <w:id w:val="1329"/>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7CE0DD29" w14:textId="77777777" w:rsidR="00214C21" w:rsidRDefault="001B51A9">
            <w:pPr>
              <w:pStyle w:val="Tabeltekst"/>
              <w:spacing w:line="254" w:lineRule="auto"/>
              <w:jc w:val="center"/>
            </w:pPr>
            <w:sdt>
              <w:sdtPr>
                <w:alias w:val="…"/>
                <w:tag w:val="antwoord_331"/>
                <w:id w:val="1330"/>
                <w:text/>
              </w:sdtPr>
              <w:sdtEndPr/>
              <w:sdtContent>
                <w:r w:rsidR="00B41876">
                  <w:rPr>
                    <w:sz w:val="17"/>
                  </w:rPr>
                  <w:t>[…]</w:t>
                </w:r>
              </w:sdtContent>
            </w:sdt>
          </w:p>
        </w:tc>
      </w:tr>
      <w:tr w:rsidR="00214C21" w14:paraId="3A4BC65F" w14:textId="77777777">
        <w:trPr>
          <w:cantSplit/>
          <w:jc w:val="center"/>
        </w:trPr>
        <w:tc>
          <w:tcPr>
            <w:tcW w:w="3628" w:type="dxa"/>
            <w:shd w:val="clear" w:color="auto" w:fill="F1F6FA"/>
            <w:tcMar>
              <w:top w:w="80" w:type="dxa"/>
              <w:left w:w="100" w:type="dxa"/>
              <w:bottom w:w="80" w:type="dxa"/>
              <w:right w:w="100" w:type="dxa"/>
            </w:tcMar>
            <w:vAlign w:val="center"/>
          </w:tcPr>
          <w:p w14:paraId="38F7C0E6" w14:textId="77777777" w:rsidR="00214C21" w:rsidRDefault="00B41876">
            <w:pPr>
              <w:pStyle w:val="Tabeltekst"/>
              <w:spacing w:line="254" w:lineRule="auto"/>
            </w:pPr>
            <w:r>
              <w:rPr>
                <w:sz w:val="17"/>
              </w:rPr>
              <w:t>Betalingen inkoop en directe kosten</w:t>
            </w:r>
          </w:p>
        </w:tc>
        <w:tc>
          <w:tcPr>
            <w:tcW w:w="964" w:type="dxa"/>
            <w:shd w:val="clear" w:color="auto" w:fill="F1F6FA"/>
            <w:tcMar>
              <w:top w:w="80" w:type="dxa"/>
              <w:left w:w="100" w:type="dxa"/>
              <w:bottom w:w="80" w:type="dxa"/>
              <w:right w:w="100" w:type="dxa"/>
            </w:tcMar>
            <w:vAlign w:val="center"/>
          </w:tcPr>
          <w:p w14:paraId="13B00F39" w14:textId="77777777" w:rsidR="00214C21" w:rsidRDefault="001B51A9">
            <w:pPr>
              <w:pStyle w:val="Tabeltekst"/>
              <w:spacing w:line="254" w:lineRule="auto"/>
              <w:jc w:val="center"/>
            </w:pPr>
            <w:sdt>
              <w:sdtPr>
                <w:alias w:val="…"/>
                <w:tag w:val="antwoord_332"/>
                <w:id w:val="1331"/>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6444C51D" w14:textId="77777777" w:rsidR="00214C21" w:rsidRDefault="001B51A9">
            <w:pPr>
              <w:pStyle w:val="Tabeltekst"/>
              <w:spacing w:line="254" w:lineRule="auto"/>
              <w:jc w:val="center"/>
            </w:pPr>
            <w:sdt>
              <w:sdtPr>
                <w:alias w:val="…"/>
                <w:tag w:val="antwoord_333"/>
                <w:id w:val="1332"/>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3D4AC759" w14:textId="77777777" w:rsidR="00214C21" w:rsidRDefault="001B51A9">
            <w:pPr>
              <w:pStyle w:val="Tabeltekst"/>
              <w:spacing w:line="254" w:lineRule="auto"/>
              <w:jc w:val="center"/>
            </w:pPr>
            <w:sdt>
              <w:sdtPr>
                <w:alias w:val="…"/>
                <w:tag w:val="antwoord_334"/>
                <w:id w:val="1333"/>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78CE64B0" w14:textId="77777777" w:rsidR="00214C21" w:rsidRDefault="001B51A9">
            <w:pPr>
              <w:pStyle w:val="Tabeltekst"/>
              <w:spacing w:line="254" w:lineRule="auto"/>
              <w:jc w:val="center"/>
            </w:pPr>
            <w:sdt>
              <w:sdtPr>
                <w:alias w:val="…"/>
                <w:tag w:val="antwoord_335"/>
                <w:id w:val="1334"/>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20F9BF75" w14:textId="77777777" w:rsidR="00214C21" w:rsidRDefault="001B51A9">
            <w:pPr>
              <w:pStyle w:val="Tabeltekst"/>
              <w:spacing w:line="254" w:lineRule="auto"/>
              <w:jc w:val="center"/>
            </w:pPr>
            <w:sdt>
              <w:sdtPr>
                <w:alias w:val="…"/>
                <w:tag w:val="antwoord_336"/>
                <w:id w:val="1335"/>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2832A760" w14:textId="77777777" w:rsidR="00214C21" w:rsidRDefault="001B51A9">
            <w:pPr>
              <w:pStyle w:val="Tabeltekst"/>
              <w:spacing w:line="254" w:lineRule="auto"/>
              <w:jc w:val="center"/>
            </w:pPr>
            <w:sdt>
              <w:sdtPr>
                <w:alias w:val="…"/>
                <w:tag w:val="antwoord_337"/>
                <w:id w:val="1336"/>
                <w:text/>
              </w:sdtPr>
              <w:sdtEndPr/>
              <w:sdtContent>
                <w:r w:rsidR="00B41876">
                  <w:rPr>
                    <w:sz w:val="17"/>
                  </w:rPr>
                  <w:t>[…]</w:t>
                </w:r>
              </w:sdtContent>
            </w:sdt>
          </w:p>
        </w:tc>
      </w:tr>
      <w:tr w:rsidR="00214C21" w14:paraId="016D727C" w14:textId="77777777">
        <w:trPr>
          <w:cantSplit/>
          <w:jc w:val="center"/>
        </w:trPr>
        <w:tc>
          <w:tcPr>
            <w:tcW w:w="3628" w:type="dxa"/>
            <w:shd w:val="clear" w:color="auto" w:fill="FFFFFF"/>
            <w:tcMar>
              <w:top w:w="80" w:type="dxa"/>
              <w:left w:w="100" w:type="dxa"/>
              <w:bottom w:w="80" w:type="dxa"/>
              <w:right w:w="100" w:type="dxa"/>
            </w:tcMar>
            <w:vAlign w:val="center"/>
          </w:tcPr>
          <w:p w14:paraId="080602B5" w14:textId="77777777" w:rsidR="00214C21" w:rsidRDefault="00B41876">
            <w:pPr>
              <w:pStyle w:val="Tabeltekst"/>
              <w:spacing w:line="254" w:lineRule="auto"/>
            </w:pPr>
            <w:r>
              <w:rPr>
                <w:sz w:val="17"/>
              </w:rPr>
              <w:t>Personeel en ondernemerssalaris indien relevant</w:t>
            </w:r>
          </w:p>
        </w:tc>
        <w:tc>
          <w:tcPr>
            <w:tcW w:w="964" w:type="dxa"/>
            <w:shd w:val="clear" w:color="auto" w:fill="FFFFFF"/>
            <w:tcMar>
              <w:top w:w="80" w:type="dxa"/>
              <w:left w:w="100" w:type="dxa"/>
              <w:bottom w:w="80" w:type="dxa"/>
              <w:right w:w="100" w:type="dxa"/>
            </w:tcMar>
            <w:vAlign w:val="center"/>
          </w:tcPr>
          <w:p w14:paraId="69A28536" w14:textId="77777777" w:rsidR="00214C21" w:rsidRDefault="001B51A9">
            <w:pPr>
              <w:pStyle w:val="Tabeltekst"/>
              <w:spacing w:line="254" w:lineRule="auto"/>
              <w:jc w:val="center"/>
            </w:pPr>
            <w:sdt>
              <w:sdtPr>
                <w:alias w:val="…"/>
                <w:tag w:val="antwoord_338"/>
                <w:id w:val="1337"/>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1ADD4FF2" w14:textId="77777777" w:rsidR="00214C21" w:rsidRDefault="001B51A9">
            <w:pPr>
              <w:pStyle w:val="Tabeltekst"/>
              <w:spacing w:line="254" w:lineRule="auto"/>
              <w:jc w:val="center"/>
            </w:pPr>
            <w:sdt>
              <w:sdtPr>
                <w:alias w:val="…"/>
                <w:tag w:val="antwoord_339"/>
                <w:id w:val="1338"/>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3750BCE6" w14:textId="77777777" w:rsidR="00214C21" w:rsidRDefault="001B51A9">
            <w:pPr>
              <w:pStyle w:val="Tabeltekst"/>
              <w:spacing w:line="254" w:lineRule="auto"/>
              <w:jc w:val="center"/>
            </w:pPr>
            <w:sdt>
              <w:sdtPr>
                <w:alias w:val="…"/>
                <w:tag w:val="antwoord_340"/>
                <w:id w:val="1339"/>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2F6B900F" w14:textId="77777777" w:rsidR="00214C21" w:rsidRDefault="001B51A9">
            <w:pPr>
              <w:pStyle w:val="Tabeltekst"/>
              <w:spacing w:line="254" w:lineRule="auto"/>
              <w:jc w:val="center"/>
            </w:pPr>
            <w:sdt>
              <w:sdtPr>
                <w:alias w:val="…"/>
                <w:tag w:val="antwoord_341"/>
                <w:id w:val="1340"/>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4C825462" w14:textId="77777777" w:rsidR="00214C21" w:rsidRDefault="001B51A9">
            <w:pPr>
              <w:pStyle w:val="Tabeltekst"/>
              <w:spacing w:line="254" w:lineRule="auto"/>
              <w:jc w:val="center"/>
            </w:pPr>
            <w:sdt>
              <w:sdtPr>
                <w:alias w:val="…"/>
                <w:tag w:val="antwoord_342"/>
                <w:id w:val="1341"/>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3EEC11A3" w14:textId="77777777" w:rsidR="00214C21" w:rsidRDefault="001B51A9">
            <w:pPr>
              <w:pStyle w:val="Tabeltekst"/>
              <w:spacing w:line="254" w:lineRule="auto"/>
              <w:jc w:val="center"/>
            </w:pPr>
            <w:sdt>
              <w:sdtPr>
                <w:alias w:val="…"/>
                <w:tag w:val="antwoord_343"/>
                <w:id w:val="1342"/>
                <w:text/>
              </w:sdtPr>
              <w:sdtEndPr/>
              <w:sdtContent>
                <w:r w:rsidR="00B41876">
                  <w:rPr>
                    <w:sz w:val="17"/>
                  </w:rPr>
                  <w:t>[…]</w:t>
                </w:r>
              </w:sdtContent>
            </w:sdt>
          </w:p>
        </w:tc>
      </w:tr>
      <w:tr w:rsidR="00214C21" w14:paraId="7E2C9407" w14:textId="77777777">
        <w:trPr>
          <w:cantSplit/>
          <w:jc w:val="center"/>
        </w:trPr>
        <w:tc>
          <w:tcPr>
            <w:tcW w:w="3628" w:type="dxa"/>
            <w:shd w:val="clear" w:color="auto" w:fill="F1F6FA"/>
            <w:tcMar>
              <w:top w:w="80" w:type="dxa"/>
              <w:left w:w="100" w:type="dxa"/>
              <w:bottom w:w="80" w:type="dxa"/>
              <w:right w:w="100" w:type="dxa"/>
            </w:tcMar>
            <w:vAlign w:val="center"/>
          </w:tcPr>
          <w:p w14:paraId="5ECDB179" w14:textId="77777777" w:rsidR="00214C21" w:rsidRDefault="00B41876">
            <w:pPr>
              <w:pStyle w:val="Tabeltekst"/>
              <w:spacing w:line="254" w:lineRule="auto"/>
            </w:pPr>
            <w:r>
              <w:rPr>
                <w:sz w:val="17"/>
              </w:rPr>
              <w:t>Overige operationele betalingen</w:t>
            </w:r>
          </w:p>
        </w:tc>
        <w:tc>
          <w:tcPr>
            <w:tcW w:w="964" w:type="dxa"/>
            <w:shd w:val="clear" w:color="auto" w:fill="F1F6FA"/>
            <w:tcMar>
              <w:top w:w="80" w:type="dxa"/>
              <w:left w:w="100" w:type="dxa"/>
              <w:bottom w:w="80" w:type="dxa"/>
              <w:right w:w="100" w:type="dxa"/>
            </w:tcMar>
            <w:vAlign w:val="center"/>
          </w:tcPr>
          <w:p w14:paraId="141E522B" w14:textId="77777777" w:rsidR="00214C21" w:rsidRDefault="001B51A9">
            <w:pPr>
              <w:pStyle w:val="Tabeltekst"/>
              <w:spacing w:line="254" w:lineRule="auto"/>
              <w:jc w:val="center"/>
            </w:pPr>
            <w:sdt>
              <w:sdtPr>
                <w:alias w:val="…"/>
                <w:tag w:val="antwoord_344"/>
                <w:id w:val="1343"/>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6A42E714" w14:textId="77777777" w:rsidR="00214C21" w:rsidRDefault="001B51A9">
            <w:pPr>
              <w:pStyle w:val="Tabeltekst"/>
              <w:spacing w:line="254" w:lineRule="auto"/>
              <w:jc w:val="center"/>
            </w:pPr>
            <w:sdt>
              <w:sdtPr>
                <w:alias w:val="…"/>
                <w:tag w:val="antwoord_345"/>
                <w:id w:val="1344"/>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23A7D198" w14:textId="77777777" w:rsidR="00214C21" w:rsidRDefault="001B51A9">
            <w:pPr>
              <w:pStyle w:val="Tabeltekst"/>
              <w:spacing w:line="254" w:lineRule="auto"/>
              <w:jc w:val="center"/>
            </w:pPr>
            <w:sdt>
              <w:sdtPr>
                <w:alias w:val="…"/>
                <w:tag w:val="antwoord_346"/>
                <w:id w:val="1345"/>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78207A33" w14:textId="77777777" w:rsidR="00214C21" w:rsidRDefault="001B51A9">
            <w:pPr>
              <w:pStyle w:val="Tabeltekst"/>
              <w:spacing w:line="254" w:lineRule="auto"/>
              <w:jc w:val="center"/>
            </w:pPr>
            <w:sdt>
              <w:sdtPr>
                <w:alias w:val="…"/>
                <w:tag w:val="antwoord_347"/>
                <w:id w:val="1346"/>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10FCE965" w14:textId="77777777" w:rsidR="00214C21" w:rsidRDefault="001B51A9">
            <w:pPr>
              <w:pStyle w:val="Tabeltekst"/>
              <w:spacing w:line="254" w:lineRule="auto"/>
              <w:jc w:val="center"/>
            </w:pPr>
            <w:sdt>
              <w:sdtPr>
                <w:alias w:val="…"/>
                <w:tag w:val="antwoord_348"/>
                <w:id w:val="1347"/>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51928CB3" w14:textId="77777777" w:rsidR="00214C21" w:rsidRDefault="001B51A9">
            <w:pPr>
              <w:pStyle w:val="Tabeltekst"/>
              <w:spacing w:line="254" w:lineRule="auto"/>
              <w:jc w:val="center"/>
            </w:pPr>
            <w:sdt>
              <w:sdtPr>
                <w:alias w:val="…"/>
                <w:tag w:val="antwoord_349"/>
                <w:id w:val="1348"/>
                <w:text/>
              </w:sdtPr>
              <w:sdtEndPr/>
              <w:sdtContent>
                <w:r w:rsidR="00B41876">
                  <w:rPr>
                    <w:sz w:val="17"/>
                  </w:rPr>
                  <w:t>[…]</w:t>
                </w:r>
              </w:sdtContent>
            </w:sdt>
          </w:p>
        </w:tc>
      </w:tr>
      <w:tr w:rsidR="00214C21" w14:paraId="7BDF87F1" w14:textId="77777777">
        <w:trPr>
          <w:cantSplit/>
          <w:jc w:val="center"/>
        </w:trPr>
        <w:tc>
          <w:tcPr>
            <w:tcW w:w="3628" w:type="dxa"/>
            <w:shd w:val="clear" w:color="auto" w:fill="FFFFFF"/>
            <w:tcMar>
              <w:top w:w="80" w:type="dxa"/>
              <w:left w:w="100" w:type="dxa"/>
              <w:bottom w:w="80" w:type="dxa"/>
              <w:right w:w="100" w:type="dxa"/>
            </w:tcMar>
            <w:vAlign w:val="center"/>
          </w:tcPr>
          <w:p w14:paraId="0F37CB0E" w14:textId="77777777" w:rsidR="00214C21" w:rsidRDefault="00B41876">
            <w:pPr>
              <w:pStyle w:val="Tabeltekst"/>
              <w:spacing w:line="254" w:lineRule="auto"/>
            </w:pPr>
            <w:r>
              <w:rPr>
                <w:sz w:val="17"/>
              </w:rPr>
              <w:t>Investeringen</w:t>
            </w:r>
          </w:p>
        </w:tc>
        <w:tc>
          <w:tcPr>
            <w:tcW w:w="964" w:type="dxa"/>
            <w:shd w:val="clear" w:color="auto" w:fill="FFFFFF"/>
            <w:tcMar>
              <w:top w:w="80" w:type="dxa"/>
              <w:left w:w="100" w:type="dxa"/>
              <w:bottom w:w="80" w:type="dxa"/>
              <w:right w:w="100" w:type="dxa"/>
            </w:tcMar>
            <w:vAlign w:val="center"/>
          </w:tcPr>
          <w:p w14:paraId="6A758AF6" w14:textId="77777777" w:rsidR="00214C21" w:rsidRDefault="001B51A9">
            <w:pPr>
              <w:pStyle w:val="Tabeltekst"/>
              <w:spacing w:line="254" w:lineRule="auto"/>
              <w:jc w:val="center"/>
            </w:pPr>
            <w:sdt>
              <w:sdtPr>
                <w:alias w:val="…"/>
                <w:tag w:val="antwoord_350"/>
                <w:id w:val="1349"/>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3A60E605" w14:textId="77777777" w:rsidR="00214C21" w:rsidRDefault="001B51A9">
            <w:pPr>
              <w:pStyle w:val="Tabeltekst"/>
              <w:spacing w:line="254" w:lineRule="auto"/>
              <w:jc w:val="center"/>
            </w:pPr>
            <w:sdt>
              <w:sdtPr>
                <w:alias w:val="…"/>
                <w:tag w:val="antwoord_351"/>
                <w:id w:val="1350"/>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326521D0" w14:textId="77777777" w:rsidR="00214C21" w:rsidRDefault="001B51A9">
            <w:pPr>
              <w:pStyle w:val="Tabeltekst"/>
              <w:spacing w:line="254" w:lineRule="auto"/>
              <w:jc w:val="center"/>
            </w:pPr>
            <w:sdt>
              <w:sdtPr>
                <w:alias w:val="…"/>
                <w:tag w:val="antwoord_352"/>
                <w:id w:val="1351"/>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6CCEF3CA" w14:textId="77777777" w:rsidR="00214C21" w:rsidRDefault="001B51A9">
            <w:pPr>
              <w:pStyle w:val="Tabeltekst"/>
              <w:spacing w:line="254" w:lineRule="auto"/>
              <w:jc w:val="center"/>
            </w:pPr>
            <w:sdt>
              <w:sdtPr>
                <w:alias w:val="…"/>
                <w:tag w:val="antwoord_353"/>
                <w:id w:val="1352"/>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5A6B744F" w14:textId="77777777" w:rsidR="00214C21" w:rsidRDefault="001B51A9">
            <w:pPr>
              <w:pStyle w:val="Tabeltekst"/>
              <w:spacing w:line="254" w:lineRule="auto"/>
              <w:jc w:val="center"/>
            </w:pPr>
            <w:sdt>
              <w:sdtPr>
                <w:alias w:val="…"/>
                <w:tag w:val="antwoord_354"/>
                <w:id w:val="1353"/>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6759D223" w14:textId="77777777" w:rsidR="00214C21" w:rsidRDefault="001B51A9">
            <w:pPr>
              <w:pStyle w:val="Tabeltekst"/>
              <w:spacing w:line="254" w:lineRule="auto"/>
              <w:jc w:val="center"/>
            </w:pPr>
            <w:sdt>
              <w:sdtPr>
                <w:alias w:val="…"/>
                <w:tag w:val="antwoord_355"/>
                <w:id w:val="1354"/>
                <w:text/>
              </w:sdtPr>
              <w:sdtEndPr/>
              <w:sdtContent>
                <w:r w:rsidR="00B41876">
                  <w:rPr>
                    <w:sz w:val="17"/>
                  </w:rPr>
                  <w:t>[…]</w:t>
                </w:r>
              </w:sdtContent>
            </w:sdt>
          </w:p>
        </w:tc>
      </w:tr>
      <w:tr w:rsidR="00214C21" w14:paraId="3E363D00" w14:textId="77777777">
        <w:trPr>
          <w:cantSplit/>
          <w:jc w:val="center"/>
        </w:trPr>
        <w:tc>
          <w:tcPr>
            <w:tcW w:w="3628" w:type="dxa"/>
            <w:shd w:val="clear" w:color="auto" w:fill="F1F6FA"/>
            <w:tcMar>
              <w:top w:w="80" w:type="dxa"/>
              <w:left w:w="100" w:type="dxa"/>
              <w:bottom w:w="80" w:type="dxa"/>
              <w:right w:w="100" w:type="dxa"/>
            </w:tcMar>
            <w:vAlign w:val="center"/>
          </w:tcPr>
          <w:p w14:paraId="496F12B9" w14:textId="77777777" w:rsidR="00214C21" w:rsidRDefault="00B41876">
            <w:pPr>
              <w:pStyle w:val="Tabeltekst"/>
              <w:spacing w:line="254" w:lineRule="auto"/>
            </w:pPr>
            <w:r>
              <w:rPr>
                <w:sz w:val="17"/>
              </w:rPr>
              <w:t>Rente en financieringskosten</w:t>
            </w:r>
          </w:p>
        </w:tc>
        <w:tc>
          <w:tcPr>
            <w:tcW w:w="964" w:type="dxa"/>
            <w:shd w:val="clear" w:color="auto" w:fill="F1F6FA"/>
            <w:tcMar>
              <w:top w:w="80" w:type="dxa"/>
              <w:left w:w="100" w:type="dxa"/>
              <w:bottom w:w="80" w:type="dxa"/>
              <w:right w:w="100" w:type="dxa"/>
            </w:tcMar>
            <w:vAlign w:val="center"/>
          </w:tcPr>
          <w:p w14:paraId="452E2BE2" w14:textId="77777777" w:rsidR="00214C21" w:rsidRDefault="001B51A9">
            <w:pPr>
              <w:pStyle w:val="Tabeltekst"/>
              <w:spacing w:line="254" w:lineRule="auto"/>
              <w:jc w:val="center"/>
            </w:pPr>
            <w:sdt>
              <w:sdtPr>
                <w:alias w:val="…"/>
                <w:tag w:val="antwoord_356"/>
                <w:id w:val="1355"/>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17564D6D" w14:textId="77777777" w:rsidR="00214C21" w:rsidRDefault="001B51A9">
            <w:pPr>
              <w:pStyle w:val="Tabeltekst"/>
              <w:spacing w:line="254" w:lineRule="auto"/>
              <w:jc w:val="center"/>
            </w:pPr>
            <w:sdt>
              <w:sdtPr>
                <w:alias w:val="…"/>
                <w:tag w:val="antwoord_357"/>
                <w:id w:val="1356"/>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64E51DA5" w14:textId="77777777" w:rsidR="00214C21" w:rsidRDefault="001B51A9">
            <w:pPr>
              <w:pStyle w:val="Tabeltekst"/>
              <w:spacing w:line="254" w:lineRule="auto"/>
              <w:jc w:val="center"/>
            </w:pPr>
            <w:sdt>
              <w:sdtPr>
                <w:alias w:val="…"/>
                <w:tag w:val="antwoord_358"/>
                <w:id w:val="1357"/>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44AF34FB" w14:textId="77777777" w:rsidR="00214C21" w:rsidRDefault="001B51A9">
            <w:pPr>
              <w:pStyle w:val="Tabeltekst"/>
              <w:spacing w:line="254" w:lineRule="auto"/>
              <w:jc w:val="center"/>
            </w:pPr>
            <w:sdt>
              <w:sdtPr>
                <w:alias w:val="…"/>
                <w:tag w:val="antwoord_359"/>
                <w:id w:val="1358"/>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10906C8F" w14:textId="77777777" w:rsidR="00214C21" w:rsidRDefault="001B51A9">
            <w:pPr>
              <w:pStyle w:val="Tabeltekst"/>
              <w:spacing w:line="254" w:lineRule="auto"/>
              <w:jc w:val="center"/>
            </w:pPr>
            <w:sdt>
              <w:sdtPr>
                <w:alias w:val="…"/>
                <w:tag w:val="antwoord_360"/>
                <w:id w:val="1359"/>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0FA16898" w14:textId="77777777" w:rsidR="00214C21" w:rsidRDefault="001B51A9">
            <w:pPr>
              <w:pStyle w:val="Tabeltekst"/>
              <w:spacing w:line="254" w:lineRule="auto"/>
              <w:jc w:val="center"/>
            </w:pPr>
            <w:sdt>
              <w:sdtPr>
                <w:alias w:val="…"/>
                <w:tag w:val="antwoord_361"/>
                <w:id w:val="1360"/>
                <w:text/>
              </w:sdtPr>
              <w:sdtEndPr/>
              <w:sdtContent>
                <w:r w:rsidR="00B41876">
                  <w:rPr>
                    <w:sz w:val="17"/>
                  </w:rPr>
                  <w:t>[…]</w:t>
                </w:r>
              </w:sdtContent>
            </w:sdt>
          </w:p>
        </w:tc>
      </w:tr>
      <w:tr w:rsidR="00214C21" w14:paraId="58BEADBC" w14:textId="77777777">
        <w:trPr>
          <w:cantSplit/>
          <w:jc w:val="center"/>
        </w:trPr>
        <w:tc>
          <w:tcPr>
            <w:tcW w:w="3628" w:type="dxa"/>
            <w:shd w:val="clear" w:color="auto" w:fill="FFFFFF"/>
            <w:tcMar>
              <w:top w:w="80" w:type="dxa"/>
              <w:left w:w="100" w:type="dxa"/>
              <w:bottom w:w="80" w:type="dxa"/>
              <w:right w:w="100" w:type="dxa"/>
            </w:tcMar>
            <w:vAlign w:val="center"/>
          </w:tcPr>
          <w:p w14:paraId="41CF022A" w14:textId="77777777" w:rsidR="00214C21" w:rsidRDefault="00B41876">
            <w:pPr>
              <w:pStyle w:val="Tabeltekst"/>
              <w:spacing w:line="254" w:lineRule="auto"/>
            </w:pPr>
            <w:r>
              <w:rPr>
                <w:sz w:val="17"/>
              </w:rPr>
              <w:t>Aflossingen</w:t>
            </w:r>
          </w:p>
        </w:tc>
        <w:tc>
          <w:tcPr>
            <w:tcW w:w="964" w:type="dxa"/>
            <w:shd w:val="clear" w:color="auto" w:fill="FFFFFF"/>
            <w:tcMar>
              <w:top w:w="80" w:type="dxa"/>
              <w:left w:w="100" w:type="dxa"/>
              <w:bottom w:w="80" w:type="dxa"/>
              <w:right w:w="100" w:type="dxa"/>
            </w:tcMar>
            <w:vAlign w:val="center"/>
          </w:tcPr>
          <w:p w14:paraId="3D92E4F1" w14:textId="77777777" w:rsidR="00214C21" w:rsidRDefault="001B51A9">
            <w:pPr>
              <w:pStyle w:val="Tabeltekst"/>
              <w:spacing w:line="254" w:lineRule="auto"/>
              <w:jc w:val="center"/>
            </w:pPr>
            <w:sdt>
              <w:sdtPr>
                <w:alias w:val="…"/>
                <w:tag w:val="antwoord_362"/>
                <w:id w:val="1361"/>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4765C9AB" w14:textId="77777777" w:rsidR="00214C21" w:rsidRDefault="001B51A9">
            <w:pPr>
              <w:pStyle w:val="Tabeltekst"/>
              <w:spacing w:line="254" w:lineRule="auto"/>
              <w:jc w:val="center"/>
            </w:pPr>
            <w:sdt>
              <w:sdtPr>
                <w:alias w:val="…"/>
                <w:tag w:val="antwoord_363"/>
                <w:id w:val="1362"/>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26F66FFA" w14:textId="77777777" w:rsidR="00214C21" w:rsidRDefault="001B51A9">
            <w:pPr>
              <w:pStyle w:val="Tabeltekst"/>
              <w:spacing w:line="254" w:lineRule="auto"/>
              <w:jc w:val="center"/>
            </w:pPr>
            <w:sdt>
              <w:sdtPr>
                <w:alias w:val="…"/>
                <w:tag w:val="antwoord_364"/>
                <w:id w:val="1363"/>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57328EE7" w14:textId="77777777" w:rsidR="00214C21" w:rsidRDefault="001B51A9">
            <w:pPr>
              <w:pStyle w:val="Tabeltekst"/>
              <w:spacing w:line="254" w:lineRule="auto"/>
              <w:jc w:val="center"/>
            </w:pPr>
            <w:sdt>
              <w:sdtPr>
                <w:alias w:val="…"/>
                <w:tag w:val="antwoord_365"/>
                <w:id w:val="1364"/>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49A11FE4" w14:textId="77777777" w:rsidR="00214C21" w:rsidRDefault="001B51A9">
            <w:pPr>
              <w:pStyle w:val="Tabeltekst"/>
              <w:spacing w:line="254" w:lineRule="auto"/>
              <w:jc w:val="center"/>
            </w:pPr>
            <w:sdt>
              <w:sdtPr>
                <w:alias w:val="…"/>
                <w:tag w:val="antwoord_366"/>
                <w:id w:val="1365"/>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45513DDA" w14:textId="77777777" w:rsidR="00214C21" w:rsidRDefault="001B51A9">
            <w:pPr>
              <w:pStyle w:val="Tabeltekst"/>
              <w:spacing w:line="254" w:lineRule="auto"/>
              <w:jc w:val="center"/>
            </w:pPr>
            <w:sdt>
              <w:sdtPr>
                <w:alias w:val="…"/>
                <w:tag w:val="antwoord_367"/>
                <w:id w:val="1366"/>
                <w:text/>
              </w:sdtPr>
              <w:sdtEndPr/>
              <w:sdtContent>
                <w:r w:rsidR="00B41876">
                  <w:rPr>
                    <w:sz w:val="17"/>
                  </w:rPr>
                  <w:t>[…]</w:t>
                </w:r>
              </w:sdtContent>
            </w:sdt>
          </w:p>
        </w:tc>
      </w:tr>
      <w:tr w:rsidR="00214C21" w14:paraId="577E18D6" w14:textId="77777777">
        <w:trPr>
          <w:cantSplit/>
          <w:jc w:val="center"/>
        </w:trPr>
        <w:tc>
          <w:tcPr>
            <w:tcW w:w="3628" w:type="dxa"/>
            <w:shd w:val="clear" w:color="auto" w:fill="F1F6FA"/>
            <w:tcMar>
              <w:top w:w="80" w:type="dxa"/>
              <w:left w:w="100" w:type="dxa"/>
              <w:bottom w:w="80" w:type="dxa"/>
              <w:right w:w="100" w:type="dxa"/>
            </w:tcMar>
            <w:vAlign w:val="center"/>
          </w:tcPr>
          <w:p w14:paraId="261BE176" w14:textId="77777777" w:rsidR="00214C21" w:rsidRDefault="00B41876">
            <w:pPr>
              <w:pStyle w:val="Tabeltekst"/>
              <w:spacing w:line="254" w:lineRule="auto"/>
            </w:pPr>
            <w:r>
              <w:rPr>
                <w:sz w:val="17"/>
              </w:rPr>
              <w:t>Btw en overige belastingbetalingen</w:t>
            </w:r>
          </w:p>
        </w:tc>
        <w:tc>
          <w:tcPr>
            <w:tcW w:w="964" w:type="dxa"/>
            <w:shd w:val="clear" w:color="auto" w:fill="F1F6FA"/>
            <w:tcMar>
              <w:top w:w="80" w:type="dxa"/>
              <w:left w:w="100" w:type="dxa"/>
              <w:bottom w:w="80" w:type="dxa"/>
              <w:right w:w="100" w:type="dxa"/>
            </w:tcMar>
            <w:vAlign w:val="center"/>
          </w:tcPr>
          <w:p w14:paraId="16A52F61" w14:textId="77777777" w:rsidR="00214C21" w:rsidRDefault="001B51A9">
            <w:pPr>
              <w:pStyle w:val="Tabeltekst"/>
              <w:spacing w:line="254" w:lineRule="auto"/>
              <w:jc w:val="center"/>
            </w:pPr>
            <w:sdt>
              <w:sdtPr>
                <w:alias w:val="…"/>
                <w:tag w:val="antwoord_368"/>
                <w:id w:val="1367"/>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5A1768F7" w14:textId="77777777" w:rsidR="00214C21" w:rsidRDefault="001B51A9">
            <w:pPr>
              <w:pStyle w:val="Tabeltekst"/>
              <w:spacing w:line="254" w:lineRule="auto"/>
              <w:jc w:val="center"/>
            </w:pPr>
            <w:sdt>
              <w:sdtPr>
                <w:alias w:val="…"/>
                <w:tag w:val="antwoord_369"/>
                <w:id w:val="1368"/>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4F22A592" w14:textId="77777777" w:rsidR="00214C21" w:rsidRDefault="001B51A9">
            <w:pPr>
              <w:pStyle w:val="Tabeltekst"/>
              <w:spacing w:line="254" w:lineRule="auto"/>
              <w:jc w:val="center"/>
            </w:pPr>
            <w:sdt>
              <w:sdtPr>
                <w:alias w:val="…"/>
                <w:tag w:val="antwoord_370"/>
                <w:id w:val="1369"/>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7F36A3B5" w14:textId="77777777" w:rsidR="00214C21" w:rsidRDefault="001B51A9">
            <w:pPr>
              <w:pStyle w:val="Tabeltekst"/>
              <w:spacing w:line="254" w:lineRule="auto"/>
              <w:jc w:val="center"/>
            </w:pPr>
            <w:sdt>
              <w:sdtPr>
                <w:alias w:val="…"/>
                <w:tag w:val="antwoord_371"/>
                <w:id w:val="1370"/>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6E335681" w14:textId="77777777" w:rsidR="00214C21" w:rsidRDefault="001B51A9">
            <w:pPr>
              <w:pStyle w:val="Tabeltekst"/>
              <w:spacing w:line="254" w:lineRule="auto"/>
              <w:jc w:val="center"/>
            </w:pPr>
            <w:sdt>
              <w:sdtPr>
                <w:alias w:val="…"/>
                <w:tag w:val="antwoord_372"/>
                <w:id w:val="1371"/>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428A8787" w14:textId="77777777" w:rsidR="00214C21" w:rsidRDefault="001B51A9">
            <w:pPr>
              <w:pStyle w:val="Tabeltekst"/>
              <w:spacing w:line="254" w:lineRule="auto"/>
              <w:jc w:val="center"/>
            </w:pPr>
            <w:sdt>
              <w:sdtPr>
                <w:alias w:val="…"/>
                <w:tag w:val="antwoord_373"/>
                <w:id w:val="1372"/>
                <w:text/>
              </w:sdtPr>
              <w:sdtEndPr/>
              <w:sdtContent>
                <w:r w:rsidR="00B41876">
                  <w:rPr>
                    <w:sz w:val="17"/>
                  </w:rPr>
                  <w:t>[…]</w:t>
                </w:r>
              </w:sdtContent>
            </w:sdt>
          </w:p>
        </w:tc>
      </w:tr>
      <w:tr w:rsidR="00214C21" w14:paraId="60BC006E" w14:textId="77777777">
        <w:trPr>
          <w:cantSplit/>
          <w:jc w:val="center"/>
        </w:trPr>
        <w:tc>
          <w:tcPr>
            <w:tcW w:w="3628" w:type="dxa"/>
            <w:shd w:val="clear" w:color="auto" w:fill="FFFFFF"/>
            <w:tcMar>
              <w:top w:w="80" w:type="dxa"/>
              <w:left w:w="100" w:type="dxa"/>
              <w:bottom w:w="80" w:type="dxa"/>
              <w:right w:w="100" w:type="dxa"/>
            </w:tcMar>
            <w:vAlign w:val="center"/>
          </w:tcPr>
          <w:p w14:paraId="1B8BBEEF" w14:textId="77777777" w:rsidR="00214C21" w:rsidRDefault="00B41876">
            <w:pPr>
              <w:pStyle w:val="Tabeltekst"/>
              <w:spacing w:line="254" w:lineRule="auto"/>
            </w:pPr>
            <w:r>
              <w:rPr>
                <w:sz w:val="17"/>
              </w:rPr>
              <w:t>Privéonttrekkingen of dividend</w:t>
            </w:r>
          </w:p>
        </w:tc>
        <w:tc>
          <w:tcPr>
            <w:tcW w:w="964" w:type="dxa"/>
            <w:shd w:val="clear" w:color="auto" w:fill="FFFFFF"/>
            <w:tcMar>
              <w:top w:w="80" w:type="dxa"/>
              <w:left w:w="100" w:type="dxa"/>
              <w:bottom w:w="80" w:type="dxa"/>
              <w:right w:w="100" w:type="dxa"/>
            </w:tcMar>
            <w:vAlign w:val="center"/>
          </w:tcPr>
          <w:p w14:paraId="5B288D98" w14:textId="77777777" w:rsidR="00214C21" w:rsidRDefault="001B51A9">
            <w:pPr>
              <w:pStyle w:val="Tabeltekst"/>
              <w:spacing w:line="254" w:lineRule="auto"/>
              <w:jc w:val="center"/>
            </w:pPr>
            <w:sdt>
              <w:sdtPr>
                <w:alias w:val="…"/>
                <w:tag w:val="antwoord_374"/>
                <w:id w:val="1373"/>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3DCCF7F4" w14:textId="77777777" w:rsidR="00214C21" w:rsidRDefault="001B51A9">
            <w:pPr>
              <w:pStyle w:val="Tabeltekst"/>
              <w:spacing w:line="254" w:lineRule="auto"/>
              <w:jc w:val="center"/>
            </w:pPr>
            <w:sdt>
              <w:sdtPr>
                <w:alias w:val="…"/>
                <w:tag w:val="antwoord_375"/>
                <w:id w:val="1374"/>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7B512F84" w14:textId="77777777" w:rsidR="00214C21" w:rsidRDefault="001B51A9">
            <w:pPr>
              <w:pStyle w:val="Tabeltekst"/>
              <w:spacing w:line="254" w:lineRule="auto"/>
              <w:jc w:val="center"/>
            </w:pPr>
            <w:sdt>
              <w:sdtPr>
                <w:alias w:val="…"/>
                <w:tag w:val="antwoord_376"/>
                <w:id w:val="1375"/>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7498E006" w14:textId="77777777" w:rsidR="00214C21" w:rsidRDefault="001B51A9">
            <w:pPr>
              <w:pStyle w:val="Tabeltekst"/>
              <w:spacing w:line="254" w:lineRule="auto"/>
              <w:jc w:val="center"/>
            </w:pPr>
            <w:sdt>
              <w:sdtPr>
                <w:alias w:val="…"/>
                <w:tag w:val="antwoord_377"/>
                <w:id w:val="1376"/>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27D736CC" w14:textId="77777777" w:rsidR="00214C21" w:rsidRDefault="001B51A9">
            <w:pPr>
              <w:pStyle w:val="Tabeltekst"/>
              <w:spacing w:line="254" w:lineRule="auto"/>
              <w:jc w:val="center"/>
            </w:pPr>
            <w:sdt>
              <w:sdtPr>
                <w:alias w:val="…"/>
                <w:tag w:val="antwoord_378"/>
                <w:id w:val="1377"/>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065E0A41" w14:textId="77777777" w:rsidR="00214C21" w:rsidRDefault="001B51A9">
            <w:pPr>
              <w:pStyle w:val="Tabeltekst"/>
              <w:spacing w:line="254" w:lineRule="auto"/>
              <w:jc w:val="center"/>
            </w:pPr>
            <w:sdt>
              <w:sdtPr>
                <w:alias w:val="…"/>
                <w:tag w:val="antwoord_379"/>
                <w:id w:val="1378"/>
                <w:text/>
              </w:sdtPr>
              <w:sdtEndPr/>
              <w:sdtContent>
                <w:r w:rsidR="00B41876">
                  <w:rPr>
                    <w:sz w:val="17"/>
                  </w:rPr>
                  <w:t>[…]</w:t>
                </w:r>
              </w:sdtContent>
            </w:sdt>
          </w:p>
        </w:tc>
      </w:tr>
      <w:tr w:rsidR="00214C21" w14:paraId="2E11AA4E" w14:textId="77777777">
        <w:trPr>
          <w:cantSplit/>
          <w:jc w:val="center"/>
        </w:trPr>
        <w:tc>
          <w:tcPr>
            <w:tcW w:w="3628" w:type="dxa"/>
            <w:shd w:val="clear" w:color="auto" w:fill="F1F6FA"/>
            <w:tcMar>
              <w:top w:w="80" w:type="dxa"/>
              <w:left w:w="100" w:type="dxa"/>
              <w:bottom w:w="80" w:type="dxa"/>
              <w:right w:w="100" w:type="dxa"/>
            </w:tcMar>
            <w:vAlign w:val="center"/>
          </w:tcPr>
          <w:p w14:paraId="27696B3B" w14:textId="77777777" w:rsidR="00214C21" w:rsidRDefault="00B41876">
            <w:pPr>
              <w:pStyle w:val="Tabeltekst"/>
              <w:spacing w:line="254" w:lineRule="auto"/>
            </w:pPr>
            <w:r>
              <w:rPr>
                <w:sz w:val="17"/>
              </w:rPr>
              <w:t>Totaal betalingen</w:t>
            </w:r>
          </w:p>
        </w:tc>
        <w:tc>
          <w:tcPr>
            <w:tcW w:w="964" w:type="dxa"/>
            <w:shd w:val="clear" w:color="auto" w:fill="F1F6FA"/>
            <w:tcMar>
              <w:top w:w="80" w:type="dxa"/>
              <w:left w:w="100" w:type="dxa"/>
              <w:bottom w:w="80" w:type="dxa"/>
              <w:right w:w="100" w:type="dxa"/>
            </w:tcMar>
            <w:vAlign w:val="center"/>
          </w:tcPr>
          <w:p w14:paraId="12438629" w14:textId="77777777" w:rsidR="00214C21" w:rsidRDefault="001B51A9">
            <w:pPr>
              <w:pStyle w:val="Tabeltekst"/>
              <w:spacing w:line="254" w:lineRule="auto"/>
              <w:jc w:val="center"/>
            </w:pPr>
            <w:sdt>
              <w:sdtPr>
                <w:alias w:val="…"/>
                <w:tag w:val="antwoord_380"/>
                <w:id w:val="1379"/>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437E9090" w14:textId="77777777" w:rsidR="00214C21" w:rsidRDefault="001B51A9">
            <w:pPr>
              <w:pStyle w:val="Tabeltekst"/>
              <w:spacing w:line="254" w:lineRule="auto"/>
              <w:jc w:val="center"/>
            </w:pPr>
            <w:sdt>
              <w:sdtPr>
                <w:alias w:val="…"/>
                <w:tag w:val="antwoord_381"/>
                <w:id w:val="1380"/>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697CAA98" w14:textId="77777777" w:rsidR="00214C21" w:rsidRDefault="001B51A9">
            <w:pPr>
              <w:pStyle w:val="Tabeltekst"/>
              <w:spacing w:line="254" w:lineRule="auto"/>
              <w:jc w:val="center"/>
            </w:pPr>
            <w:sdt>
              <w:sdtPr>
                <w:alias w:val="…"/>
                <w:tag w:val="antwoord_382"/>
                <w:id w:val="1381"/>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6EA97197" w14:textId="77777777" w:rsidR="00214C21" w:rsidRDefault="001B51A9">
            <w:pPr>
              <w:pStyle w:val="Tabeltekst"/>
              <w:spacing w:line="254" w:lineRule="auto"/>
              <w:jc w:val="center"/>
            </w:pPr>
            <w:sdt>
              <w:sdtPr>
                <w:alias w:val="…"/>
                <w:tag w:val="antwoord_383"/>
                <w:id w:val="1382"/>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7577AF07" w14:textId="77777777" w:rsidR="00214C21" w:rsidRDefault="001B51A9">
            <w:pPr>
              <w:pStyle w:val="Tabeltekst"/>
              <w:spacing w:line="254" w:lineRule="auto"/>
              <w:jc w:val="center"/>
            </w:pPr>
            <w:sdt>
              <w:sdtPr>
                <w:alias w:val="…"/>
                <w:tag w:val="antwoord_384"/>
                <w:id w:val="1383"/>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0B82A571" w14:textId="77777777" w:rsidR="00214C21" w:rsidRDefault="001B51A9">
            <w:pPr>
              <w:pStyle w:val="Tabeltekst"/>
              <w:spacing w:line="254" w:lineRule="auto"/>
              <w:jc w:val="center"/>
            </w:pPr>
            <w:sdt>
              <w:sdtPr>
                <w:alias w:val="…"/>
                <w:tag w:val="antwoord_385"/>
                <w:id w:val="1384"/>
                <w:text/>
              </w:sdtPr>
              <w:sdtEndPr/>
              <w:sdtContent>
                <w:r w:rsidR="00B41876">
                  <w:rPr>
                    <w:sz w:val="17"/>
                  </w:rPr>
                  <w:t>[…]</w:t>
                </w:r>
              </w:sdtContent>
            </w:sdt>
          </w:p>
        </w:tc>
      </w:tr>
      <w:tr w:rsidR="00214C21" w14:paraId="153899C7" w14:textId="77777777">
        <w:trPr>
          <w:cantSplit/>
          <w:jc w:val="center"/>
        </w:trPr>
        <w:tc>
          <w:tcPr>
            <w:tcW w:w="3628" w:type="dxa"/>
            <w:shd w:val="clear" w:color="auto" w:fill="FFFFFF"/>
            <w:tcMar>
              <w:top w:w="80" w:type="dxa"/>
              <w:left w:w="100" w:type="dxa"/>
              <w:bottom w:w="80" w:type="dxa"/>
              <w:right w:w="100" w:type="dxa"/>
            </w:tcMar>
            <w:vAlign w:val="center"/>
          </w:tcPr>
          <w:p w14:paraId="76BF4C66" w14:textId="77777777" w:rsidR="00214C21" w:rsidRDefault="00B41876">
            <w:pPr>
              <w:pStyle w:val="Tabeltekst"/>
              <w:spacing w:line="254" w:lineRule="auto"/>
            </w:pPr>
            <w:r>
              <w:rPr>
                <w:sz w:val="17"/>
              </w:rPr>
              <w:t>Eindsaldo bank en kas</w:t>
            </w:r>
          </w:p>
        </w:tc>
        <w:tc>
          <w:tcPr>
            <w:tcW w:w="964" w:type="dxa"/>
            <w:shd w:val="clear" w:color="auto" w:fill="FFFFFF"/>
            <w:tcMar>
              <w:top w:w="80" w:type="dxa"/>
              <w:left w:w="100" w:type="dxa"/>
              <w:bottom w:w="80" w:type="dxa"/>
              <w:right w:w="100" w:type="dxa"/>
            </w:tcMar>
            <w:vAlign w:val="center"/>
          </w:tcPr>
          <w:p w14:paraId="23E2CBA2" w14:textId="77777777" w:rsidR="00214C21" w:rsidRDefault="001B51A9">
            <w:pPr>
              <w:pStyle w:val="Tabeltekst"/>
              <w:spacing w:line="254" w:lineRule="auto"/>
              <w:jc w:val="center"/>
            </w:pPr>
            <w:sdt>
              <w:sdtPr>
                <w:alias w:val="…"/>
                <w:tag w:val="antwoord_386"/>
                <w:id w:val="1385"/>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4EAAD2F4" w14:textId="77777777" w:rsidR="00214C21" w:rsidRDefault="001B51A9">
            <w:pPr>
              <w:pStyle w:val="Tabeltekst"/>
              <w:spacing w:line="254" w:lineRule="auto"/>
              <w:jc w:val="center"/>
            </w:pPr>
            <w:sdt>
              <w:sdtPr>
                <w:alias w:val="…"/>
                <w:tag w:val="antwoord_387"/>
                <w:id w:val="1386"/>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0A6BB0F6" w14:textId="77777777" w:rsidR="00214C21" w:rsidRDefault="001B51A9">
            <w:pPr>
              <w:pStyle w:val="Tabeltekst"/>
              <w:spacing w:line="254" w:lineRule="auto"/>
              <w:jc w:val="center"/>
            </w:pPr>
            <w:sdt>
              <w:sdtPr>
                <w:alias w:val="…"/>
                <w:tag w:val="antwoord_388"/>
                <w:id w:val="1387"/>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60708A6F" w14:textId="77777777" w:rsidR="00214C21" w:rsidRDefault="001B51A9">
            <w:pPr>
              <w:pStyle w:val="Tabeltekst"/>
              <w:spacing w:line="254" w:lineRule="auto"/>
              <w:jc w:val="center"/>
            </w:pPr>
            <w:sdt>
              <w:sdtPr>
                <w:alias w:val="…"/>
                <w:tag w:val="antwoord_389"/>
                <w:id w:val="1388"/>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587B9F96" w14:textId="77777777" w:rsidR="00214C21" w:rsidRDefault="001B51A9">
            <w:pPr>
              <w:pStyle w:val="Tabeltekst"/>
              <w:spacing w:line="254" w:lineRule="auto"/>
              <w:jc w:val="center"/>
            </w:pPr>
            <w:sdt>
              <w:sdtPr>
                <w:alias w:val="…"/>
                <w:tag w:val="antwoord_390"/>
                <w:id w:val="1389"/>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19A6207A" w14:textId="77777777" w:rsidR="00214C21" w:rsidRDefault="001B51A9">
            <w:pPr>
              <w:pStyle w:val="Tabeltekst"/>
              <w:spacing w:line="254" w:lineRule="auto"/>
              <w:jc w:val="center"/>
            </w:pPr>
            <w:sdt>
              <w:sdtPr>
                <w:alias w:val="…"/>
                <w:tag w:val="antwoord_391"/>
                <w:id w:val="1390"/>
                <w:text/>
              </w:sdtPr>
              <w:sdtEndPr/>
              <w:sdtContent>
                <w:r w:rsidR="00B41876">
                  <w:rPr>
                    <w:sz w:val="17"/>
                  </w:rPr>
                  <w:t>[…]</w:t>
                </w:r>
              </w:sdtContent>
            </w:sdt>
          </w:p>
        </w:tc>
      </w:tr>
      <w:tr w:rsidR="00214C21" w14:paraId="5638A32E" w14:textId="77777777">
        <w:trPr>
          <w:cantSplit/>
          <w:jc w:val="center"/>
        </w:trPr>
        <w:tc>
          <w:tcPr>
            <w:tcW w:w="3628" w:type="dxa"/>
            <w:shd w:val="clear" w:color="auto" w:fill="F1F6FA"/>
            <w:tcMar>
              <w:top w:w="80" w:type="dxa"/>
              <w:left w:w="100" w:type="dxa"/>
              <w:bottom w:w="80" w:type="dxa"/>
              <w:right w:w="100" w:type="dxa"/>
            </w:tcMar>
            <w:vAlign w:val="center"/>
          </w:tcPr>
          <w:p w14:paraId="37701646" w14:textId="77777777" w:rsidR="00214C21" w:rsidRDefault="00B41876">
            <w:pPr>
              <w:pStyle w:val="Tabeltekst"/>
              <w:spacing w:line="254" w:lineRule="auto"/>
            </w:pPr>
            <w:r>
              <w:rPr>
                <w:sz w:val="17"/>
              </w:rPr>
              <w:t>Minimale gewenste kasbuffer</w:t>
            </w:r>
          </w:p>
        </w:tc>
        <w:tc>
          <w:tcPr>
            <w:tcW w:w="964" w:type="dxa"/>
            <w:shd w:val="clear" w:color="auto" w:fill="F1F6FA"/>
            <w:tcMar>
              <w:top w:w="80" w:type="dxa"/>
              <w:left w:w="100" w:type="dxa"/>
              <w:bottom w:w="80" w:type="dxa"/>
              <w:right w:w="100" w:type="dxa"/>
            </w:tcMar>
            <w:vAlign w:val="center"/>
          </w:tcPr>
          <w:p w14:paraId="621350FF" w14:textId="77777777" w:rsidR="00214C21" w:rsidRDefault="001B51A9">
            <w:pPr>
              <w:pStyle w:val="Tabeltekst"/>
              <w:spacing w:line="254" w:lineRule="auto"/>
              <w:jc w:val="center"/>
            </w:pPr>
            <w:sdt>
              <w:sdtPr>
                <w:alias w:val="…"/>
                <w:tag w:val="antwoord_392"/>
                <w:id w:val="1391"/>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1A17311D" w14:textId="77777777" w:rsidR="00214C21" w:rsidRDefault="001B51A9">
            <w:pPr>
              <w:pStyle w:val="Tabeltekst"/>
              <w:spacing w:line="254" w:lineRule="auto"/>
              <w:jc w:val="center"/>
            </w:pPr>
            <w:sdt>
              <w:sdtPr>
                <w:alias w:val="…"/>
                <w:tag w:val="antwoord_393"/>
                <w:id w:val="1392"/>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06C3DD49" w14:textId="77777777" w:rsidR="00214C21" w:rsidRDefault="001B51A9">
            <w:pPr>
              <w:pStyle w:val="Tabeltekst"/>
              <w:spacing w:line="254" w:lineRule="auto"/>
              <w:jc w:val="center"/>
            </w:pPr>
            <w:sdt>
              <w:sdtPr>
                <w:alias w:val="…"/>
                <w:tag w:val="antwoord_394"/>
                <w:id w:val="1393"/>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230CF264" w14:textId="77777777" w:rsidR="00214C21" w:rsidRDefault="001B51A9">
            <w:pPr>
              <w:pStyle w:val="Tabeltekst"/>
              <w:spacing w:line="254" w:lineRule="auto"/>
              <w:jc w:val="center"/>
            </w:pPr>
            <w:sdt>
              <w:sdtPr>
                <w:alias w:val="…"/>
                <w:tag w:val="antwoord_395"/>
                <w:id w:val="1394"/>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42BBBAFF" w14:textId="77777777" w:rsidR="00214C21" w:rsidRDefault="001B51A9">
            <w:pPr>
              <w:pStyle w:val="Tabeltekst"/>
              <w:spacing w:line="254" w:lineRule="auto"/>
              <w:jc w:val="center"/>
            </w:pPr>
            <w:sdt>
              <w:sdtPr>
                <w:alias w:val="…"/>
                <w:tag w:val="antwoord_396"/>
                <w:id w:val="1395"/>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3701AC38" w14:textId="77777777" w:rsidR="00214C21" w:rsidRDefault="001B51A9">
            <w:pPr>
              <w:pStyle w:val="Tabeltekst"/>
              <w:spacing w:line="254" w:lineRule="auto"/>
              <w:jc w:val="center"/>
            </w:pPr>
            <w:sdt>
              <w:sdtPr>
                <w:alias w:val="…"/>
                <w:tag w:val="antwoord_397"/>
                <w:id w:val="1396"/>
                <w:text/>
              </w:sdtPr>
              <w:sdtEndPr/>
              <w:sdtContent>
                <w:r w:rsidR="00B41876">
                  <w:rPr>
                    <w:sz w:val="17"/>
                  </w:rPr>
                  <w:t>[…]</w:t>
                </w:r>
              </w:sdtContent>
            </w:sdt>
          </w:p>
        </w:tc>
      </w:tr>
      <w:tr w:rsidR="00214C21" w14:paraId="3F5FD2EC" w14:textId="77777777">
        <w:trPr>
          <w:cantSplit/>
          <w:jc w:val="center"/>
        </w:trPr>
        <w:tc>
          <w:tcPr>
            <w:tcW w:w="3628" w:type="dxa"/>
            <w:shd w:val="clear" w:color="auto" w:fill="FFFFFF"/>
            <w:tcMar>
              <w:top w:w="80" w:type="dxa"/>
              <w:left w:w="100" w:type="dxa"/>
              <w:bottom w:w="80" w:type="dxa"/>
              <w:right w:w="100" w:type="dxa"/>
            </w:tcMar>
            <w:vAlign w:val="center"/>
          </w:tcPr>
          <w:p w14:paraId="55D8F673" w14:textId="77777777" w:rsidR="00214C21" w:rsidRDefault="00B41876">
            <w:pPr>
              <w:pStyle w:val="Tabeltekst"/>
              <w:spacing w:line="254" w:lineRule="auto"/>
            </w:pPr>
            <w:r>
              <w:rPr>
                <w:sz w:val="17"/>
              </w:rPr>
              <w:t>Ruimte boven of tekort onder kasbuffer</w:t>
            </w:r>
          </w:p>
        </w:tc>
        <w:tc>
          <w:tcPr>
            <w:tcW w:w="964" w:type="dxa"/>
            <w:shd w:val="clear" w:color="auto" w:fill="FFFFFF"/>
            <w:tcMar>
              <w:top w:w="80" w:type="dxa"/>
              <w:left w:w="100" w:type="dxa"/>
              <w:bottom w:w="80" w:type="dxa"/>
              <w:right w:w="100" w:type="dxa"/>
            </w:tcMar>
            <w:vAlign w:val="center"/>
          </w:tcPr>
          <w:p w14:paraId="7F737257" w14:textId="77777777" w:rsidR="00214C21" w:rsidRDefault="001B51A9">
            <w:pPr>
              <w:pStyle w:val="Tabeltekst"/>
              <w:spacing w:line="254" w:lineRule="auto"/>
              <w:jc w:val="center"/>
            </w:pPr>
            <w:sdt>
              <w:sdtPr>
                <w:alias w:val="…"/>
                <w:tag w:val="antwoord_398"/>
                <w:id w:val="1397"/>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0AF66846" w14:textId="77777777" w:rsidR="00214C21" w:rsidRDefault="001B51A9">
            <w:pPr>
              <w:pStyle w:val="Tabeltekst"/>
              <w:spacing w:line="254" w:lineRule="auto"/>
              <w:jc w:val="center"/>
            </w:pPr>
            <w:sdt>
              <w:sdtPr>
                <w:alias w:val="…"/>
                <w:tag w:val="antwoord_399"/>
                <w:id w:val="1398"/>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2A0AF1DD" w14:textId="77777777" w:rsidR="00214C21" w:rsidRDefault="001B51A9">
            <w:pPr>
              <w:pStyle w:val="Tabeltekst"/>
              <w:spacing w:line="254" w:lineRule="auto"/>
              <w:jc w:val="center"/>
            </w:pPr>
            <w:sdt>
              <w:sdtPr>
                <w:alias w:val="…"/>
                <w:tag w:val="antwoord_400"/>
                <w:id w:val="1399"/>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00ED7A1D" w14:textId="77777777" w:rsidR="00214C21" w:rsidRDefault="001B51A9">
            <w:pPr>
              <w:pStyle w:val="Tabeltekst"/>
              <w:spacing w:line="254" w:lineRule="auto"/>
              <w:jc w:val="center"/>
            </w:pPr>
            <w:sdt>
              <w:sdtPr>
                <w:alias w:val="…"/>
                <w:tag w:val="antwoord_401"/>
                <w:id w:val="1400"/>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3172614F" w14:textId="77777777" w:rsidR="00214C21" w:rsidRDefault="001B51A9">
            <w:pPr>
              <w:pStyle w:val="Tabeltekst"/>
              <w:spacing w:line="254" w:lineRule="auto"/>
              <w:jc w:val="center"/>
            </w:pPr>
            <w:sdt>
              <w:sdtPr>
                <w:alias w:val="…"/>
                <w:tag w:val="antwoord_402"/>
                <w:id w:val="1401"/>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0C0BE513" w14:textId="77777777" w:rsidR="00214C21" w:rsidRDefault="001B51A9">
            <w:pPr>
              <w:pStyle w:val="Tabeltekst"/>
              <w:spacing w:line="254" w:lineRule="auto"/>
              <w:jc w:val="center"/>
            </w:pPr>
            <w:sdt>
              <w:sdtPr>
                <w:alias w:val="…"/>
                <w:tag w:val="antwoord_403"/>
                <w:id w:val="1402"/>
                <w:text/>
              </w:sdtPr>
              <w:sdtEndPr/>
              <w:sdtContent>
                <w:r w:rsidR="00B41876">
                  <w:rPr>
                    <w:sz w:val="17"/>
                  </w:rPr>
                  <w:t>[…]</w:t>
                </w:r>
              </w:sdtContent>
            </w:sdt>
          </w:p>
        </w:tc>
      </w:tr>
    </w:tbl>
    <w:p w14:paraId="5A2B6EBA" w14:textId="77777777" w:rsidR="00214C21" w:rsidRDefault="00214C21">
      <w:pPr>
        <w:spacing w:after="0"/>
      </w:pPr>
    </w:p>
    <w:p w14:paraId="4F43C690" w14:textId="77777777" w:rsidR="00214C21" w:rsidRDefault="00B41876">
      <w:pPr>
        <w:pStyle w:val="Kleinetekst"/>
      </w:pPr>
      <w:r>
        <w:t>Maand 1 is de eerste maand van uw planperiode. Beginsaldo + totale ontvangsten − totale betalingen = eindsaldo. Neem het eindsaldo over als beginsaldo van de volgende maand. Een kredietlimiet is geen ontvangst; noteer alleen feitelijke kredietopnames en houd ongebruikte ruimte apart bij.</w:t>
      </w:r>
    </w:p>
    <w:p w14:paraId="762558DA" w14:textId="77777777" w:rsidR="00214C21" w:rsidRDefault="00B41876">
      <w:pPr>
        <w:pStyle w:val="Heading2"/>
      </w:pPr>
      <w:r>
        <w:t>Eerste maanden en financieringsmoment</w:t>
      </w:r>
    </w:p>
    <w:p w14:paraId="11CE9B89" w14:textId="77777777" w:rsidR="00214C21" w:rsidRDefault="00B41876">
      <w:pPr>
        <w:pStyle w:val="Invulhulp"/>
      </w:pPr>
      <w:r>
        <w:t>Welke maand kent het grootste tekort en wanneer moeten middelen beschikbaar zijn?</w:t>
      </w:r>
    </w:p>
    <w:p w14:paraId="3E317F75" w14:textId="77777777" w:rsidR="00214C21" w:rsidRDefault="001B51A9">
      <w:pPr>
        <w:pStyle w:val="Invulveld"/>
      </w:pPr>
      <w:sdt>
        <w:sdtPr>
          <w:alias w:val="De laagste kasstand is € … in maand … De benodigde financiering moet uiterlijk … beschikbaar zijn. Onze maatregel is …"/>
          <w:tag w:val="antwoord_404"/>
          <w:id w:val="1403"/>
        </w:sdtPr>
        <w:sdtEndPr/>
        <w:sdtContent>
          <w:r w:rsidR="00B41876">
            <w:rPr>
              <w:color w:val="000000"/>
            </w:rPr>
            <w:t>[De laagste kasstand is € … in maand … De benodigde financiering moet uiterlijk … beschikbaar zijn. Onze maatregel is …]</w:t>
          </w:r>
        </w:sdtContent>
      </w:sdt>
    </w:p>
    <w:p w14:paraId="0BF3772F" w14:textId="77777777" w:rsidR="00214C21" w:rsidRDefault="00B41876">
      <w:r>
        <w:br w:type="page"/>
      </w:r>
    </w:p>
    <w:p w14:paraId="16300B16" w14:textId="77777777" w:rsidR="00214C21" w:rsidRDefault="00B41876">
      <w:pPr>
        <w:pStyle w:val="Sectielabel"/>
      </w:pPr>
      <w:r>
        <w:lastRenderedPageBreak/>
        <w:t>20  /  KASSTROMEN</w:t>
      </w:r>
    </w:p>
    <w:p w14:paraId="4C2609A2" w14:textId="77777777" w:rsidR="00214C21" w:rsidRDefault="00B41876">
      <w:pPr>
        <w:pStyle w:val="Heading1"/>
      </w:pPr>
      <w:bookmarkStart w:id="19" w:name="_Toc242630383"/>
      <w:r>
        <w:t>Liquiditeit maanden 7 tot en met 12</w:t>
      </w:r>
      <w:bookmarkEnd w:id="19"/>
    </w:p>
    <w:p w14:paraId="6A4C5FFE" w14:textId="77777777" w:rsidR="00214C21" w:rsidRDefault="00B41876">
      <w:r>
        <w:t>Zet de kasstroomplanning voort. Neem seizoen, achterstallige betalingen, belastingmomenten en extra investeringen mee.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628"/>
        <w:gridCol w:w="964"/>
        <w:gridCol w:w="964"/>
        <w:gridCol w:w="964"/>
        <w:gridCol w:w="964"/>
        <w:gridCol w:w="964"/>
        <w:gridCol w:w="964"/>
      </w:tblGrid>
      <w:tr w:rsidR="00214C21" w14:paraId="4BDBB80D" w14:textId="77777777">
        <w:trPr>
          <w:cantSplit/>
          <w:tblHeader/>
          <w:jc w:val="center"/>
        </w:trPr>
        <w:tc>
          <w:tcPr>
            <w:tcW w:w="3628" w:type="dxa"/>
            <w:shd w:val="clear" w:color="auto" w:fill="1A263D"/>
            <w:tcMar>
              <w:top w:w="80" w:type="dxa"/>
              <w:left w:w="100" w:type="dxa"/>
              <w:bottom w:w="80" w:type="dxa"/>
              <w:right w:w="100" w:type="dxa"/>
            </w:tcMar>
            <w:vAlign w:val="center"/>
          </w:tcPr>
          <w:p w14:paraId="0F0B92CE" w14:textId="77777777" w:rsidR="00214C21" w:rsidRDefault="00B41876">
            <w:pPr>
              <w:pStyle w:val="Tabeltekst"/>
              <w:spacing w:line="254" w:lineRule="auto"/>
            </w:pPr>
            <w:r>
              <w:rPr>
                <w:b/>
                <w:color w:val="FFFFFF"/>
                <w:sz w:val="17"/>
              </w:rPr>
              <w:t>Kasstromen in euro</w:t>
            </w:r>
          </w:p>
        </w:tc>
        <w:tc>
          <w:tcPr>
            <w:tcW w:w="964" w:type="dxa"/>
            <w:shd w:val="clear" w:color="auto" w:fill="1A263D"/>
            <w:tcMar>
              <w:top w:w="80" w:type="dxa"/>
              <w:left w:w="100" w:type="dxa"/>
              <w:bottom w:w="80" w:type="dxa"/>
              <w:right w:w="100" w:type="dxa"/>
            </w:tcMar>
            <w:vAlign w:val="center"/>
          </w:tcPr>
          <w:p w14:paraId="4A0BA228" w14:textId="77777777" w:rsidR="00214C21" w:rsidRDefault="00B41876">
            <w:pPr>
              <w:pStyle w:val="Tabeltekst"/>
              <w:spacing w:line="254" w:lineRule="auto"/>
              <w:jc w:val="center"/>
            </w:pPr>
            <w:r>
              <w:rPr>
                <w:b/>
                <w:color w:val="FFFFFF"/>
                <w:sz w:val="17"/>
              </w:rPr>
              <w:t>M7</w:t>
            </w:r>
          </w:p>
        </w:tc>
        <w:tc>
          <w:tcPr>
            <w:tcW w:w="964" w:type="dxa"/>
            <w:shd w:val="clear" w:color="auto" w:fill="1A263D"/>
            <w:tcMar>
              <w:top w:w="80" w:type="dxa"/>
              <w:left w:w="100" w:type="dxa"/>
              <w:bottom w:w="80" w:type="dxa"/>
              <w:right w:w="100" w:type="dxa"/>
            </w:tcMar>
            <w:vAlign w:val="center"/>
          </w:tcPr>
          <w:p w14:paraId="3B58B0A6" w14:textId="77777777" w:rsidR="00214C21" w:rsidRDefault="00B41876">
            <w:pPr>
              <w:pStyle w:val="Tabeltekst"/>
              <w:spacing w:line="254" w:lineRule="auto"/>
              <w:jc w:val="center"/>
            </w:pPr>
            <w:r>
              <w:rPr>
                <w:b/>
                <w:color w:val="FFFFFF"/>
                <w:sz w:val="17"/>
              </w:rPr>
              <w:t>M8</w:t>
            </w:r>
          </w:p>
        </w:tc>
        <w:tc>
          <w:tcPr>
            <w:tcW w:w="964" w:type="dxa"/>
            <w:shd w:val="clear" w:color="auto" w:fill="1A263D"/>
            <w:tcMar>
              <w:top w:w="80" w:type="dxa"/>
              <w:left w:w="100" w:type="dxa"/>
              <w:bottom w:w="80" w:type="dxa"/>
              <w:right w:w="100" w:type="dxa"/>
            </w:tcMar>
            <w:vAlign w:val="center"/>
          </w:tcPr>
          <w:p w14:paraId="547D9B28" w14:textId="77777777" w:rsidR="00214C21" w:rsidRDefault="00B41876">
            <w:pPr>
              <w:pStyle w:val="Tabeltekst"/>
              <w:spacing w:line="254" w:lineRule="auto"/>
              <w:jc w:val="center"/>
            </w:pPr>
            <w:r>
              <w:rPr>
                <w:b/>
                <w:color w:val="FFFFFF"/>
                <w:sz w:val="17"/>
              </w:rPr>
              <w:t>M9</w:t>
            </w:r>
          </w:p>
        </w:tc>
        <w:tc>
          <w:tcPr>
            <w:tcW w:w="964" w:type="dxa"/>
            <w:shd w:val="clear" w:color="auto" w:fill="1A263D"/>
            <w:tcMar>
              <w:top w:w="80" w:type="dxa"/>
              <w:left w:w="100" w:type="dxa"/>
              <w:bottom w:w="80" w:type="dxa"/>
              <w:right w:w="100" w:type="dxa"/>
            </w:tcMar>
            <w:vAlign w:val="center"/>
          </w:tcPr>
          <w:p w14:paraId="71B638FA" w14:textId="77777777" w:rsidR="00214C21" w:rsidRDefault="00B41876">
            <w:pPr>
              <w:pStyle w:val="Tabeltekst"/>
              <w:spacing w:line="254" w:lineRule="auto"/>
              <w:jc w:val="center"/>
            </w:pPr>
            <w:r>
              <w:rPr>
                <w:b/>
                <w:color w:val="FFFFFF"/>
                <w:sz w:val="17"/>
              </w:rPr>
              <w:t>M10</w:t>
            </w:r>
          </w:p>
        </w:tc>
        <w:tc>
          <w:tcPr>
            <w:tcW w:w="964" w:type="dxa"/>
            <w:shd w:val="clear" w:color="auto" w:fill="1A263D"/>
            <w:tcMar>
              <w:top w:w="80" w:type="dxa"/>
              <w:left w:w="100" w:type="dxa"/>
              <w:bottom w:w="80" w:type="dxa"/>
              <w:right w:w="100" w:type="dxa"/>
            </w:tcMar>
            <w:vAlign w:val="center"/>
          </w:tcPr>
          <w:p w14:paraId="76B4BACA" w14:textId="77777777" w:rsidR="00214C21" w:rsidRDefault="00B41876">
            <w:pPr>
              <w:pStyle w:val="Tabeltekst"/>
              <w:spacing w:line="254" w:lineRule="auto"/>
              <w:jc w:val="center"/>
            </w:pPr>
            <w:r>
              <w:rPr>
                <w:b/>
                <w:color w:val="FFFFFF"/>
                <w:sz w:val="17"/>
              </w:rPr>
              <w:t>M11</w:t>
            </w:r>
          </w:p>
        </w:tc>
        <w:tc>
          <w:tcPr>
            <w:tcW w:w="964" w:type="dxa"/>
            <w:shd w:val="clear" w:color="auto" w:fill="1A263D"/>
            <w:tcMar>
              <w:top w:w="80" w:type="dxa"/>
              <w:left w:w="100" w:type="dxa"/>
              <w:bottom w:w="80" w:type="dxa"/>
              <w:right w:w="100" w:type="dxa"/>
            </w:tcMar>
            <w:vAlign w:val="center"/>
          </w:tcPr>
          <w:p w14:paraId="0E6ECDD9" w14:textId="77777777" w:rsidR="00214C21" w:rsidRDefault="00B41876">
            <w:pPr>
              <w:pStyle w:val="Tabeltekst"/>
              <w:spacing w:line="254" w:lineRule="auto"/>
              <w:jc w:val="center"/>
            </w:pPr>
            <w:r>
              <w:rPr>
                <w:b/>
                <w:color w:val="FFFFFF"/>
                <w:sz w:val="17"/>
              </w:rPr>
              <w:t>M12</w:t>
            </w:r>
          </w:p>
        </w:tc>
      </w:tr>
      <w:tr w:rsidR="00214C21" w14:paraId="4BF6B546" w14:textId="77777777">
        <w:trPr>
          <w:cantSplit/>
          <w:jc w:val="center"/>
        </w:trPr>
        <w:tc>
          <w:tcPr>
            <w:tcW w:w="3628" w:type="dxa"/>
            <w:shd w:val="clear" w:color="auto" w:fill="FFFFFF"/>
            <w:tcMar>
              <w:top w:w="80" w:type="dxa"/>
              <w:left w:w="100" w:type="dxa"/>
              <w:bottom w:w="80" w:type="dxa"/>
              <w:right w:w="100" w:type="dxa"/>
            </w:tcMar>
            <w:vAlign w:val="center"/>
          </w:tcPr>
          <w:p w14:paraId="4730A9BB" w14:textId="77777777" w:rsidR="00214C21" w:rsidRDefault="00B41876">
            <w:pPr>
              <w:pStyle w:val="Tabeltekst"/>
              <w:spacing w:line="254" w:lineRule="auto"/>
            </w:pPr>
            <w:r>
              <w:rPr>
                <w:sz w:val="17"/>
              </w:rPr>
              <w:t>Beginsaldo bank en kas</w:t>
            </w:r>
          </w:p>
        </w:tc>
        <w:tc>
          <w:tcPr>
            <w:tcW w:w="964" w:type="dxa"/>
            <w:shd w:val="clear" w:color="auto" w:fill="FFFFFF"/>
            <w:tcMar>
              <w:top w:w="80" w:type="dxa"/>
              <w:left w:w="100" w:type="dxa"/>
              <w:bottom w:w="80" w:type="dxa"/>
              <w:right w:w="100" w:type="dxa"/>
            </w:tcMar>
            <w:vAlign w:val="center"/>
          </w:tcPr>
          <w:p w14:paraId="30EC5110" w14:textId="77777777" w:rsidR="00214C21" w:rsidRDefault="001B51A9">
            <w:pPr>
              <w:pStyle w:val="Tabeltekst"/>
              <w:spacing w:line="254" w:lineRule="auto"/>
              <w:jc w:val="center"/>
            </w:pPr>
            <w:sdt>
              <w:sdtPr>
                <w:alias w:val="…"/>
                <w:tag w:val="antwoord_405"/>
                <w:id w:val="1404"/>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74EE9C64" w14:textId="77777777" w:rsidR="00214C21" w:rsidRDefault="001B51A9">
            <w:pPr>
              <w:pStyle w:val="Tabeltekst"/>
              <w:spacing w:line="254" w:lineRule="auto"/>
              <w:jc w:val="center"/>
            </w:pPr>
            <w:sdt>
              <w:sdtPr>
                <w:alias w:val="…"/>
                <w:tag w:val="antwoord_406"/>
                <w:id w:val="1405"/>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00F29068" w14:textId="77777777" w:rsidR="00214C21" w:rsidRDefault="001B51A9">
            <w:pPr>
              <w:pStyle w:val="Tabeltekst"/>
              <w:spacing w:line="254" w:lineRule="auto"/>
              <w:jc w:val="center"/>
            </w:pPr>
            <w:sdt>
              <w:sdtPr>
                <w:alias w:val="…"/>
                <w:tag w:val="antwoord_407"/>
                <w:id w:val="1406"/>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749AA4CB" w14:textId="77777777" w:rsidR="00214C21" w:rsidRDefault="001B51A9">
            <w:pPr>
              <w:pStyle w:val="Tabeltekst"/>
              <w:spacing w:line="254" w:lineRule="auto"/>
              <w:jc w:val="center"/>
            </w:pPr>
            <w:sdt>
              <w:sdtPr>
                <w:alias w:val="…"/>
                <w:tag w:val="antwoord_408"/>
                <w:id w:val="1407"/>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6BB0F6BB" w14:textId="77777777" w:rsidR="00214C21" w:rsidRDefault="001B51A9">
            <w:pPr>
              <w:pStyle w:val="Tabeltekst"/>
              <w:spacing w:line="254" w:lineRule="auto"/>
              <w:jc w:val="center"/>
            </w:pPr>
            <w:sdt>
              <w:sdtPr>
                <w:alias w:val="…"/>
                <w:tag w:val="antwoord_409"/>
                <w:id w:val="1408"/>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7EF65A64" w14:textId="77777777" w:rsidR="00214C21" w:rsidRDefault="001B51A9">
            <w:pPr>
              <w:pStyle w:val="Tabeltekst"/>
              <w:spacing w:line="254" w:lineRule="auto"/>
              <w:jc w:val="center"/>
            </w:pPr>
            <w:sdt>
              <w:sdtPr>
                <w:alias w:val="…"/>
                <w:tag w:val="antwoord_410"/>
                <w:id w:val="1409"/>
                <w:text/>
              </w:sdtPr>
              <w:sdtEndPr/>
              <w:sdtContent>
                <w:r w:rsidR="00B41876">
                  <w:rPr>
                    <w:sz w:val="17"/>
                  </w:rPr>
                  <w:t>[…]</w:t>
                </w:r>
              </w:sdtContent>
            </w:sdt>
          </w:p>
        </w:tc>
      </w:tr>
      <w:tr w:rsidR="00214C21" w14:paraId="5871BEAF" w14:textId="77777777">
        <w:trPr>
          <w:cantSplit/>
          <w:jc w:val="center"/>
        </w:trPr>
        <w:tc>
          <w:tcPr>
            <w:tcW w:w="3628" w:type="dxa"/>
            <w:shd w:val="clear" w:color="auto" w:fill="F1F6FA"/>
            <w:tcMar>
              <w:top w:w="80" w:type="dxa"/>
              <w:left w:w="100" w:type="dxa"/>
              <w:bottom w:w="80" w:type="dxa"/>
              <w:right w:w="100" w:type="dxa"/>
            </w:tcMar>
            <w:vAlign w:val="center"/>
          </w:tcPr>
          <w:p w14:paraId="52951D83" w14:textId="77777777" w:rsidR="00214C21" w:rsidRDefault="00B41876">
            <w:pPr>
              <w:pStyle w:val="Tabeltekst"/>
              <w:spacing w:line="254" w:lineRule="auto"/>
            </w:pPr>
            <w:r>
              <w:rPr>
                <w:sz w:val="17"/>
              </w:rPr>
              <w:t>Ontvangsten van klanten</w:t>
            </w:r>
          </w:p>
        </w:tc>
        <w:tc>
          <w:tcPr>
            <w:tcW w:w="964" w:type="dxa"/>
            <w:shd w:val="clear" w:color="auto" w:fill="F1F6FA"/>
            <w:tcMar>
              <w:top w:w="80" w:type="dxa"/>
              <w:left w:w="100" w:type="dxa"/>
              <w:bottom w:w="80" w:type="dxa"/>
              <w:right w:w="100" w:type="dxa"/>
            </w:tcMar>
            <w:vAlign w:val="center"/>
          </w:tcPr>
          <w:p w14:paraId="3D9A17B0" w14:textId="77777777" w:rsidR="00214C21" w:rsidRDefault="001B51A9">
            <w:pPr>
              <w:pStyle w:val="Tabeltekst"/>
              <w:spacing w:line="254" w:lineRule="auto"/>
              <w:jc w:val="center"/>
            </w:pPr>
            <w:sdt>
              <w:sdtPr>
                <w:alias w:val="…"/>
                <w:tag w:val="antwoord_411"/>
                <w:id w:val="1410"/>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5B8B8065" w14:textId="77777777" w:rsidR="00214C21" w:rsidRDefault="001B51A9">
            <w:pPr>
              <w:pStyle w:val="Tabeltekst"/>
              <w:spacing w:line="254" w:lineRule="auto"/>
              <w:jc w:val="center"/>
            </w:pPr>
            <w:sdt>
              <w:sdtPr>
                <w:alias w:val="…"/>
                <w:tag w:val="antwoord_412"/>
                <w:id w:val="1411"/>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11C98B25" w14:textId="77777777" w:rsidR="00214C21" w:rsidRDefault="001B51A9">
            <w:pPr>
              <w:pStyle w:val="Tabeltekst"/>
              <w:spacing w:line="254" w:lineRule="auto"/>
              <w:jc w:val="center"/>
            </w:pPr>
            <w:sdt>
              <w:sdtPr>
                <w:alias w:val="…"/>
                <w:tag w:val="antwoord_413"/>
                <w:id w:val="1412"/>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7BEBC5DB" w14:textId="77777777" w:rsidR="00214C21" w:rsidRDefault="001B51A9">
            <w:pPr>
              <w:pStyle w:val="Tabeltekst"/>
              <w:spacing w:line="254" w:lineRule="auto"/>
              <w:jc w:val="center"/>
            </w:pPr>
            <w:sdt>
              <w:sdtPr>
                <w:alias w:val="…"/>
                <w:tag w:val="antwoord_414"/>
                <w:id w:val="1413"/>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1F126456" w14:textId="77777777" w:rsidR="00214C21" w:rsidRDefault="001B51A9">
            <w:pPr>
              <w:pStyle w:val="Tabeltekst"/>
              <w:spacing w:line="254" w:lineRule="auto"/>
              <w:jc w:val="center"/>
            </w:pPr>
            <w:sdt>
              <w:sdtPr>
                <w:alias w:val="…"/>
                <w:tag w:val="antwoord_415"/>
                <w:id w:val="1414"/>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1FA001CC" w14:textId="77777777" w:rsidR="00214C21" w:rsidRDefault="001B51A9">
            <w:pPr>
              <w:pStyle w:val="Tabeltekst"/>
              <w:spacing w:line="254" w:lineRule="auto"/>
              <w:jc w:val="center"/>
            </w:pPr>
            <w:sdt>
              <w:sdtPr>
                <w:alias w:val="…"/>
                <w:tag w:val="antwoord_416"/>
                <w:id w:val="1415"/>
                <w:text/>
              </w:sdtPr>
              <w:sdtEndPr/>
              <w:sdtContent>
                <w:r w:rsidR="00B41876">
                  <w:rPr>
                    <w:sz w:val="17"/>
                  </w:rPr>
                  <w:t>[…]</w:t>
                </w:r>
              </w:sdtContent>
            </w:sdt>
          </w:p>
        </w:tc>
      </w:tr>
      <w:tr w:rsidR="00214C21" w14:paraId="3218DE19" w14:textId="77777777">
        <w:trPr>
          <w:cantSplit/>
          <w:jc w:val="center"/>
        </w:trPr>
        <w:tc>
          <w:tcPr>
            <w:tcW w:w="3628" w:type="dxa"/>
            <w:shd w:val="clear" w:color="auto" w:fill="FFFFFF"/>
            <w:tcMar>
              <w:top w:w="80" w:type="dxa"/>
              <w:left w:w="100" w:type="dxa"/>
              <w:bottom w:w="80" w:type="dxa"/>
              <w:right w:w="100" w:type="dxa"/>
            </w:tcMar>
            <w:vAlign w:val="center"/>
          </w:tcPr>
          <w:p w14:paraId="1EAD15AB" w14:textId="77777777" w:rsidR="00214C21" w:rsidRDefault="00B41876">
            <w:pPr>
              <w:pStyle w:val="Tabeltekst"/>
              <w:spacing w:line="254" w:lineRule="auto"/>
            </w:pPr>
            <w:r>
              <w:rPr>
                <w:sz w:val="17"/>
              </w:rPr>
              <w:t>Ontvangen eigen inbreng en financiering</w:t>
            </w:r>
          </w:p>
        </w:tc>
        <w:tc>
          <w:tcPr>
            <w:tcW w:w="964" w:type="dxa"/>
            <w:shd w:val="clear" w:color="auto" w:fill="FFFFFF"/>
            <w:tcMar>
              <w:top w:w="80" w:type="dxa"/>
              <w:left w:w="100" w:type="dxa"/>
              <w:bottom w:w="80" w:type="dxa"/>
              <w:right w:w="100" w:type="dxa"/>
            </w:tcMar>
            <w:vAlign w:val="center"/>
          </w:tcPr>
          <w:p w14:paraId="71250FA5" w14:textId="77777777" w:rsidR="00214C21" w:rsidRDefault="001B51A9">
            <w:pPr>
              <w:pStyle w:val="Tabeltekst"/>
              <w:spacing w:line="254" w:lineRule="auto"/>
              <w:jc w:val="center"/>
            </w:pPr>
            <w:sdt>
              <w:sdtPr>
                <w:alias w:val="…"/>
                <w:tag w:val="antwoord_417"/>
                <w:id w:val="1416"/>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35D61491" w14:textId="77777777" w:rsidR="00214C21" w:rsidRDefault="001B51A9">
            <w:pPr>
              <w:pStyle w:val="Tabeltekst"/>
              <w:spacing w:line="254" w:lineRule="auto"/>
              <w:jc w:val="center"/>
            </w:pPr>
            <w:sdt>
              <w:sdtPr>
                <w:alias w:val="…"/>
                <w:tag w:val="antwoord_418"/>
                <w:id w:val="1417"/>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70DFE09B" w14:textId="77777777" w:rsidR="00214C21" w:rsidRDefault="001B51A9">
            <w:pPr>
              <w:pStyle w:val="Tabeltekst"/>
              <w:spacing w:line="254" w:lineRule="auto"/>
              <w:jc w:val="center"/>
            </w:pPr>
            <w:sdt>
              <w:sdtPr>
                <w:alias w:val="…"/>
                <w:tag w:val="antwoord_419"/>
                <w:id w:val="1418"/>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57B883A8" w14:textId="77777777" w:rsidR="00214C21" w:rsidRDefault="001B51A9">
            <w:pPr>
              <w:pStyle w:val="Tabeltekst"/>
              <w:spacing w:line="254" w:lineRule="auto"/>
              <w:jc w:val="center"/>
            </w:pPr>
            <w:sdt>
              <w:sdtPr>
                <w:alias w:val="…"/>
                <w:tag w:val="antwoord_420"/>
                <w:id w:val="1419"/>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5C9FACDB" w14:textId="77777777" w:rsidR="00214C21" w:rsidRDefault="001B51A9">
            <w:pPr>
              <w:pStyle w:val="Tabeltekst"/>
              <w:spacing w:line="254" w:lineRule="auto"/>
              <w:jc w:val="center"/>
            </w:pPr>
            <w:sdt>
              <w:sdtPr>
                <w:alias w:val="…"/>
                <w:tag w:val="antwoord_421"/>
                <w:id w:val="1420"/>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74B72BD1" w14:textId="77777777" w:rsidR="00214C21" w:rsidRDefault="001B51A9">
            <w:pPr>
              <w:pStyle w:val="Tabeltekst"/>
              <w:spacing w:line="254" w:lineRule="auto"/>
              <w:jc w:val="center"/>
            </w:pPr>
            <w:sdt>
              <w:sdtPr>
                <w:alias w:val="…"/>
                <w:tag w:val="antwoord_422"/>
                <w:id w:val="1421"/>
                <w:text/>
              </w:sdtPr>
              <w:sdtEndPr/>
              <w:sdtContent>
                <w:r w:rsidR="00B41876">
                  <w:rPr>
                    <w:sz w:val="17"/>
                  </w:rPr>
                  <w:t>[…]</w:t>
                </w:r>
              </w:sdtContent>
            </w:sdt>
          </w:p>
        </w:tc>
      </w:tr>
      <w:tr w:rsidR="00214C21" w14:paraId="6D8AEE73" w14:textId="77777777">
        <w:trPr>
          <w:cantSplit/>
          <w:jc w:val="center"/>
        </w:trPr>
        <w:tc>
          <w:tcPr>
            <w:tcW w:w="3628" w:type="dxa"/>
            <w:shd w:val="clear" w:color="auto" w:fill="F1F6FA"/>
            <w:tcMar>
              <w:top w:w="80" w:type="dxa"/>
              <w:left w:w="100" w:type="dxa"/>
              <w:bottom w:w="80" w:type="dxa"/>
              <w:right w:w="100" w:type="dxa"/>
            </w:tcMar>
            <w:vAlign w:val="center"/>
          </w:tcPr>
          <w:p w14:paraId="7F0D3195" w14:textId="77777777" w:rsidR="00214C21" w:rsidRDefault="00B41876">
            <w:pPr>
              <w:pStyle w:val="Tabeltekst"/>
              <w:spacing w:line="254" w:lineRule="auto"/>
            </w:pPr>
            <w:r>
              <w:rPr>
                <w:sz w:val="17"/>
              </w:rPr>
              <w:t>Overige ontvangsten inclusief btw teruggaaf</w:t>
            </w:r>
          </w:p>
        </w:tc>
        <w:tc>
          <w:tcPr>
            <w:tcW w:w="964" w:type="dxa"/>
            <w:shd w:val="clear" w:color="auto" w:fill="F1F6FA"/>
            <w:tcMar>
              <w:top w:w="80" w:type="dxa"/>
              <w:left w:w="100" w:type="dxa"/>
              <w:bottom w:w="80" w:type="dxa"/>
              <w:right w:w="100" w:type="dxa"/>
            </w:tcMar>
            <w:vAlign w:val="center"/>
          </w:tcPr>
          <w:p w14:paraId="38340C6D" w14:textId="77777777" w:rsidR="00214C21" w:rsidRDefault="001B51A9">
            <w:pPr>
              <w:pStyle w:val="Tabeltekst"/>
              <w:spacing w:line="254" w:lineRule="auto"/>
              <w:jc w:val="center"/>
            </w:pPr>
            <w:sdt>
              <w:sdtPr>
                <w:alias w:val="…"/>
                <w:tag w:val="antwoord_423"/>
                <w:id w:val="1422"/>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3FCD8FA2" w14:textId="77777777" w:rsidR="00214C21" w:rsidRDefault="001B51A9">
            <w:pPr>
              <w:pStyle w:val="Tabeltekst"/>
              <w:spacing w:line="254" w:lineRule="auto"/>
              <w:jc w:val="center"/>
            </w:pPr>
            <w:sdt>
              <w:sdtPr>
                <w:alias w:val="…"/>
                <w:tag w:val="antwoord_424"/>
                <w:id w:val="1423"/>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4C0C121E" w14:textId="77777777" w:rsidR="00214C21" w:rsidRDefault="001B51A9">
            <w:pPr>
              <w:pStyle w:val="Tabeltekst"/>
              <w:spacing w:line="254" w:lineRule="auto"/>
              <w:jc w:val="center"/>
            </w:pPr>
            <w:sdt>
              <w:sdtPr>
                <w:alias w:val="…"/>
                <w:tag w:val="antwoord_425"/>
                <w:id w:val="1424"/>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061FE1B1" w14:textId="77777777" w:rsidR="00214C21" w:rsidRDefault="001B51A9">
            <w:pPr>
              <w:pStyle w:val="Tabeltekst"/>
              <w:spacing w:line="254" w:lineRule="auto"/>
              <w:jc w:val="center"/>
            </w:pPr>
            <w:sdt>
              <w:sdtPr>
                <w:alias w:val="…"/>
                <w:tag w:val="antwoord_426"/>
                <w:id w:val="1425"/>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10220025" w14:textId="77777777" w:rsidR="00214C21" w:rsidRDefault="001B51A9">
            <w:pPr>
              <w:pStyle w:val="Tabeltekst"/>
              <w:spacing w:line="254" w:lineRule="auto"/>
              <w:jc w:val="center"/>
            </w:pPr>
            <w:sdt>
              <w:sdtPr>
                <w:alias w:val="…"/>
                <w:tag w:val="antwoord_427"/>
                <w:id w:val="1426"/>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036C51CE" w14:textId="77777777" w:rsidR="00214C21" w:rsidRDefault="001B51A9">
            <w:pPr>
              <w:pStyle w:val="Tabeltekst"/>
              <w:spacing w:line="254" w:lineRule="auto"/>
              <w:jc w:val="center"/>
            </w:pPr>
            <w:sdt>
              <w:sdtPr>
                <w:alias w:val="…"/>
                <w:tag w:val="antwoord_428"/>
                <w:id w:val="1427"/>
                <w:text/>
              </w:sdtPr>
              <w:sdtEndPr/>
              <w:sdtContent>
                <w:r w:rsidR="00B41876">
                  <w:rPr>
                    <w:sz w:val="17"/>
                  </w:rPr>
                  <w:t>[…]</w:t>
                </w:r>
              </w:sdtContent>
            </w:sdt>
          </w:p>
        </w:tc>
      </w:tr>
      <w:tr w:rsidR="00214C21" w14:paraId="1E1F9D62" w14:textId="77777777">
        <w:trPr>
          <w:cantSplit/>
          <w:jc w:val="center"/>
        </w:trPr>
        <w:tc>
          <w:tcPr>
            <w:tcW w:w="3628" w:type="dxa"/>
            <w:shd w:val="clear" w:color="auto" w:fill="FFFFFF"/>
            <w:tcMar>
              <w:top w:w="80" w:type="dxa"/>
              <w:left w:w="100" w:type="dxa"/>
              <w:bottom w:w="80" w:type="dxa"/>
              <w:right w:w="100" w:type="dxa"/>
            </w:tcMar>
            <w:vAlign w:val="center"/>
          </w:tcPr>
          <w:p w14:paraId="05EAAED6" w14:textId="77777777" w:rsidR="00214C21" w:rsidRDefault="00B41876">
            <w:pPr>
              <w:pStyle w:val="Tabeltekst"/>
              <w:spacing w:line="254" w:lineRule="auto"/>
            </w:pPr>
            <w:r>
              <w:rPr>
                <w:sz w:val="17"/>
              </w:rPr>
              <w:t>Totaal ontvangsten</w:t>
            </w:r>
          </w:p>
        </w:tc>
        <w:tc>
          <w:tcPr>
            <w:tcW w:w="964" w:type="dxa"/>
            <w:shd w:val="clear" w:color="auto" w:fill="FFFFFF"/>
            <w:tcMar>
              <w:top w:w="80" w:type="dxa"/>
              <w:left w:w="100" w:type="dxa"/>
              <w:bottom w:w="80" w:type="dxa"/>
              <w:right w:w="100" w:type="dxa"/>
            </w:tcMar>
            <w:vAlign w:val="center"/>
          </w:tcPr>
          <w:p w14:paraId="1742015D" w14:textId="77777777" w:rsidR="00214C21" w:rsidRDefault="001B51A9">
            <w:pPr>
              <w:pStyle w:val="Tabeltekst"/>
              <w:spacing w:line="254" w:lineRule="auto"/>
              <w:jc w:val="center"/>
            </w:pPr>
            <w:sdt>
              <w:sdtPr>
                <w:alias w:val="…"/>
                <w:tag w:val="antwoord_429"/>
                <w:id w:val="1428"/>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5A3B1A69" w14:textId="77777777" w:rsidR="00214C21" w:rsidRDefault="001B51A9">
            <w:pPr>
              <w:pStyle w:val="Tabeltekst"/>
              <w:spacing w:line="254" w:lineRule="auto"/>
              <w:jc w:val="center"/>
            </w:pPr>
            <w:sdt>
              <w:sdtPr>
                <w:alias w:val="…"/>
                <w:tag w:val="antwoord_430"/>
                <w:id w:val="1429"/>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28710EE1" w14:textId="77777777" w:rsidR="00214C21" w:rsidRDefault="001B51A9">
            <w:pPr>
              <w:pStyle w:val="Tabeltekst"/>
              <w:spacing w:line="254" w:lineRule="auto"/>
              <w:jc w:val="center"/>
            </w:pPr>
            <w:sdt>
              <w:sdtPr>
                <w:alias w:val="…"/>
                <w:tag w:val="antwoord_431"/>
                <w:id w:val="1430"/>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14549453" w14:textId="77777777" w:rsidR="00214C21" w:rsidRDefault="001B51A9">
            <w:pPr>
              <w:pStyle w:val="Tabeltekst"/>
              <w:spacing w:line="254" w:lineRule="auto"/>
              <w:jc w:val="center"/>
            </w:pPr>
            <w:sdt>
              <w:sdtPr>
                <w:alias w:val="…"/>
                <w:tag w:val="antwoord_432"/>
                <w:id w:val="1431"/>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0BCAEBAD" w14:textId="77777777" w:rsidR="00214C21" w:rsidRDefault="001B51A9">
            <w:pPr>
              <w:pStyle w:val="Tabeltekst"/>
              <w:spacing w:line="254" w:lineRule="auto"/>
              <w:jc w:val="center"/>
            </w:pPr>
            <w:sdt>
              <w:sdtPr>
                <w:alias w:val="…"/>
                <w:tag w:val="antwoord_433"/>
                <w:id w:val="1432"/>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02C0162E" w14:textId="77777777" w:rsidR="00214C21" w:rsidRDefault="001B51A9">
            <w:pPr>
              <w:pStyle w:val="Tabeltekst"/>
              <w:spacing w:line="254" w:lineRule="auto"/>
              <w:jc w:val="center"/>
            </w:pPr>
            <w:sdt>
              <w:sdtPr>
                <w:alias w:val="…"/>
                <w:tag w:val="antwoord_434"/>
                <w:id w:val="1433"/>
                <w:text/>
              </w:sdtPr>
              <w:sdtEndPr/>
              <w:sdtContent>
                <w:r w:rsidR="00B41876">
                  <w:rPr>
                    <w:sz w:val="17"/>
                  </w:rPr>
                  <w:t>[…]</w:t>
                </w:r>
              </w:sdtContent>
            </w:sdt>
          </w:p>
        </w:tc>
      </w:tr>
      <w:tr w:rsidR="00214C21" w14:paraId="4A09549F" w14:textId="77777777">
        <w:trPr>
          <w:cantSplit/>
          <w:jc w:val="center"/>
        </w:trPr>
        <w:tc>
          <w:tcPr>
            <w:tcW w:w="3628" w:type="dxa"/>
            <w:shd w:val="clear" w:color="auto" w:fill="F1F6FA"/>
            <w:tcMar>
              <w:top w:w="80" w:type="dxa"/>
              <w:left w:w="100" w:type="dxa"/>
              <w:bottom w:w="80" w:type="dxa"/>
              <w:right w:w="100" w:type="dxa"/>
            </w:tcMar>
            <w:vAlign w:val="center"/>
          </w:tcPr>
          <w:p w14:paraId="3DE574B2" w14:textId="77777777" w:rsidR="00214C21" w:rsidRDefault="00B41876">
            <w:pPr>
              <w:pStyle w:val="Tabeltekst"/>
              <w:spacing w:line="254" w:lineRule="auto"/>
            </w:pPr>
            <w:r>
              <w:rPr>
                <w:sz w:val="17"/>
              </w:rPr>
              <w:t>Betalingen inkoop en directe kosten</w:t>
            </w:r>
          </w:p>
        </w:tc>
        <w:tc>
          <w:tcPr>
            <w:tcW w:w="964" w:type="dxa"/>
            <w:shd w:val="clear" w:color="auto" w:fill="F1F6FA"/>
            <w:tcMar>
              <w:top w:w="80" w:type="dxa"/>
              <w:left w:w="100" w:type="dxa"/>
              <w:bottom w:w="80" w:type="dxa"/>
              <w:right w:w="100" w:type="dxa"/>
            </w:tcMar>
            <w:vAlign w:val="center"/>
          </w:tcPr>
          <w:p w14:paraId="26BAB512" w14:textId="77777777" w:rsidR="00214C21" w:rsidRDefault="001B51A9">
            <w:pPr>
              <w:pStyle w:val="Tabeltekst"/>
              <w:spacing w:line="254" w:lineRule="auto"/>
              <w:jc w:val="center"/>
            </w:pPr>
            <w:sdt>
              <w:sdtPr>
                <w:alias w:val="…"/>
                <w:tag w:val="antwoord_435"/>
                <w:id w:val="1434"/>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63C1364C" w14:textId="77777777" w:rsidR="00214C21" w:rsidRDefault="001B51A9">
            <w:pPr>
              <w:pStyle w:val="Tabeltekst"/>
              <w:spacing w:line="254" w:lineRule="auto"/>
              <w:jc w:val="center"/>
            </w:pPr>
            <w:sdt>
              <w:sdtPr>
                <w:alias w:val="…"/>
                <w:tag w:val="antwoord_436"/>
                <w:id w:val="1435"/>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064CFBBF" w14:textId="77777777" w:rsidR="00214C21" w:rsidRDefault="001B51A9">
            <w:pPr>
              <w:pStyle w:val="Tabeltekst"/>
              <w:spacing w:line="254" w:lineRule="auto"/>
              <w:jc w:val="center"/>
            </w:pPr>
            <w:sdt>
              <w:sdtPr>
                <w:alias w:val="…"/>
                <w:tag w:val="antwoord_437"/>
                <w:id w:val="1436"/>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526284B5" w14:textId="77777777" w:rsidR="00214C21" w:rsidRDefault="001B51A9">
            <w:pPr>
              <w:pStyle w:val="Tabeltekst"/>
              <w:spacing w:line="254" w:lineRule="auto"/>
              <w:jc w:val="center"/>
            </w:pPr>
            <w:sdt>
              <w:sdtPr>
                <w:alias w:val="…"/>
                <w:tag w:val="antwoord_438"/>
                <w:id w:val="1437"/>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288A080B" w14:textId="77777777" w:rsidR="00214C21" w:rsidRDefault="001B51A9">
            <w:pPr>
              <w:pStyle w:val="Tabeltekst"/>
              <w:spacing w:line="254" w:lineRule="auto"/>
              <w:jc w:val="center"/>
            </w:pPr>
            <w:sdt>
              <w:sdtPr>
                <w:alias w:val="…"/>
                <w:tag w:val="antwoord_439"/>
                <w:id w:val="1438"/>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5263643D" w14:textId="77777777" w:rsidR="00214C21" w:rsidRDefault="001B51A9">
            <w:pPr>
              <w:pStyle w:val="Tabeltekst"/>
              <w:spacing w:line="254" w:lineRule="auto"/>
              <w:jc w:val="center"/>
            </w:pPr>
            <w:sdt>
              <w:sdtPr>
                <w:alias w:val="…"/>
                <w:tag w:val="antwoord_440"/>
                <w:id w:val="1439"/>
                <w:text/>
              </w:sdtPr>
              <w:sdtEndPr/>
              <w:sdtContent>
                <w:r w:rsidR="00B41876">
                  <w:rPr>
                    <w:sz w:val="17"/>
                  </w:rPr>
                  <w:t>[…]</w:t>
                </w:r>
              </w:sdtContent>
            </w:sdt>
          </w:p>
        </w:tc>
      </w:tr>
      <w:tr w:rsidR="00214C21" w14:paraId="20112B3E" w14:textId="77777777">
        <w:trPr>
          <w:cantSplit/>
          <w:jc w:val="center"/>
        </w:trPr>
        <w:tc>
          <w:tcPr>
            <w:tcW w:w="3628" w:type="dxa"/>
            <w:shd w:val="clear" w:color="auto" w:fill="FFFFFF"/>
            <w:tcMar>
              <w:top w:w="80" w:type="dxa"/>
              <w:left w:w="100" w:type="dxa"/>
              <w:bottom w:w="80" w:type="dxa"/>
              <w:right w:w="100" w:type="dxa"/>
            </w:tcMar>
            <w:vAlign w:val="center"/>
          </w:tcPr>
          <w:p w14:paraId="63003725" w14:textId="77777777" w:rsidR="00214C21" w:rsidRDefault="00B41876">
            <w:pPr>
              <w:pStyle w:val="Tabeltekst"/>
              <w:spacing w:line="254" w:lineRule="auto"/>
            </w:pPr>
            <w:r>
              <w:rPr>
                <w:sz w:val="17"/>
              </w:rPr>
              <w:t>Personeel en ondernemerssalaris indien relevant</w:t>
            </w:r>
          </w:p>
        </w:tc>
        <w:tc>
          <w:tcPr>
            <w:tcW w:w="964" w:type="dxa"/>
            <w:shd w:val="clear" w:color="auto" w:fill="FFFFFF"/>
            <w:tcMar>
              <w:top w:w="80" w:type="dxa"/>
              <w:left w:w="100" w:type="dxa"/>
              <w:bottom w:w="80" w:type="dxa"/>
              <w:right w:w="100" w:type="dxa"/>
            </w:tcMar>
            <w:vAlign w:val="center"/>
          </w:tcPr>
          <w:p w14:paraId="1A50690D" w14:textId="77777777" w:rsidR="00214C21" w:rsidRDefault="001B51A9">
            <w:pPr>
              <w:pStyle w:val="Tabeltekst"/>
              <w:spacing w:line="254" w:lineRule="auto"/>
              <w:jc w:val="center"/>
            </w:pPr>
            <w:sdt>
              <w:sdtPr>
                <w:alias w:val="…"/>
                <w:tag w:val="antwoord_441"/>
                <w:id w:val="1440"/>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19DACCB3" w14:textId="77777777" w:rsidR="00214C21" w:rsidRDefault="001B51A9">
            <w:pPr>
              <w:pStyle w:val="Tabeltekst"/>
              <w:spacing w:line="254" w:lineRule="auto"/>
              <w:jc w:val="center"/>
            </w:pPr>
            <w:sdt>
              <w:sdtPr>
                <w:alias w:val="…"/>
                <w:tag w:val="antwoord_442"/>
                <w:id w:val="1441"/>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79EBB29C" w14:textId="77777777" w:rsidR="00214C21" w:rsidRDefault="001B51A9">
            <w:pPr>
              <w:pStyle w:val="Tabeltekst"/>
              <w:spacing w:line="254" w:lineRule="auto"/>
              <w:jc w:val="center"/>
            </w:pPr>
            <w:sdt>
              <w:sdtPr>
                <w:alias w:val="…"/>
                <w:tag w:val="antwoord_443"/>
                <w:id w:val="1442"/>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623004BA" w14:textId="77777777" w:rsidR="00214C21" w:rsidRDefault="001B51A9">
            <w:pPr>
              <w:pStyle w:val="Tabeltekst"/>
              <w:spacing w:line="254" w:lineRule="auto"/>
              <w:jc w:val="center"/>
            </w:pPr>
            <w:sdt>
              <w:sdtPr>
                <w:alias w:val="…"/>
                <w:tag w:val="antwoord_444"/>
                <w:id w:val="1443"/>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67324FB9" w14:textId="77777777" w:rsidR="00214C21" w:rsidRDefault="001B51A9">
            <w:pPr>
              <w:pStyle w:val="Tabeltekst"/>
              <w:spacing w:line="254" w:lineRule="auto"/>
              <w:jc w:val="center"/>
            </w:pPr>
            <w:sdt>
              <w:sdtPr>
                <w:alias w:val="…"/>
                <w:tag w:val="antwoord_445"/>
                <w:id w:val="1444"/>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10296B97" w14:textId="77777777" w:rsidR="00214C21" w:rsidRDefault="001B51A9">
            <w:pPr>
              <w:pStyle w:val="Tabeltekst"/>
              <w:spacing w:line="254" w:lineRule="auto"/>
              <w:jc w:val="center"/>
            </w:pPr>
            <w:sdt>
              <w:sdtPr>
                <w:alias w:val="…"/>
                <w:tag w:val="antwoord_446"/>
                <w:id w:val="1445"/>
                <w:text/>
              </w:sdtPr>
              <w:sdtEndPr/>
              <w:sdtContent>
                <w:r w:rsidR="00B41876">
                  <w:rPr>
                    <w:sz w:val="17"/>
                  </w:rPr>
                  <w:t>[…]</w:t>
                </w:r>
              </w:sdtContent>
            </w:sdt>
          </w:p>
        </w:tc>
      </w:tr>
      <w:tr w:rsidR="00214C21" w14:paraId="5514A67F" w14:textId="77777777">
        <w:trPr>
          <w:cantSplit/>
          <w:jc w:val="center"/>
        </w:trPr>
        <w:tc>
          <w:tcPr>
            <w:tcW w:w="3628" w:type="dxa"/>
            <w:shd w:val="clear" w:color="auto" w:fill="F1F6FA"/>
            <w:tcMar>
              <w:top w:w="80" w:type="dxa"/>
              <w:left w:w="100" w:type="dxa"/>
              <w:bottom w:w="80" w:type="dxa"/>
              <w:right w:w="100" w:type="dxa"/>
            </w:tcMar>
            <w:vAlign w:val="center"/>
          </w:tcPr>
          <w:p w14:paraId="4DB4A384" w14:textId="77777777" w:rsidR="00214C21" w:rsidRDefault="00B41876">
            <w:pPr>
              <w:pStyle w:val="Tabeltekst"/>
              <w:spacing w:line="254" w:lineRule="auto"/>
            </w:pPr>
            <w:r>
              <w:rPr>
                <w:sz w:val="17"/>
              </w:rPr>
              <w:t>Overige operationele betalingen</w:t>
            </w:r>
          </w:p>
        </w:tc>
        <w:tc>
          <w:tcPr>
            <w:tcW w:w="964" w:type="dxa"/>
            <w:shd w:val="clear" w:color="auto" w:fill="F1F6FA"/>
            <w:tcMar>
              <w:top w:w="80" w:type="dxa"/>
              <w:left w:w="100" w:type="dxa"/>
              <w:bottom w:w="80" w:type="dxa"/>
              <w:right w:w="100" w:type="dxa"/>
            </w:tcMar>
            <w:vAlign w:val="center"/>
          </w:tcPr>
          <w:p w14:paraId="25F1EF6C" w14:textId="77777777" w:rsidR="00214C21" w:rsidRDefault="001B51A9">
            <w:pPr>
              <w:pStyle w:val="Tabeltekst"/>
              <w:spacing w:line="254" w:lineRule="auto"/>
              <w:jc w:val="center"/>
            </w:pPr>
            <w:sdt>
              <w:sdtPr>
                <w:alias w:val="…"/>
                <w:tag w:val="antwoord_447"/>
                <w:id w:val="1446"/>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4D7ACE5C" w14:textId="77777777" w:rsidR="00214C21" w:rsidRDefault="001B51A9">
            <w:pPr>
              <w:pStyle w:val="Tabeltekst"/>
              <w:spacing w:line="254" w:lineRule="auto"/>
              <w:jc w:val="center"/>
            </w:pPr>
            <w:sdt>
              <w:sdtPr>
                <w:alias w:val="…"/>
                <w:tag w:val="antwoord_448"/>
                <w:id w:val="1447"/>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7B4B8E3D" w14:textId="77777777" w:rsidR="00214C21" w:rsidRDefault="001B51A9">
            <w:pPr>
              <w:pStyle w:val="Tabeltekst"/>
              <w:spacing w:line="254" w:lineRule="auto"/>
              <w:jc w:val="center"/>
            </w:pPr>
            <w:sdt>
              <w:sdtPr>
                <w:alias w:val="…"/>
                <w:tag w:val="antwoord_449"/>
                <w:id w:val="1448"/>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1C9CACCE" w14:textId="77777777" w:rsidR="00214C21" w:rsidRDefault="001B51A9">
            <w:pPr>
              <w:pStyle w:val="Tabeltekst"/>
              <w:spacing w:line="254" w:lineRule="auto"/>
              <w:jc w:val="center"/>
            </w:pPr>
            <w:sdt>
              <w:sdtPr>
                <w:alias w:val="…"/>
                <w:tag w:val="antwoord_450"/>
                <w:id w:val="1449"/>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419E0B04" w14:textId="77777777" w:rsidR="00214C21" w:rsidRDefault="001B51A9">
            <w:pPr>
              <w:pStyle w:val="Tabeltekst"/>
              <w:spacing w:line="254" w:lineRule="auto"/>
              <w:jc w:val="center"/>
            </w:pPr>
            <w:sdt>
              <w:sdtPr>
                <w:alias w:val="…"/>
                <w:tag w:val="antwoord_451"/>
                <w:id w:val="1450"/>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67196A6C" w14:textId="77777777" w:rsidR="00214C21" w:rsidRDefault="001B51A9">
            <w:pPr>
              <w:pStyle w:val="Tabeltekst"/>
              <w:spacing w:line="254" w:lineRule="auto"/>
              <w:jc w:val="center"/>
            </w:pPr>
            <w:sdt>
              <w:sdtPr>
                <w:alias w:val="…"/>
                <w:tag w:val="antwoord_452"/>
                <w:id w:val="1451"/>
                <w:text/>
              </w:sdtPr>
              <w:sdtEndPr/>
              <w:sdtContent>
                <w:r w:rsidR="00B41876">
                  <w:rPr>
                    <w:sz w:val="17"/>
                  </w:rPr>
                  <w:t>[…]</w:t>
                </w:r>
              </w:sdtContent>
            </w:sdt>
          </w:p>
        </w:tc>
      </w:tr>
      <w:tr w:rsidR="00214C21" w14:paraId="40B9CD61" w14:textId="77777777">
        <w:trPr>
          <w:cantSplit/>
          <w:jc w:val="center"/>
        </w:trPr>
        <w:tc>
          <w:tcPr>
            <w:tcW w:w="3628" w:type="dxa"/>
            <w:shd w:val="clear" w:color="auto" w:fill="FFFFFF"/>
            <w:tcMar>
              <w:top w:w="80" w:type="dxa"/>
              <w:left w:w="100" w:type="dxa"/>
              <w:bottom w:w="80" w:type="dxa"/>
              <w:right w:w="100" w:type="dxa"/>
            </w:tcMar>
            <w:vAlign w:val="center"/>
          </w:tcPr>
          <w:p w14:paraId="14443A3E" w14:textId="77777777" w:rsidR="00214C21" w:rsidRDefault="00B41876">
            <w:pPr>
              <w:pStyle w:val="Tabeltekst"/>
              <w:spacing w:line="254" w:lineRule="auto"/>
            </w:pPr>
            <w:r>
              <w:rPr>
                <w:sz w:val="17"/>
              </w:rPr>
              <w:t>Investeringen</w:t>
            </w:r>
          </w:p>
        </w:tc>
        <w:tc>
          <w:tcPr>
            <w:tcW w:w="964" w:type="dxa"/>
            <w:shd w:val="clear" w:color="auto" w:fill="FFFFFF"/>
            <w:tcMar>
              <w:top w:w="80" w:type="dxa"/>
              <w:left w:w="100" w:type="dxa"/>
              <w:bottom w:w="80" w:type="dxa"/>
              <w:right w:w="100" w:type="dxa"/>
            </w:tcMar>
            <w:vAlign w:val="center"/>
          </w:tcPr>
          <w:p w14:paraId="187B29C7" w14:textId="77777777" w:rsidR="00214C21" w:rsidRDefault="001B51A9">
            <w:pPr>
              <w:pStyle w:val="Tabeltekst"/>
              <w:spacing w:line="254" w:lineRule="auto"/>
              <w:jc w:val="center"/>
            </w:pPr>
            <w:sdt>
              <w:sdtPr>
                <w:alias w:val="…"/>
                <w:tag w:val="antwoord_453"/>
                <w:id w:val="1452"/>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47FE752F" w14:textId="77777777" w:rsidR="00214C21" w:rsidRDefault="001B51A9">
            <w:pPr>
              <w:pStyle w:val="Tabeltekst"/>
              <w:spacing w:line="254" w:lineRule="auto"/>
              <w:jc w:val="center"/>
            </w:pPr>
            <w:sdt>
              <w:sdtPr>
                <w:alias w:val="…"/>
                <w:tag w:val="antwoord_454"/>
                <w:id w:val="1453"/>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07E26744" w14:textId="77777777" w:rsidR="00214C21" w:rsidRDefault="001B51A9">
            <w:pPr>
              <w:pStyle w:val="Tabeltekst"/>
              <w:spacing w:line="254" w:lineRule="auto"/>
              <w:jc w:val="center"/>
            </w:pPr>
            <w:sdt>
              <w:sdtPr>
                <w:alias w:val="…"/>
                <w:tag w:val="antwoord_455"/>
                <w:id w:val="1454"/>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13A0515B" w14:textId="77777777" w:rsidR="00214C21" w:rsidRDefault="001B51A9">
            <w:pPr>
              <w:pStyle w:val="Tabeltekst"/>
              <w:spacing w:line="254" w:lineRule="auto"/>
              <w:jc w:val="center"/>
            </w:pPr>
            <w:sdt>
              <w:sdtPr>
                <w:alias w:val="…"/>
                <w:tag w:val="antwoord_456"/>
                <w:id w:val="1455"/>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085DC5A3" w14:textId="77777777" w:rsidR="00214C21" w:rsidRDefault="001B51A9">
            <w:pPr>
              <w:pStyle w:val="Tabeltekst"/>
              <w:spacing w:line="254" w:lineRule="auto"/>
              <w:jc w:val="center"/>
            </w:pPr>
            <w:sdt>
              <w:sdtPr>
                <w:alias w:val="…"/>
                <w:tag w:val="antwoord_457"/>
                <w:id w:val="1456"/>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1073ACD3" w14:textId="77777777" w:rsidR="00214C21" w:rsidRDefault="001B51A9">
            <w:pPr>
              <w:pStyle w:val="Tabeltekst"/>
              <w:spacing w:line="254" w:lineRule="auto"/>
              <w:jc w:val="center"/>
            </w:pPr>
            <w:sdt>
              <w:sdtPr>
                <w:alias w:val="…"/>
                <w:tag w:val="antwoord_458"/>
                <w:id w:val="1457"/>
                <w:text/>
              </w:sdtPr>
              <w:sdtEndPr/>
              <w:sdtContent>
                <w:r w:rsidR="00B41876">
                  <w:rPr>
                    <w:sz w:val="17"/>
                  </w:rPr>
                  <w:t>[…]</w:t>
                </w:r>
              </w:sdtContent>
            </w:sdt>
          </w:p>
        </w:tc>
      </w:tr>
      <w:tr w:rsidR="00214C21" w14:paraId="2AEAF3F1" w14:textId="77777777">
        <w:trPr>
          <w:cantSplit/>
          <w:jc w:val="center"/>
        </w:trPr>
        <w:tc>
          <w:tcPr>
            <w:tcW w:w="3628" w:type="dxa"/>
            <w:shd w:val="clear" w:color="auto" w:fill="F1F6FA"/>
            <w:tcMar>
              <w:top w:w="80" w:type="dxa"/>
              <w:left w:w="100" w:type="dxa"/>
              <w:bottom w:w="80" w:type="dxa"/>
              <w:right w:w="100" w:type="dxa"/>
            </w:tcMar>
            <w:vAlign w:val="center"/>
          </w:tcPr>
          <w:p w14:paraId="3308DAF4" w14:textId="77777777" w:rsidR="00214C21" w:rsidRDefault="00B41876">
            <w:pPr>
              <w:pStyle w:val="Tabeltekst"/>
              <w:spacing w:line="254" w:lineRule="auto"/>
            </w:pPr>
            <w:r>
              <w:rPr>
                <w:sz w:val="17"/>
              </w:rPr>
              <w:t>Rente en financieringskosten</w:t>
            </w:r>
          </w:p>
        </w:tc>
        <w:tc>
          <w:tcPr>
            <w:tcW w:w="964" w:type="dxa"/>
            <w:shd w:val="clear" w:color="auto" w:fill="F1F6FA"/>
            <w:tcMar>
              <w:top w:w="80" w:type="dxa"/>
              <w:left w:w="100" w:type="dxa"/>
              <w:bottom w:w="80" w:type="dxa"/>
              <w:right w:w="100" w:type="dxa"/>
            </w:tcMar>
            <w:vAlign w:val="center"/>
          </w:tcPr>
          <w:p w14:paraId="75C49EE0" w14:textId="77777777" w:rsidR="00214C21" w:rsidRDefault="001B51A9">
            <w:pPr>
              <w:pStyle w:val="Tabeltekst"/>
              <w:spacing w:line="254" w:lineRule="auto"/>
              <w:jc w:val="center"/>
            </w:pPr>
            <w:sdt>
              <w:sdtPr>
                <w:alias w:val="…"/>
                <w:tag w:val="antwoord_459"/>
                <w:id w:val="1458"/>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130FE838" w14:textId="77777777" w:rsidR="00214C21" w:rsidRDefault="001B51A9">
            <w:pPr>
              <w:pStyle w:val="Tabeltekst"/>
              <w:spacing w:line="254" w:lineRule="auto"/>
              <w:jc w:val="center"/>
            </w:pPr>
            <w:sdt>
              <w:sdtPr>
                <w:alias w:val="…"/>
                <w:tag w:val="antwoord_460"/>
                <w:id w:val="1459"/>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644C7519" w14:textId="77777777" w:rsidR="00214C21" w:rsidRDefault="001B51A9">
            <w:pPr>
              <w:pStyle w:val="Tabeltekst"/>
              <w:spacing w:line="254" w:lineRule="auto"/>
              <w:jc w:val="center"/>
            </w:pPr>
            <w:sdt>
              <w:sdtPr>
                <w:alias w:val="…"/>
                <w:tag w:val="antwoord_461"/>
                <w:id w:val="1460"/>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6435283B" w14:textId="77777777" w:rsidR="00214C21" w:rsidRDefault="001B51A9">
            <w:pPr>
              <w:pStyle w:val="Tabeltekst"/>
              <w:spacing w:line="254" w:lineRule="auto"/>
              <w:jc w:val="center"/>
            </w:pPr>
            <w:sdt>
              <w:sdtPr>
                <w:alias w:val="…"/>
                <w:tag w:val="antwoord_462"/>
                <w:id w:val="1461"/>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66554BB4" w14:textId="77777777" w:rsidR="00214C21" w:rsidRDefault="001B51A9">
            <w:pPr>
              <w:pStyle w:val="Tabeltekst"/>
              <w:spacing w:line="254" w:lineRule="auto"/>
              <w:jc w:val="center"/>
            </w:pPr>
            <w:sdt>
              <w:sdtPr>
                <w:alias w:val="…"/>
                <w:tag w:val="antwoord_463"/>
                <w:id w:val="1462"/>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71462449" w14:textId="77777777" w:rsidR="00214C21" w:rsidRDefault="001B51A9">
            <w:pPr>
              <w:pStyle w:val="Tabeltekst"/>
              <w:spacing w:line="254" w:lineRule="auto"/>
              <w:jc w:val="center"/>
            </w:pPr>
            <w:sdt>
              <w:sdtPr>
                <w:alias w:val="…"/>
                <w:tag w:val="antwoord_464"/>
                <w:id w:val="1463"/>
                <w:text/>
              </w:sdtPr>
              <w:sdtEndPr/>
              <w:sdtContent>
                <w:r w:rsidR="00B41876">
                  <w:rPr>
                    <w:sz w:val="17"/>
                  </w:rPr>
                  <w:t>[…]</w:t>
                </w:r>
              </w:sdtContent>
            </w:sdt>
          </w:p>
        </w:tc>
      </w:tr>
      <w:tr w:rsidR="00214C21" w14:paraId="3CEC6EFB" w14:textId="77777777">
        <w:trPr>
          <w:cantSplit/>
          <w:jc w:val="center"/>
        </w:trPr>
        <w:tc>
          <w:tcPr>
            <w:tcW w:w="3628" w:type="dxa"/>
            <w:shd w:val="clear" w:color="auto" w:fill="FFFFFF"/>
            <w:tcMar>
              <w:top w:w="80" w:type="dxa"/>
              <w:left w:w="100" w:type="dxa"/>
              <w:bottom w:w="80" w:type="dxa"/>
              <w:right w:w="100" w:type="dxa"/>
            </w:tcMar>
            <w:vAlign w:val="center"/>
          </w:tcPr>
          <w:p w14:paraId="129D1BED" w14:textId="77777777" w:rsidR="00214C21" w:rsidRDefault="00B41876">
            <w:pPr>
              <w:pStyle w:val="Tabeltekst"/>
              <w:spacing w:line="254" w:lineRule="auto"/>
            </w:pPr>
            <w:r>
              <w:rPr>
                <w:sz w:val="17"/>
              </w:rPr>
              <w:t>Aflossingen</w:t>
            </w:r>
          </w:p>
        </w:tc>
        <w:tc>
          <w:tcPr>
            <w:tcW w:w="964" w:type="dxa"/>
            <w:shd w:val="clear" w:color="auto" w:fill="FFFFFF"/>
            <w:tcMar>
              <w:top w:w="80" w:type="dxa"/>
              <w:left w:w="100" w:type="dxa"/>
              <w:bottom w:w="80" w:type="dxa"/>
              <w:right w:w="100" w:type="dxa"/>
            </w:tcMar>
            <w:vAlign w:val="center"/>
          </w:tcPr>
          <w:p w14:paraId="30450F7E" w14:textId="77777777" w:rsidR="00214C21" w:rsidRDefault="001B51A9">
            <w:pPr>
              <w:pStyle w:val="Tabeltekst"/>
              <w:spacing w:line="254" w:lineRule="auto"/>
              <w:jc w:val="center"/>
            </w:pPr>
            <w:sdt>
              <w:sdtPr>
                <w:alias w:val="…"/>
                <w:tag w:val="antwoord_465"/>
                <w:id w:val="1464"/>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647017AF" w14:textId="77777777" w:rsidR="00214C21" w:rsidRDefault="001B51A9">
            <w:pPr>
              <w:pStyle w:val="Tabeltekst"/>
              <w:spacing w:line="254" w:lineRule="auto"/>
              <w:jc w:val="center"/>
            </w:pPr>
            <w:sdt>
              <w:sdtPr>
                <w:alias w:val="…"/>
                <w:tag w:val="antwoord_466"/>
                <w:id w:val="1465"/>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3B497648" w14:textId="77777777" w:rsidR="00214C21" w:rsidRDefault="001B51A9">
            <w:pPr>
              <w:pStyle w:val="Tabeltekst"/>
              <w:spacing w:line="254" w:lineRule="auto"/>
              <w:jc w:val="center"/>
            </w:pPr>
            <w:sdt>
              <w:sdtPr>
                <w:alias w:val="…"/>
                <w:tag w:val="antwoord_467"/>
                <w:id w:val="1466"/>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0C4B7C9B" w14:textId="77777777" w:rsidR="00214C21" w:rsidRDefault="001B51A9">
            <w:pPr>
              <w:pStyle w:val="Tabeltekst"/>
              <w:spacing w:line="254" w:lineRule="auto"/>
              <w:jc w:val="center"/>
            </w:pPr>
            <w:sdt>
              <w:sdtPr>
                <w:alias w:val="…"/>
                <w:tag w:val="antwoord_468"/>
                <w:id w:val="1467"/>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46F7EE9F" w14:textId="77777777" w:rsidR="00214C21" w:rsidRDefault="001B51A9">
            <w:pPr>
              <w:pStyle w:val="Tabeltekst"/>
              <w:spacing w:line="254" w:lineRule="auto"/>
              <w:jc w:val="center"/>
            </w:pPr>
            <w:sdt>
              <w:sdtPr>
                <w:alias w:val="…"/>
                <w:tag w:val="antwoord_469"/>
                <w:id w:val="1468"/>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308A18F6" w14:textId="77777777" w:rsidR="00214C21" w:rsidRDefault="001B51A9">
            <w:pPr>
              <w:pStyle w:val="Tabeltekst"/>
              <w:spacing w:line="254" w:lineRule="auto"/>
              <w:jc w:val="center"/>
            </w:pPr>
            <w:sdt>
              <w:sdtPr>
                <w:alias w:val="…"/>
                <w:tag w:val="antwoord_470"/>
                <w:id w:val="1469"/>
                <w:text/>
              </w:sdtPr>
              <w:sdtEndPr/>
              <w:sdtContent>
                <w:r w:rsidR="00B41876">
                  <w:rPr>
                    <w:sz w:val="17"/>
                  </w:rPr>
                  <w:t>[…]</w:t>
                </w:r>
              </w:sdtContent>
            </w:sdt>
          </w:p>
        </w:tc>
      </w:tr>
      <w:tr w:rsidR="00214C21" w14:paraId="0E8892BC" w14:textId="77777777">
        <w:trPr>
          <w:cantSplit/>
          <w:jc w:val="center"/>
        </w:trPr>
        <w:tc>
          <w:tcPr>
            <w:tcW w:w="3628" w:type="dxa"/>
            <w:shd w:val="clear" w:color="auto" w:fill="F1F6FA"/>
            <w:tcMar>
              <w:top w:w="80" w:type="dxa"/>
              <w:left w:w="100" w:type="dxa"/>
              <w:bottom w:w="80" w:type="dxa"/>
              <w:right w:w="100" w:type="dxa"/>
            </w:tcMar>
            <w:vAlign w:val="center"/>
          </w:tcPr>
          <w:p w14:paraId="556A7650" w14:textId="77777777" w:rsidR="00214C21" w:rsidRDefault="00B41876">
            <w:pPr>
              <w:pStyle w:val="Tabeltekst"/>
              <w:spacing w:line="254" w:lineRule="auto"/>
            </w:pPr>
            <w:r>
              <w:rPr>
                <w:sz w:val="17"/>
              </w:rPr>
              <w:t>Btw en overige belastingbetalingen</w:t>
            </w:r>
          </w:p>
        </w:tc>
        <w:tc>
          <w:tcPr>
            <w:tcW w:w="964" w:type="dxa"/>
            <w:shd w:val="clear" w:color="auto" w:fill="F1F6FA"/>
            <w:tcMar>
              <w:top w:w="80" w:type="dxa"/>
              <w:left w:w="100" w:type="dxa"/>
              <w:bottom w:w="80" w:type="dxa"/>
              <w:right w:w="100" w:type="dxa"/>
            </w:tcMar>
            <w:vAlign w:val="center"/>
          </w:tcPr>
          <w:p w14:paraId="7049C0D0" w14:textId="77777777" w:rsidR="00214C21" w:rsidRDefault="001B51A9">
            <w:pPr>
              <w:pStyle w:val="Tabeltekst"/>
              <w:spacing w:line="254" w:lineRule="auto"/>
              <w:jc w:val="center"/>
            </w:pPr>
            <w:sdt>
              <w:sdtPr>
                <w:alias w:val="…"/>
                <w:tag w:val="antwoord_471"/>
                <w:id w:val="1470"/>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5876DF07" w14:textId="77777777" w:rsidR="00214C21" w:rsidRDefault="001B51A9">
            <w:pPr>
              <w:pStyle w:val="Tabeltekst"/>
              <w:spacing w:line="254" w:lineRule="auto"/>
              <w:jc w:val="center"/>
            </w:pPr>
            <w:sdt>
              <w:sdtPr>
                <w:alias w:val="…"/>
                <w:tag w:val="antwoord_472"/>
                <w:id w:val="1471"/>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6356E5EF" w14:textId="77777777" w:rsidR="00214C21" w:rsidRDefault="001B51A9">
            <w:pPr>
              <w:pStyle w:val="Tabeltekst"/>
              <w:spacing w:line="254" w:lineRule="auto"/>
              <w:jc w:val="center"/>
            </w:pPr>
            <w:sdt>
              <w:sdtPr>
                <w:alias w:val="…"/>
                <w:tag w:val="antwoord_473"/>
                <w:id w:val="1472"/>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17BFEC3A" w14:textId="77777777" w:rsidR="00214C21" w:rsidRDefault="001B51A9">
            <w:pPr>
              <w:pStyle w:val="Tabeltekst"/>
              <w:spacing w:line="254" w:lineRule="auto"/>
              <w:jc w:val="center"/>
            </w:pPr>
            <w:sdt>
              <w:sdtPr>
                <w:alias w:val="…"/>
                <w:tag w:val="antwoord_474"/>
                <w:id w:val="1473"/>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38D61DD9" w14:textId="77777777" w:rsidR="00214C21" w:rsidRDefault="001B51A9">
            <w:pPr>
              <w:pStyle w:val="Tabeltekst"/>
              <w:spacing w:line="254" w:lineRule="auto"/>
              <w:jc w:val="center"/>
            </w:pPr>
            <w:sdt>
              <w:sdtPr>
                <w:alias w:val="…"/>
                <w:tag w:val="antwoord_475"/>
                <w:id w:val="1474"/>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0943F131" w14:textId="77777777" w:rsidR="00214C21" w:rsidRDefault="001B51A9">
            <w:pPr>
              <w:pStyle w:val="Tabeltekst"/>
              <w:spacing w:line="254" w:lineRule="auto"/>
              <w:jc w:val="center"/>
            </w:pPr>
            <w:sdt>
              <w:sdtPr>
                <w:alias w:val="…"/>
                <w:tag w:val="antwoord_476"/>
                <w:id w:val="1475"/>
                <w:text/>
              </w:sdtPr>
              <w:sdtEndPr/>
              <w:sdtContent>
                <w:r w:rsidR="00B41876">
                  <w:rPr>
                    <w:sz w:val="17"/>
                  </w:rPr>
                  <w:t>[…]</w:t>
                </w:r>
              </w:sdtContent>
            </w:sdt>
          </w:p>
        </w:tc>
      </w:tr>
      <w:tr w:rsidR="00214C21" w14:paraId="51430409" w14:textId="77777777">
        <w:trPr>
          <w:cantSplit/>
          <w:jc w:val="center"/>
        </w:trPr>
        <w:tc>
          <w:tcPr>
            <w:tcW w:w="3628" w:type="dxa"/>
            <w:shd w:val="clear" w:color="auto" w:fill="FFFFFF"/>
            <w:tcMar>
              <w:top w:w="80" w:type="dxa"/>
              <w:left w:w="100" w:type="dxa"/>
              <w:bottom w:w="80" w:type="dxa"/>
              <w:right w:w="100" w:type="dxa"/>
            </w:tcMar>
            <w:vAlign w:val="center"/>
          </w:tcPr>
          <w:p w14:paraId="2871F709" w14:textId="77777777" w:rsidR="00214C21" w:rsidRDefault="00B41876">
            <w:pPr>
              <w:pStyle w:val="Tabeltekst"/>
              <w:spacing w:line="254" w:lineRule="auto"/>
            </w:pPr>
            <w:r>
              <w:rPr>
                <w:sz w:val="17"/>
              </w:rPr>
              <w:t>Privéonttrekkingen of dividend</w:t>
            </w:r>
          </w:p>
        </w:tc>
        <w:tc>
          <w:tcPr>
            <w:tcW w:w="964" w:type="dxa"/>
            <w:shd w:val="clear" w:color="auto" w:fill="FFFFFF"/>
            <w:tcMar>
              <w:top w:w="80" w:type="dxa"/>
              <w:left w:w="100" w:type="dxa"/>
              <w:bottom w:w="80" w:type="dxa"/>
              <w:right w:w="100" w:type="dxa"/>
            </w:tcMar>
            <w:vAlign w:val="center"/>
          </w:tcPr>
          <w:p w14:paraId="371EEBB6" w14:textId="77777777" w:rsidR="00214C21" w:rsidRDefault="001B51A9">
            <w:pPr>
              <w:pStyle w:val="Tabeltekst"/>
              <w:spacing w:line="254" w:lineRule="auto"/>
              <w:jc w:val="center"/>
            </w:pPr>
            <w:sdt>
              <w:sdtPr>
                <w:alias w:val="…"/>
                <w:tag w:val="antwoord_477"/>
                <w:id w:val="1476"/>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38457DFC" w14:textId="77777777" w:rsidR="00214C21" w:rsidRDefault="001B51A9">
            <w:pPr>
              <w:pStyle w:val="Tabeltekst"/>
              <w:spacing w:line="254" w:lineRule="auto"/>
              <w:jc w:val="center"/>
            </w:pPr>
            <w:sdt>
              <w:sdtPr>
                <w:alias w:val="…"/>
                <w:tag w:val="antwoord_478"/>
                <w:id w:val="1477"/>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5CFEF05B" w14:textId="77777777" w:rsidR="00214C21" w:rsidRDefault="001B51A9">
            <w:pPr>
              <w:pStyle w:val="Tabeltekst"/>
              <w:spacing w:line="254" w:lineRule="auto"/>
              <w:jc w:val="center"/>
            </w:pPr>
            <w:sdt>
              <w:sdtPr>
                <w:alias w:val="…"/>
                <w:tag w:val="antwoord_479"/>
                <w:id w:val="1478"/>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3B57BBA9" w14:textId="77777777" w:rsidR="00214C21" w:rsidRDefault="001B51A9">
            <w:pPr>
              <w:pStyle w:val="Tabeltekst"/>
              <w:spacing w:line="254" w:lineRule="auto"/>
              <w:jc w:val="center"/>
            </w:pPr>
            <w:sdt>
              <w:sdtPr>
                <w:alias w:val="…"/>
                <w:tag w:val="antwoord_480"/>
                <w:id w:val="1479"/>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2FC70BC0" w14:textId="77777777" w:rsidR="00214C21" w:rsidRDefault="001B51A9">
            <w:pPr>
              <w:pStyle w:val="Tabeltekst"/>
              <w:spacing w:line="254" w:lineRule="auto"/>
              <w:jc w:val="center"/>
            </w:pPr>
            <w:sdt>
              <w:sdtPr>
                <w:alias w:val="…"/>
                <w:tag w:val="antwoord_481"/>
                <w:id w:val="1480"/>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021A97ED" w14:textId="77777777" w:rsidR="00214C21" w:rsidRDefault="001B51A9">
            <w:pPr>
              <w:pStyle w:val="Tabeltekst"/>
              <w:spacing w:line="254" w:lineRule="auto"/>
              <w:jc w:val="center"/>
            </w:pPr>
            <w:sdt>
              <w:sdtPr>
                <w:alias w:val="…"/>
                <w:tag w:val="antwoord_482"/>
                <w:id w:val="1481"/>
                <w:text/>
              </w:sdtPr>
              <w:sdtEndPr/>
              <w:sdtContent>
                <w:r w:rsidR="00B41876">
                  <w:rPr>
                    <w:sz w:val="17"/>
                  </w:rPr>
                  <w:t>[…]</w:t>
                </w:r>
              </w:sdtContent>
            </w:sdt>
          </w:p>
        </w:tc>
      </w:tr>
      <w:tr w:rsidR="00214C21" w14:paraId="067CC584" w14:textId="77777777">
        <w:trPr>
          <w:cantSplit/>
          <w:jc w:val="center"/>
        </w:trPr>
        <w:tc>
          <w:tcPr>
            <w:tcW w:w="3628" w:type="dxa"/>
            <w:shd w:val="clear" w:color="auto" w:fill="F1F6FA"/>
            <w:tcMar>
              <w:top w:w="80" w:type="dxa"/>
              <w:left w:w="100" w:type="dxa"/>
              <w:bottom w:w="80" w:type="dxa"/>
              <w:right w:w="100" w:type="dxa"/>
            </w:tcMar>
            <w:vAlign w:val="center"/>
          </w:tcPr>
          <w:p w14:paraId="12FEBC2B" w14:textId="77777777" w:rsidR="00214C21" w:rsidRDefault="00B41876">
            <w:pPr>
              <w:pStyle w:val="Tabeltekst"/>
              <w:spacing w:line="254" w:lineRule="auto"/>
            </w:pPr>
            <w:r>
              <w:rPr>
                <w:sz w:val="17"/>
              </w:rPr>
              <w:t>Totaal betalingen</w:t>
            </w:r>
          </w:p>
        </w:tc>
        <w:tc>
          <w:tcPr>
            <w:tcW w:w="964" w:type="dxa"/>
            <w:shd w:val="clear" w:color="auto" w:fill="F1F6FA"/>
            <w:tcMar>
              <w:top w:w="80" w:type="dxa"/>
              <w:left w:w="100" w:type="dxa"/>
              <w:bottom w:w="80" w:type="dxa"/>
              <w:right w:w="100" w:type="dxa"/>
            </w:tcMar>
            <w:vAlign w:val="center"/>
          </w:tcPr>
          <w:p w14:paraId="51858181" w14:textId="77777777" w:rsidR="00214C21" w:rsidRDefault="001B51A9">
            <w:pPr>
              <w:pStyle w:val="Tabeltekst"/>
              <w:spacing w:line="254" w:lineRule="auto"/>
              <w:jc w:val="center"/>
            </w:pPr>
            <w:sdt>
              <w:sdtPr>
                <w:alias w:val="…"/>
                <w:tag w:val="antwoord_483"/>
                <w:id w:val="1482"/>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09C6216F" w14:textId="77777777" w:rsidR="00214C21" w:rsidRDefault="001B51A9">
            <w:pPr>
              <w:pStyle w:val="Tabeltekst"/>
              <w:spacing w:line="254" w:lineRule="auto"/>
              <w:jc w:val="center"/>
            </w:pPr>
            <w:sdt>
              <w:sdtPr>
                <w:alias w:val="…"/>
                <w:tag w:val="antwoord_484"/>
                <w:id w:val="1483"/>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10FD6490" w14:textId="77777777" w:rsidR="00214C21" w:rsidRDefault="001B51A9">
            <w:pPr>
              <w:pStyle w:val="Tabeltekst"/>
              <w:spacing w:line="254" w:lineRule="auto"/>
              <w:jc w:val="center"/>
            </w:pPr>
            <w:sdt>
              <w:sdtPr>
                <w:alias w:val="…"/>
                <w:tag w:val="antwoord_485"/>
                <w:id w:val="1484"/>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6407957E" w14:textId="77777777" w:rsidR="00214C21" w:rsidRDefault="001B51A9">
            <w:pPr>
              <w:pStyle w:val="Tabeltekst"/>
              <w:spacing w:line="254" w:lineRule="auto"/>
              <w:jc w:val="center"/>
            </w:pPr>
            <w:sdt>
              <w:sdtPr>
                <w:alias w:val="…"/>
                <w:tag w:val="antwoord_486"/>
                <w:id w:val="1485"/>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11FEF0EC" w14:textId="77777777" w:rsidR="00214C21" w:rsidRDefault="001B51A9">
            <w:pPr>
              <w:pStyle w:val="Tabeltekst"/>
              <w:spacing w:line="254" w:lineRule="auto"/>
              <w:jc w:val="center"/>
            </w:pPr>
            <w:sdt>
              <w:sdtPr>
                <w:alias w:val="…"/>
                <w:tag w:val="antwoord_487"/>
                <w:id w:val="1486"/>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7C6D41A8" w14:textId="77777777" w:rsidR="00214C21" w:rsidRDefault="001B51A9">
            <w:pPr>
              <w:pStyle w:val="Tabeltekst"/>
              <w:spacing w:line="254" w:lineRule="auto"/>
              <w:jc w:val="center"/>
            </w:pPr>
            <w:sdt>
              <w:sdtPr>
                <w:alias w:val="…"/>
                <w:tag w:val="antwoord_488"/>
                <w:id w:val="1487"/>
                <w:text/>
              </w:sdtPr>
              <w:sdtEndPr/>
              <w:sdtContent>
                <w:r w:rsidR="00B41876">
                  <w:rPr>
                    <w:sz w:val="17"/>
                  </w:rPr>
                  <w:t>[…]</w:t>
                </w:r>
              </w:sdtContent>
            </w:sdt>
          </w:p>
        </w:tc>
      </w:tr>
      <w:tr w:rsidR="00214C21" w14:paraId="78956413" w14:textId="77777777">
        <w:trPr>
          <w:cantSplit/>
          <w:jc w:val="center"/>
        </w:trPr>
        <w:tc>
          <w:tcPr>
            <w:tcW w:w="3628" w:type="dxa"/>
            <w:shd w:val="clear" w:color="auto" w:fill="FFFFFF"/>
            <w:tcMar>
              <w:top w:w="80" w:type="dxa"/>
              <w:left w:w="100" w:type="dxa"/>
              <w:bottom w:w="80" w:type="dxa"/>
              <w:right w:w="100" w:type="dxa"/>
            </w:tcMar>
            <w:vAlign w:val="center"/>
          </w:tcPr>
          <w:p w14:paraId="7BB2199D" w14:textId="77777777" w:rsidR="00214C21" w:rsidRDefault="00B41876">
            <w:pPr>
              <w:pStyle w:val="Tabeltekst"/>
              <w:spacing w:line="254" w:lineRule="auto"/>
            </w:pPr>
            <w:r>
              <w:rPr>
                <w:sz w:val="17"/>
              </w:rPr>
              <w:t>Eindsaldo bank en kas</w:t>
            </w:r>
          </w:p>
        </w:tc>
        <w:tc>
          <w:tcPr>
            <w:tcW w:w="964" w:type="dxa"/>
            <w:shd w:val="clear" w:color="auto" w:fill="FFFFFF"/>
            <w:tcMar>
              <w:top w:w="80" w:type="dxa"/>
              <w:left w:w="100" w:type="dxa"/>
              <w:bottom w:w="80" w:type="dxa"/>
              <w:right w:w="100" w:type="dxa"/>
            </w:tcMar>
            <w:vAlign w:val="center"/>
          </w:tcPr>
          <w:p w14:paraId="7A8D92DE" w14:textId="77777777" w:rsidR="00214C21" w:rsidRDefault="001B51A9">
            <w:pPr>
              <w:pStyle w:val="Tabeltekst"/>
              <w:spacing w:line="254" w:lineRule="auto"/>
              <w:jc w:val="center"/>
            </w:pPr>
            <w:sdt>
              <w:sdtPr>
                <w:alias w:val="…"/>
                <w:tag w:val="antwoord_489"/>
                <w:id w:val="1488"/>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24485226" w14:textId="77777777" w:rsidR="00214C21" w:rsidRDefault="001B51A9">
            <w:pPr>
              <w:pStyle w:val="Tabeltekst"/>
              <w:spacing w:line="254" w:lineRule="auto"/>
              <w:jc w:val="center"/>
            </w:pPr>
            <w:sdt>
              <w:sdtPr>
                <w:alias w:val="…"/>
                <w:tag w:val="antwoord_490"/>
                <w:id w:val="1489"/>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05844D41" w14:textId="77777777" w:rsidR="00214C21" w:rsidRDefault="001B51A9">
            <w:pPr>
              <w:pStyle w:val="Tabeltekst"/>
              <w:spacing w:line="254" w:lineRule="auto"/>
              <w:jc w:val="center"/>
            </w:pPr>
            <w:sdt>
              <w:sdtPr>
                <w:alias w:val="…"/>
                <w:tag w:val="antwoord_491"/>
                <w:id w:val="1490"/>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3F947B19" w14:textId="77777777" w:rsidR="00214C21" w:rsidRDefault="001B51A9">
            <w:pPr>
              <w:pStyle w:val="Tabeltekst"/>
              <w:spacing w:line="254" w:lineRule="auto"/>
              <w:jc w:val="center"/>
            </w:pPr>
            <w:sdt>
              <w:sdtPr>
                <w:alias w:val="…"/>
                <w:tag w:val="antwoord_492"/>
                <w:id w:val="1491"/>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3E4348AC" w14:textId="77777777" w:rsidR="00214C21" w:rsidRDefault="001B51A9">
            <w:pPr>
              <w:pStyle w:val="Tabeltekst"/>
              <w:spacing w:line="254" w:lineRule="auto"/>
              <w:jc w:val="center"/>
            </w:pPr>
            <w:sdt>
              <w:sdtPr>
                <w:alias w:val="…"/>
                <w:tag w:val="antwoord_493"/>
                <w:id w:val="1492"/>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3647B91D" w14:textId="77777777" w:rsidR="00214C21" w:rsidRDefault="001B51A9">
            <w:pPr>
              <w:pStyle w:val="Tabeltekst"/>
              <w:spacing w:line="254" w:lineRule="auto"/>
              <w:jc w:val="center"/>
            </w:pPr>
            <w:sdt>
              <w:sdtPr>
                <w:alias w:val="…"/>
                <w:tag w:val="antwoord_494"/>
                <w:id w:val="1493"/>
                <w:text/>
              </w:sdtPr>
              <w:sdtEndPr/>
              <w:sdtContent>
                <w:r w:rsidR="00B41876">
                  <w:rPr>
                    <w:sz w:val="17"/>
                  </w:rPr>
                  <w:t>[…]</w:t>
                </w:r>
              </w:sdtContent>
            </w:sdt>
          </w:p>
        </w:tc>
      </w:tr>
      <w:tr w:rsidR="00214C21" w14:paraId="29CEA8F3" w14:textId="77777777">
        <w:trPr>
          <w:cantSplit/>
          <w:jc w:val="center"/>
        </w:trPr>
        <w:tc>
          <w:tcPr>
            <w:tcW w:w="3628" w:type="dxa"/>
            <w:shd w:val="clear" w:color="auto" w:fill="F1F6FA"/>
            <w:tcMar>
              <w:top w:w="80" w:type="dxa"/>
              <w:left w:w="100" w:type="dxa"/>
              <w:bottom w:w="80" w:type="dxa"/>
              <w:right w:w="100" w:type="dxa"/>
            </w:tcMar>
            <w:vAlign w:val="center"/>
          </w:tcPr>
          <w:p w14:paraId="162D253D" w14:textId="77777777" w:rsidR="00214C21" w:rsidRDefault="00B41876">
            <w:pPr>
              <w:pStyle w:val="Tabeltekst"/>
              <w:spacing w:line="254" w:lineRule="auto"/>
            </w:pPr>
            <w:r>
              <w:rPr>
                <w:sz w:val="17"/>
              </w:rPr>
              <w:t>Minimale gewenste kasbuffer</w:t>
            </w:r>
          </w:p>
        </w:tc>
        <w:tc>
          <w:tcPr>
            <w:tcW w:w="964" w:type="dxa"/>
            <w:shd w:val="clear" w:color="auto" w:fill="F1F6FA"/>
            <w:tcMar>
              <w:top w:w="80" w:type="dxa"/>
              <w:left w:w="100" w:type="dxa"/>
              <w:bottom w:w="80" w:type="dxa"/>
              <w:right w:w="100" w:type="dxa"/>
            </w:tcMar>
            <w:vAlign w:val="center"/>
          </w:tcPr>
          <w:p w14:paraId="5CFA6435" w14:textId="77777777" w:rsidR="00214C21" w:rsidRDefault="001B51A9">
            <w:pPr>
              <w:pStyle w:val="Tabeltekst"/>
              <w:spacing w:line="254" w:lineRule="auto"/>
              <w:jc w:val="center"/>
            </w:pPr>
            <w:sdt>
              <w:sdtPr>
                <w:alias w:val="…"/>
                <w:tag w:val="antwoord_495"/>
                <w:id w:val="1494"/>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0CE3374C" w14:textId="77777777" w:rsidR="00214C21" w:rsidRDefault="001B51A9">
            <w:pPr>
              <w:pStyle w:val="Tabeltekst"/>
              <w:spacing w:line="254" w:lineRule="auto"/>
              <w:jc w:val="center"/>
            </w:pPr>
            <w:sdt>
              <w:sdtPr>
                <w:alias w:val="…"/>
                <w:tag w:val="antwoord_496"/>
                <w:id w:val="1495"/>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03CD239F" w14:textId="77777777" w:rsidR="00214C21" w:rsidRDefault="001B51A9">
            <w:pPr>
              <w:pStyle w:val="Tabeltekst"/>
              <w:spacing w:line="254" w:lineRule="auto"/>
              <w:jc w:val="center"/>
            </w:pPr>
            <w:sdt>
              <w:sdtPr>
                <w:alias w:val="…"/>
                <w:tag w:val="antwoord_497"/>
                <w:id w:val="1496"/>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6FDC4966" w14:textId="77777777" w:rsidR="00214C21" w:rsidRDefault="001B51A9">
            <w:pPr>
              <w:pStyle w:val="Tabeltekst"/>
              <w:spacing w:line="254" w:lineRule="auto"/>
              <w:jc w:val="center"/>
            </w:pPr>
            <w:sdt>
              <w:sdtPr>
                <w:alias w:val="…"/>
                <w:tag w:val="antwoord_498"/>
                <w:id w:val="1497"/>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70F8C88F" w14:textId="77777777" w:rsidR="00214C21" w:rsidRDefault="001B51A9">
            <w:pPr>
              <w:pStyle w:val="Tabeltekst"/>
              <w:spacing w:line="254" w:lineRule="auto"/>
              <w:jc w:val="center"/>
            </w:pPr>
            <w:sdt>
              <w:sdtPr>
                <w:alias w:val="…"/>
                <w:tag w:val="antwoord_499"/>
                <w:id w:val="1498"/>
                <w:text/>
              </w:sdtPr>
              <w:sdtEndPr/>
              <w:sdtContent>
                <w:r w:rsidR="00B41876">
                  <w:rPr>
                    <w:sz w:val="17"/>
                  </w:rPr>
                  <w:t>[…]</w:t>
                </w:r>
              </w:sdtContent>
            </w:sdt>
          </w:p>
        </w:tc>
        <w:tc>
          <w:tcPr>
            <w:tcW w:w="964" w:type="dxa"/>
            <w:shd w:val="clear" w:color="auto" w:fill="F1F6FA"/>
            <w:tcMar>
              <w:top w:w="80" w:type="dxa"/>
              <w:left w:w="100" w:type="dxa"/>
              <w:bottom w:w="80" w:type="dxa"/>
              <w:right w:w="100" w:type="dxa"/>
            </w:tcMar>
            <w:vAlign w:val="center"/>
          </w:tcPr>
          <w:p w14:paraId="1333158E" w14:textId="77777777" w:rsidR="00214C21" w:rsidRDefault="001B51A9">
            <w:pPr>
              <w:pStyle w:val="Tabeltekst"/>
              <w:spacing w:line="254" w:lineRule="auto"/>
              <w:jc w:val="center"/>
            </w:pPr>
            <w:sdt>
              <w:sdtPr>
                <w:alias w:val="…"/>
                <w:tag w:val="antwoord_500"/>
                <w:id w:val="1499"/>
                <w:text/>
              </w:sdtPr>
              <w:sdtEndPr/>
              <w:sdtContent>
                <w:r w:rsidR="00B41876">
                  <w:rPr>
                    <w:sz w:val="17"/>
                  </w:rPr>
                  <w:t>[…]</w:t>
                </w:r>
              </w:sdtContent>
            </w:sdt>
          </w:p>
        </w:tc>
      </w:tr>
      <w:tr w:rsidR="00214C21" w14:paraId="6509299F" w14:textId="77777777">
        <w:trPr>
          <w:cantSplit/>
          <w:jc w:val="center"/>
        </w:trPr>
        <w:tc>
          <w:tcPr>
            <w:tcW w:w="3628" w:type="dxa"/>
            <w:shd w:val="clear" w:color="auto" w:fill="FFFFFF"/>
            <w:tcMar>
              <w:top w:w="80" w:type="dxa"/>
              <w:left w:w="100" w:type="dxa"/>
              <w:bottom w:w="80" w:type="dxa"/>
              <w:right w:w="100" w:type="dxa"/>
            </w:tcMar>
            <w:vAlign w:val="center"/>
          </w:tcPr>
          <w:p w14:paraId="78344D3D" w14:textId="77777777" w:rsidR="00214C21" w:rsidRDefault="00B41876">
            <w:pPr>
              <w:pStyle w:val="Tabeltekst"/>
              <w:spacing w:line="254" w:lineRule="auto"/>
            </w:pPr>
            <w:r>
              <w:rPr>
                <w:sz w:val="17"/>
              </w:rPr>
              <w:t>Ruimte boven of tekort onder kasbuffer</w:t>
            </w:r>
          </w:p>
        </w:tc>
        <w:tc>
          <w:tcPr>
            <w:tcW w:w="964" w:type="dxa"/>
            <w:shd w:val="clear" w:color="auto" w:fill="FFFFFF"/>
            <w:tcMar>
              <w:top w:w="80" w:type="dxa"/>
              <w:left w:w="100" w:type="dxa"/>
              <w:bottom w:w="80" w:type="dxa"/>
              <w:right w:w="100" w:type="dxa"/>
            </w:tcMar>
            <w:vAlign w:val="center"/>
          </w:tcPr>
          <w:p w14:paraId="09840AA2" w14:textId="77777777" w:rsidR="00214C21" w:rsidRDefault="001B51A9">
            <w:pPr>
              <w:pStyle w:val="Tabeltekst"/>
              <w:spacing w:line="254" w:lineRule="auto"/>
              <w:jc w:val="center"/>
            </w:pPr>
            <w:sdt>
              <w:sdtPr>
                <w:alias w:val="…"/>
                <w:tag w:val="antwoord_501"/>
                <w:id w:val="1500"/>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2998AADD" w14:textId="77777777" w:rsidR="00214C21" w:rsidRDefault="001B51A9">
            <w:pPr>
              <w:pStyle w:val="Tabeltekst"/>
              <w:spacing w:line="254" w:lineRule="auto"/>
              <w:jc w:val="center"/>
            </w:pPr>
            <w:sdt>
              <w:sdtPr>
                <w:alias w:val="…"/>
                <w:tag w:val="antwoord_502"/>
                <w:id w:val="1501"/>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60DFBB19" w14:textId="77777777" w:rsidR="00214C21" w:rsidRDefault="001B51A9">
            <w:pPr>
              <w:pStyle w:val="Tabeltekst"/>
              <w:spacing w:line="254" w:lineRule="auto"/>
              <w:jc w:val="center"/>
            </w:pPr>
            <w:sdt>
              <w:sdtPr>
                <w:alias w:val="…"/>
                <w:tag w:val="antwoord_503"/>
                <w:id w:val="1502"/>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02198D9F" w14:textId="77777777" w:rsidR="00214C21" w:rsidRDefault="001B51A9">
            <w:pPr>
              <w:pStyle w:val="Tabeltekst"/>
              <w:spacing w:line="254" w:lineRule="auto"/>
              <w:jc w:val="center"/>
            </w:pPr>
            <w:sdt>
              <w:sdtPr>
                <w:alias w:val="…"/>
                <w:tag w:val="antwoord_504"/>
                <w:id w:val="1503"/>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295AB094" w14:textId="77777777" w:rsidR="00214C21" w:rsidRDefault="001B51A9">
            <w:pPr>
              <w:pStyle w:val="Tabeltekst"/>
              <w:spacing w:line="254" w:lineRule="auto"/>
              <w:jc w:val="center"/>
            </w:pPr>
            <w:sdt>
              <w:sdtPr>
                <w:alias w:val="…"/>
                <w:tag w:val="antwoord_505"/>
                <w:id w:val="1504"/>
                <w:text/>
              </w:sdtPr>
              <w:sdtEndPr/>
              <w:sdtContent>
                <w:r w:rsidR="00B41876">
                  <w:rPr>
                    <w:sz w:val="17"/>
                  </w:rPr>
                  <w:t>[…]</w:t>
                </w:r>
              </w:sdtContent>
            </w:sdt>
          </w:p>
        </w:tc>
        <w:tc>
          <w:tcPr>
            <w:tcW w:w="964" w:type="dxa"/>
            <w:shd w:val="clear" w:color="auto" w:fill="FFFFFF"/>
            <w:tcMar>
              <w:top w:w="80" w:type="dxa"/>
              <w:left w:w="100" w:type="dxa"/>
              <w:bottom w:w="80" w:type="dxa"/>
              <w:right w:w="100" w:type="dxa"/>
            </w:tcMar>
            <w:vAlign w:val="center"/>
          </w:tcPr>
          <w:p w14:paraId="1734F0DE" w14:textId="77777777" w:rsidR="00214C21" w:rsidRDefault="001B51A9">
            <w:pPr>
              <w:pStyle w:val="Tabeltekst"/>
              <w:spacing w:line="254" w:lineRule="auto"/>
              <w:jc w:val="center"/>
            </w:pPr>
            <w:sdt>
              <w:sdtPr>
                <w:alias w:val="…"/>
                <w:tag w:val="antwoord_506"/>
                <w:id w:val="1505"/>
                <w:text/>
              </w:sdtPr>
              <w:sdtEndPr/>
              <w:sdtContent>
                <w:r w:rsidR="00B41876">
                  <w:rPr>
                    <w:sz w:val="17"/>
                  </w:rPr>
                  <w:t>[…]</w:t>
                </w:r>
              </w:sdtContent>
            </w:sdt>
          </w:p>
        </w:tc>
      </w:tr>
    </w:tbl>
    <w:p w14:paraId="2B8EA2B6" w14:textId="77777777" w:rsidR="00214C21" w:rsidRDefault="00214C21">
      <w:pPr>
        <w:spacing w:after="0"/>
      </w:pPr>
    </w:p>
    <w:p w14:paraId="1A04F3D1" w14:textId="77777777" w:rsidR="00214C21" w:rsidRDefault="00B41876">
      <w:pPr>
        <w:pStyle w:val="Kleinetekst"/>
      </w:pPr>
      <w:r>
        <w:t>Maand 7 begint met het eindsaldo van maand 6. Stem klantontvangsten af op betaaltermijnen en omzet. Stem leveranciersbetalingen af op inkoop, voorraad en betaaltermijnen. Afschrijving is geen betaling. Btw en belastingen volgen hun betaalmoment.</w:t>
      </w:r>
    </w:p>
    <w:p w14:paraId="4B0A4848" w14:textId="77777777" w:rsidR="00214C21" w:rsidRDefault="00B41876">
      <w:pPr>
        <w:pStyle w:val="Heading2"/>
      </w:pPr>
      <w:r>
        <w:t>Buffer en opvolging</w:t>
      </w:r>
    </w:p>
    <w:p w14:paraId="6483C433" w14:textId="77777777" w:rsidR="00214C21" w:rsidRDefault="00B41876">
      <w:pPr>
        <w:pStyle w:val="Invulhulp"/>
      </w:pPr>
      <w:r>
        <w:t>Hoeveel beschikbare liquiditeit is nodig en wat doet u bij een tekort? Voeg bij een financieringsvraag ook de kasstromen voor latere jaren toe.</w:t>
      </w:r>
    </w:p>
    <w:p w14:paraId="2E0AD4C3" w14:textId="77777777" w:rsidR="00214C21" w:rsidRDefault="001B51A9">
      <w:pPr>
        <w:pStyle w:val="Invulveld"/>
      </w:pPr>
      <w:sdt>
        <w:sdtPr>
          <w:alias w:val="Onze buffer is € … De laagste jaarstand is € … bij … De beschikbare, nog niet opgenomen kredietruimte is € … Actie bij t"/>
          <w:tag w:val="antwoord_507"/>
          <w:id w:val="1506"/>
        </w:sdtPr>
        <w:sdtEndPr/>
        <w:sdtContent>
          <w:r w:rsidR="00B41876">
            <w:rPr>
              <w:color w:val="000000"/>
            </w:rPr>
            <w:t>[Onze buffer is € … De laagste jaarstand is € … bij … De beschikbare, nog niet opgenomen kredietruimte is € … Actie bij tekort …]</w:t>
          </w:r>
        </w:sdtContent>
      </w:sdt>
    </w:p>
    <w:p w14:paraId="7090F675" w14:textId="77777777" w:rsidR="00214C21" w:rsidRDefault="00B41876">
      <w:r>
        <w:br w:type="page"/>
      </w:r>
    </w:p>
    <w:p w14:paraId="044BDA7F" w14:textId="77777777" w:rsidR="00214C21" w:rsidRDefault="00B41876">
      <w:pPr>
        <w:pStyle w:val="Sectielabel"/>
      </w:pPr>
      <w:r>
        <w:lastRenderedPageBreak/>
        <w:t>21  /  FINANCIËLE POSITIE</w:t>
      </w:r>
    </w:p>
    <w:p w14:paraId="6D09F481" w14:textId="77777777" w:rsidR="00214C21" w:rsidRDefault="00B41876">
      <w:pPr>
        <w:pStyle w:val="Heading1"/>
      </w:pPr>
      <w:bookmarkStart w:id="20" w:name="_Toc242630384"/>
      <w:r>
        <w:t>Balans en privébegroting</w:t>
      </w:r>
      <w:bookmarkEnd w:id="20"/>
    </w:p>
    <w:p w14:paraId="31F5E5CF" w14:textId="77777777" w:rsidR="00214C21" w:rsidRDefault="00B41876">
      <w:r>
        <w:t>Controleer de financiële positie bij de start en aan het einde van jaar 1. Maak ook zichtbaar welk inkomen de ondernemer nodig heeft.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443"/>
        <w:gridCol w:w="1984"/>
        <w:gridCol w:w="1984"/>
      </w:tblGrid>
      <w:tr w:rsidR="00214C21" w14:paraId="031AE728" w14:textId="77777777">
        <w:trPr>
          <w:cantSplit/>
          <w:tblHeader/>
          <w:jc w:val="center"/>
        </w:trPr>
        <w:tc>
          <w:tcPr>
            <w:tcW w:w="5443" w:type="dxa"/>
            <w:shd w:val="clear" w:color="auto" w:fill="1A263D"/>
            <w:tcMar>
              <w:top w:w="80" w:type="dxa"/>
              <w:left w:w="100" w:type="dxa"/>
              <w:bottom w:w="80" w:type="dxa"/>
              <w:right w:w="100" w:type="dxa"/>
            </w:tcMar>
            <w:vAlign w:val="center"/>
          </w:tcPr>
          <w:p w14:paraId="417E143C" w14:textId="77777777" w:rsidR="00214C21" w:rsidRDefault="00B41876">
            <w:pPr>
              <w:pStyle w:val="Tabeltekst"/>
              <w:spacing w:line="254" w:lineRule="auto"/>
            </w:pPr>
            <w:r>
              <w:rPr>
                <w:b/>
                <w:color w:val="FFFFFF"/>
              </w:rPr>
              <w:t>Balanspost in euro</w:t>
            </w:r>
          </w:p>
        </w:tc>
        <w:tc>
          <w:tcPr>
            <w:tcW w:w="1984" w:type="dxa"/>
            <w:shd w:val="clear" w:color="auto" w:fill="1A263D"/>
            <w:tcMar>
              <w:top w:w="80" w:type="dxa"/>
              <w:left w:w="100" w:type="dxa"/>
              <w:bottom w:w="80" w:type="dxa"/>
              <w:right w:w="100" w:type="dxa"/>
            </w:tcMar>
            <w:vAlign w:val="center"/>
          </w:tcPr>
          <w:p w14:paraId="1CDB1A11" w14:textId="77777777" w:rsidR="00214C21" w:rsidRDefault="00B41876">
            <w:pPr>
              <w:pStyle w:val="Tabeltekst"/>
              <w:spacing w:line="254" w:lineRule="auto"/>
              <w:jc w:val="center"/>
            </w:pPr>
            <w:r>
              <w:rPr>
                <w:b/>
                <w:color w:val="FFFFFF"/>
              </w:rPr>
              <w:t>Start</w:t>
            </w:r>
          </w:p>
        </w:tc>
        <w:tc>
          <w:tcPr>
            <w:tcW w:w="1984" w:type="dxa"/>
            <w:shd w:val="clear" w:color="auto" w:fill="1A263D"/>
            <w:tcMar>
              <w:top w:w="80" w:type="dxa"/>
              <w:left w:w="100" w:type="dxa"/>
              <w:bottom w:w="80" w:type="dxa"/>
              <w:right w:w="100" w:type="dxa"/>
            </w:tcMar>
            <w:vAlign w:val="center"/>
          </w:tcPr>
          <w:p w14:paraId="1C83B09B" w14:textId="77777777" w:rsidR="00214C21" w:rsidRDefault="00B41876">
            <w:pPr>
              <w:pStyle w:val="Tabeltekst"/>
              <w:spacing w:line="254" w:lineRule="auto"/>
              <w:jc w:val="center"/>
            </w:pPr>
            <w:r>
              <w:rPr>
                <w:b/>
                <w:color w:val="FFFFFF"/>
              </w:rPr>
              <w:t>Einde jaar 1</w:t>
            </w:r>
          </w:p>
        </w:tc>
      </w:tr>
      <w:tr w:rsidR="00214C21" w14:paraId="2E1AE038" w14:textId="77777777">
        <w:trPr>
          <w:cantSplit/>
          <w:jc w:val="center"/>
        </w:trPr>
        <w:tc>
          <w:tcPr>
            <w:tcW w:w="5443" w:type="dxa"/>
            <w:shd w:val="clear" w:color="auto" w:fill="FFFFFF"/>
            <w:tcMar>
              <w:top w:w="80" w:type="dxa"/>
              <w:left w:w="100" w:type="dxa"/>
              <w:bottom w:w="80" w:type="dxa"/>
              <w:right w:w="100" w:type="dxa"/>
            </w:tcMar>
            <w:vAlign w:val="center"/>
          </w:tcPr>
          <w:p w14:paraId="3A228987" w14:textId="77777777" w:rsidR="00214C21" w:rsidRDefault="00B41876">
            <w:pPr>
              <w:pStyle w:val="Tabeltekst"/>
              <w:spacing w:line="254" w:lineRule="auto"/>
            </w:pPr>
            <w:r>
              <w:t>Vaste activa na afschrijving</w:t>
            </w:r>
          </w:p>
        </w:tc>
        <w:tc>
          <w:tcPr>
            <w:tcW w:w="1984" w:type="dxa"/>
            <w:shd w:val="clear" w:color="auto" w:fill="FFFFFF"/>
            <w:tcMar>
              <w:top w:w="80" w:type="dxa"/>
              <w:left w:w="100" w:type="dxa"/>
              <w:bottom w:w="80" w:type="dxa"/>
              <w:right w:w="100" w:type="dxa"/>
            </w:tcMar>
            <w:vAlign w:val="center"/>
          </w:tcPr>
          <w:p w14:paraId="5A02C906" w14:textId="77777777" w:rsidR="00214C21" w:rsidRDefault="001B51A9">
            <w:pPr>
              <w:pStyle w:val="Tabeltekst"/>
              <w:spacing w:line="254" w:lineRule="auto"/>
              <w:jc w:val="center"/>
            </w:pPr>
            <w:sdt>
              <w:sdtPr>
                <w:alias w:val="€ …"/>
                <w:tag w:val="antwoord_508"/>
                <w:id w:val="1507"/>
                <w:text/>
              </w:sdtPr>
              <w:sdtEndPr/>
              <w:sdtContent>
                <w:r w:rsidR="00B41876">
                  <w:t>[€ …]</w:t>
                </w:r>
              </w:sdtContent>
            </w:sdt>
          </w:p>
        </w:tc>
        <w:tc>
          <w:tcPr>
            <w:tcW w:w="1984" w:type="dxa"/>
            <w:shd w:val="clear" w:color="auto" w:fill="FFFFFF"/>
            <w:tcMar>
              <w:top w:w="80" w:type="dxa"/>
              <w:left w:w="100" w:type="dxa"/>
              <w:bottom w:w="80" w:type="dxa"/>
              <w:right w:w="100" w:type="dxa"/>
            </w:tcMar>
            <w:vAlign w:val="center"/>
          </w:tcPr>
          <w:p w14:paraId="37E6D8E0" w14:textId="77777777" w:rsidR="00214C21" w:rsidRDefault="001B51A9">
            <w:pPr>
              <w:pStyle w:val="Tabeltekst"/>
              <w:spacing w:line="254" w:lineRule="auto"/>
              <w:jc w:val="center"/>
            </w:pPr>
            <w:sdt>
              <w:sdtPr>
                <w:alias w:val="€ …"/>
                <w:tag w:val="antwoord_509"/>
                <w:id w:val="1508"/>
                <w:text/>
              </w:sdtPr>
              <w:sdtEndPr/>
              <w:sdtContent>
                <w:r w:rsidR="00B41876">
                  <w:t>[€ …]</w:t>
                </w:r>
              </w:sdtContent>
            </w:sdt>
          </w:p>
        </w:tc>
      </w:tr>
      <w:tr w:rsidR="00214C21" w14:paraId="36F148D7" w14:textId="77777777">
        <w:trPr>
          <w:cantSplit/>
          <w:jc w:val="center"/>
        </w:trPr>
        <w:tc>
          <w:tcPr>
            <w:tcW w:w="5443" w:type="dxa"/>
            <w:shd w:val="clear" w:color="auto" w:fill="F1F6FA"/>
            <w:tcMar>
              <w:top w:w="80" w:type="dxa"/>
              <w:left w:w="100" w:type="dxa"/>
              <w:bottom w:w="80" w:type="dxa"/>
              <w:right w:w="100" w:type="dxa"/>
            </w:tcMar>
            <w:vAlign w:val="center"/>
          </w:tcPr>
          <w:p w14:paraId="58188BD3" w14:textId="77777777" w:rsidR="00214C21" w:rsidRDefault="00B41876">
            <w:pPr>
              <w:pStyle w:val="Tabeltekst"/>
              <w:spacing w:line="254" w:lineRule="auto"/>
            </w:pPr>
            <w:r>
              <w:t>Voorraad</w:t>
            </w:r>
          </w:p>
        </w:tc>
        <w:tc>
          <w:tcPr>
            <w:tcW w:w="1984" w:type="dxa"/>
            <w:shd w:val="clear" w:color="auto" w:fill="F1F6FA"/>
            <w:tcMar>
              <w:top w:w="80" w:type="dxa"/>
              <w:left w:w="100" w:type="dxa"/>
              <w:bottom w:w="80" w:type="dxa"/>
              <w:right w:w="100" w:type="dxa"/>
            </w:tcMar>
            <w:vAlign w:val="center"/>
          </w:tcPr>
          <w:p w14:paraId="40B9026E" w14:textId="77777777" w:rsidR="00214C21" w:rsidRDefault="001B51A9">
            <w:pPr>
              <w:pStyle w:val="Tabeltekst"/>
              <w:spacing w:line="254" w:lineRule="auto"/>
              <w:jc w:val="center"/>
            </w:pPr>
            <w:sdt>
              <w:sdtPr>
                <w:alias w:val="€ …"/>
                <w:tag w:val="antwoord_510"/>
                <w:id w:val="1509"/>
                <w:text/>
              </w:sdtPr>
              <w:sdtEndPr/>
              <w:sdtContent>
                <w:r w:rsidR="00B41876">
                  <w:t>[€ …]</w:t>
                </w:r>
              </w:sdtContent>
            </w:sdt>
          </w:p>
        </w:tc>
        <w:tc>
          <w:tcPr>
            <w:tcW w:w="1984" w:type="dxa"/>
            <w:shd w:val="clear" w:color="auto" w:fill="F1F6FA"/>
            <w:tcMar>
              <w:top w:w="80" w:type="dxa"/>
              <w:left w:w="100" w:type="dxa"/>
              <w:bottom w:w="80" w:type="dxa"/>
              <w:right w:w="100" w:type="dxa"/>
            </w:tcMar>
            <w:vAlign w:val="center"/>
          </w:tcPr>
          <w:p w14:paraId="149F1B91" w14:textId="77777777" w:rsidR="00214C21" w:rsidRDefault="001B51A9">
            <w:pPr>
              <w:pStyle w:val="Tabeltekst"/>
              <w:spacing w:line="254" w:lineRule="auto"/>
              <w:jc w:val="center"/>
            </w:pPr>
            <w:sdt>
              <w:sdtPr>
                <w:alias w:val="€ …"/>
                <w:tag w:val="antwoord_511"/>
                <w:id w:val="1510"/>
                <w:text/>
              </w:sdtPr>
              <w:sdtEndPr/>
              <w:sdtContent>
                <w:r w:rsidR="00B41876">
                  <w:t>[€ …]</w:t>
                </w:r>
              </w:sdtContent>
            </w:sdt>
          </w:p>
        </w:tc>
      </w:tr>
      <w:tr w:rsidR="00214C21" w14:paraId="75452A19" w14:textId="77777777">
        <w:trPr>
          <w:cantSplit/>
          <w:jc w:val="center"/>
        </w:trPr>
        <w:tc>
          <w:tcPr>
            <w:tcW w:w="5443" w:type="dxa"/>
            <w:shd w:val="clear" w:color="auto" w:fill="FFFFFF"/>
            <w:tcMar>
              <w:top w:w="80" w:type="dxa"/>
              <w:left w:w="100" w:type="dxa"/>
              <w:bottom w:w="80" w:type="dxa"/>
              <w:right w:w="100" w:type="dxa"/>
            </w:tcMar>
            <w:vAlign w:val="center"/>
          </w:tcPr>
          <w:p w14:paraId="61843EAA" w14:textId="77777777" w:rsidR="00214C21" w:rsidRDefault="00B41876">
            <w:pPr>
              <w:pStyle w:val="Tabeltekst"/>
              <w:spacing w:line="254" w:lineRule="auto"/>
            </w:pPr>
            <w:r>
              <w:t>Debiteuren en overige vorderingen</w:t>
            </w:r>
          </w:p>
        </w:tc>
        <w:tc>
          <w:tcPr>
            <w:tcW w:w="1984" w:type="dxa"/>
            <w:shd w:val="clear" w:color="auto" w:fill="FFFFFF"/>
            <w:tcMar>
              <w:top w:w="80" w:type="dxa"/>
              <w:left w:w="100" w:type="dxa"/>
              <w:bottom w:w="80" w:type="dxa"/>
              <w:right w:w="100" w:type="dxa"/>
            </w:tcMar>
            <w:vAlign w:val="center"/>
          </w:tcPr>
          <w:p w14:paraId="2964E271" w14:textId="77777777" w:rsidR="00214C21" w:rsidRDefault="001B51A9">
            <w:pPr>
              <w:pStyle w:val="Tabeltekst"/>
              <w:spacing w:line="254" w:lineRule="auto"/>
              <w:jc w:val="center"/>
            </w:pPr>
            <w:sdt>
              <w:sdtPr>
                <w:alias w:val="€ …"/>
                <w:tag w:val="antwoord_512"/>
                <w:id w:val="1511"/>
                <w:text/>
              </w:sdtPr>
              <w:sdtEndPr/>
              <w:sdtContent>
                <w:r w:rsidR="00B41876">
                  <w:t>[€ …]</w:t>
                </w:r>
              </w:sdtContent>
            </w:sdt>
          </w:p>
        </w:tc>
        <w:tc>
          <w:tcPr>
            <w:tcW w:w="1984" w:type="dxa"/>
            <w:shd w:val="clear" w:color="auto" w:fill="FFFFFF"/>
            <w:tcMar>
              <w:top w:w="80" w:type="dxa"/>
              <w:left w:w="100" w:type="dxa"/>
              <w:bottom w:w="80" w:type="dxa"/>
              <w:right w:w="100" w:type="dxa"/>
            </w:tcMar>
            <w:vAlign w:val="center"/>
          </w:tcPr>
          <w:p w14:paraId="1E4FC4FF" w14:textId="77777777" w:rsidR="00214C21" w:rsidRDefault="001B51A9">
            <w:pPr>
              <w:pStyle w:val="Tabeltekst"/>
              <w:spacing w:line="254" w:lineRule="auto"/>
              <w:jc w:val="center"/>
            </w:pPr>
            <w:sdt>
              <w:sdtPr>
                <w:alias w:val="€ …"/>
                <w:tag w:val="antwoord_513"/>
                <w:id w:val="1512"/>
                <w:text/>
              </w:sdtPr>
              <w:sdtEndPr/>
              <w:sdtContent>
                <w:r w:rsidR="00B41876">
                  <w:t>[€ …]</w:t>
                </w:r>
              </w:sdtContent>
            </w:sdt>
          </w:p>
        </w:tc>
      </w:tr>
      <w:tr w:rsidR="00214C21" w14:paraId="3815DE11" w14:textId="77777777">
        <w:trPr>
          <w:cantSplit/>
          <w:jc w:val="center"/>
        </w:trPr>
        <w:tc>
          <w:tcPr>
            <w:tcW w:w="5443" w:type="dxa"/>
            <w:shd w:val="clear" w:color="auto" w:fill="F1F6FA"/>
            <w:tcMar>
              <w:top w:w="80" w:type="dxa"/>
              <w:left w:w="100" w:type="dxa"/>
              <w:bottom w:w="80" w:type="dxa"/>
              <w:right w:w="100" w:type="dxa"/>
            </w:tcMar>
            <w:vAlign w:val="center"/>
          </w:tcPr>
          <w:p w14:paraId="796CFB83" w14:textId="77777777" w:rsidR="00214C21" w:rsidRDefault="00B41876">
            <w:pPr>
              <w:pStyle w:val="Tabeltekst"/>
              <w:spacing w:line="254" w:lineRule="auto"/>
            </w:pPr>
            <w:r>
              <w:t>Bank en kas</w:t>
            </w:r>
          </w:p>
        </w:tc>
        <w:tc>
          <w:tcPr>
            <w:tcW w:w="1984" w:type="dxa"/>
            <w:shd w:val="clear" w:color="auto" w:fill="F1F6FA"/>
            <w:tcMar>
              <w:top w:w="80" w:type="dxa"/>
              <w:left w:w="100" w:type="dxa"/>
              <w:bottom w:w="80" w:type="dxa"/>
              <w:right w:w="100" w:type="dxa"/>
            </w:tcMar>
            <w:vAlign w:val="center"/>
          </w:tcPr>
          <w:p w14:paraId="64F9C94C" w14:textId="77777777" w:rsidR="00214C21" w:rsidRDefault="001B51A9">
            <w:pPr>
              <w:pStyle w:val="Tabeltekst"/>
              <w:spacing w:line="254" w:lineRule="auto"/>
              <w:jc w:val="center"/>
            </w:pPr>
            <w:sdt>
              <w:sdtPr>
                <w:alias w:val="€ …"/>
                <w:tag w:val="antwoord_514"/>
                <w:id w:val="1513"/>
                <w:text/>
              </w:sdtPr>
              <w:sdtEndPr/>
              <w:sdtContent>
                <w:r w:rsidR="00B41876">
                  <w:t>[€ …]</w:t>
                </w:r>
              </w:sdtContent>
            </w:sdt>
          </w:p>
        </w:tc>
        <w:tc>
          <w:tcPr>
            <w:tcW w:w="1984" w:type="dxa"/>
            <w:shd w:val="clear" w:color="auto" w:fill="F1F6FA"/>
            <w:tcMar>
              <w:top w:w="80" w:type="dxa"/>
              <w:left w:w="100" w:type="dxa"/>
              <w:bottom w:w="80" w:type="dxa"/>
              <w:right w:w="100" w:type="dxa"/>
            </w:tcMar>
            <w:vAlign w:val="center"/>
          </w:tcPr>
          <w:p w14:paraId="5DAC5A6D" w14:textId="77777777" w:rsidR="00214C21" w:rsidRDefault="001B51A9">
            <w:pPr>
              <w:pStyle w:val="Tabeltekst"/>
              <w:spacing w:line="254" w:lineRule="auto"/>
              <w:jc w:val="center"/>
            </w:pPr>
            <w:sdt>
              <w:sdtPr>
                <w:alias w:val="€ …"/>
                <w:tag w:val="antwoord_515"/>
                <w:id w:val="1514"/>
                <w:text/>
              </w:sdtPr>
              <w:sdtEndPr/>
              <w:sdtContent>
                <w:r w:rsidR="00B41876">
                  <w:t>[€ …]</w:t>
                </w:r>
              </w:sdtContent>
            </w:sdt>
          </w:p>
        </w:tc>
      </w:tr>
      <w:tr w:rsidR="00214C21" w14:paraId="739F8F87" w14:textId="77777777">
        <w:trPr>
          <w:cantSplit/>
          <w:jc w:val="center"/>
        </w:trPr>
        <w:tc>
          <w:tcPr>
            <w:tcW w:w="5443" w:type="dxa"/>
            <w:shd w:val="clear" w:color="auto" w:fill="FFFFFF"/>
            <w:tcMar>
              <w:top w:w="80" w:type="dxa"/>
              <w:left w:w="100" w:type="dxa"/>
              <w:bottom w:w="80" w:type="dxa"/>
              <w:right w:w="100" w:type="dxa"/>
            </w:tcMar>
            <w:vAlign w:val="center"/>
          </w:tcPr>
          <w:p w14:paraId="39F4FD2E" w14:textId="77777777" w:rsidR="00214C21" w:rsidRDefault="00B41876">
            <w:pPr>
              <w:pStyle w:val="Tabeltekst"/>
              <w:spacing w:line="254" w:lineRule="auto"/>
            </w:pPr>
            <w:r>
              <w:t>Totaal activa</w:t>
            </w:r>
          </w:p>
        </w:tc>
        <w:tc>
          <w:tcPr>
            <w:tcW w:w="1984" w:type="dxa"/>
            <w:shd w:val="clear" w:color="auto" w:fill="FFFFFF"/>
            <w:tcMar>
              <w:top w:w="80" w:type="dxa"/>
              <w:left w:w="100" w:type="dxa"/>
              <w:bottom w:w="80" w:type="dxa"/>
              <w:right w:w="100" w:type="dxa"/>
            </w:tcMar>
            <w:vAlign w:val="center"/>
          </w:tcPr>
          <w:p w14:paraId="06A1A0BC" w14:textId="77777777" w:rsidR="00214C21" w:rsidRDefault="001B51A9">
            <w:pPr>
              <w:pStyle w:val="Tabeltekst"/>
              <w:spacing w:line="254" w:lineRule="auto"/>
              <w:jc w:val="center"/>
            </w:pPr>
            <w:sdt>
              <w:sdtPr>
                <w:alias w:val="€ …"/>
                <w:tag w:val="antwoord_516"/>
                <w:id w:val="1515"/>
                <w:text/>
              </w:sdtPr>
              <w:sdtEndPr/>
              <w:sdtContent>
                <w:r w:rsidR="00B41876">
                  <w:t>[€ …]</w:t>
                </w:r>
              </w:sdtContent>
            </w:sdt>
          </w:p>
        </w:tc>
        <w:tc>
          <w:tcPr>
            <w:tcW w:w="1984" w:type="dxa"/>
            <w:shd w:val="clear" w:color="auto" w:fill="FFFFFF"/>
            <w:tcMar>
              <w:top w:w="80" w:type="dxa"/>
              <w:left w:w="100" w:type="dxa"/>
              <w:bottom w:w="80" w:type="dxa"/>
              <w:right w:w="100" w:type="dxa"/>
            </w:tcMar>
            <w:vAlign w:val="center"/>
          </w:tcPr>
          <w:p w14:paraId="01A009AB" w14:textId="77777777" w:rsidR="00214C21" w:rsidRDefault="001B51A9">
            <w:pPr>
              <w:pStyle w:val="Tabeltekst"/>
              <w:spacing w:line="254" w:lineRule="auto"/>
              <w:jc w:val="center"/>
            </w:pPr>
            <w:sdt>
              <w:sdtPr>
                <w:alias w:val="€ …"/>
                <w:tag w:val="antwoord_517"/>
                <w:id w:val="1516"/>
                <w:text/>
              </w:sdtPr>
              <w:sdtEndPr/>
              <w:sdtContent>
                <w:r w:rsidR="00B41876">
                  <w:t>[€ …]</w:t>
                </w:r>
              </w:sdtContent>
            </w:sdt>
          </w:p>
        </w:tc>
      </w:tr>
      <w:tr w:rsidR="00214C21" w14:paraId="1641C404" w14:textId="77777777">
        <w:trPr>
          <w:cantSplit/>
          <w:jc w:val="center"/>
        </w:trPr>
        <w:tc>
          <w:tcPr>
            <w:tcW w:w="5443" w:type="dxa"/>
            <w:shd w:val="clear" w:color="auto" w:fill="F1F6FA"/>
            <w:tcMar>
              <w:top w:w="80" w:type="dxa"/>
              <w:left w:w="100" w:type="dxa"/>
              <w:bottom w:w="80" w:type="dxa"/>
              <w:right w:w="100" w:type="dxa"/>
            </w:tcMar>
            <w:vAlign w:val="center"/>
          </w:tcPr>
          <w:p w14:paraId="4B5226E7" w14:textId="77777777" w:rsidR="00214C21" w:rsidRDefault="00B41876">
            <w:pPr>
              <w:pStyle w:val="Tabeltekst"/>
              <w:spacing w:line="254" w:lineRule="auto"/>
            </w:pPr>
            <w:r>
              <w:t>Eigen vermogen</w:t>
            </w:r>
          </w:p>
        </w:tc>
        <w:tc>
          <w:tcPr>
            <w:tcW w:w="1984" w:type="dxa"/>
            <w:shd w:val="clear" w:color="auto" w:fill="F1F6FA"/>
            <w:tcMar>
              <w:top w:w="80" w:type="dxa"/>
              <w:left w:w="100" w:type="dxa"/>
              <w:bottom w:w="80" w:type="dxa"/>
              <w:right w:w="100" w:type="dxa"/>
            </w:tcMar>
            <w:vAlign w:val="center"/>
          </w:tcPr>
          <w:p w14:paraId="29AB50D9" w14:textId="77777777" w:rsidR="00214C21" w:rsidRDefault="001B51A9">
            <w:pPr>
              <w:pStyle w:val="Tabeltekst"/>
              <w:spacing w:line="254" w:lineRule="auto"/>
              <w:jc w:val="center"/>
            </w:pPr>
            <w:sdt>
              <w:sdtPr>
                <w:alias w:val="€ …"/>
                <w:tag w:val="antwoord_518"/>
                <w:id w:val="1517"/>
                <w:text/>
              </w:sdtPr>
              <w:sdtEndPr/>
              <w:sdtContent>
                <w:r w:rsidR="00B41876">
                  <w:t>[€ …]</w:t>
                </w:r>
              </w:sdtContent>
            </w:sdt>
          </w:p>
        </w:tc>
        <w:tc>
          <w:tcPr>
            <w:tcW w:w="1984" w:type="dxa"/>
            <w:shd w:val="clear" w:color="auto" w:fill="F1F6FA"/>
            <w:tcMar>
              <w:top w:w="80" w:type="dxa"/>
              <w:left w:w="100" w:type="dxa"/>
              <w:bottom w:w="80" w:type="dxa"/>
              <w:right w:w="100" w:type="dxa"/>
            </w:tcMar>
            <w:vAlign w:val="center"/>
          </w:tcPr>
          <w:p w14:paraId="2C496202" w14:textId="77777777" w:rsidR="00214C21" w:rsidRDefault="001B51A9">
            <w:pPr>
              <w:pStyle w:val="Tabeltekst"/>
              <w:spacing w:line="254" w:lineRule="auto"/>
              <w:jc w:val="center"/>
            </w:pPr>
            <w:sdt>
              <w:sdtPr>
                <w:alias w:val="€ …"/>
                <w:tag w:val="antwoord_519"/>
                <w:id w:val="1518"/>
                <w:text/>
              </w:sdtPr>
              <w:sdtEndPr/>
              <w:sdtContent>
                <w:r w:rsidR="00B41876">
                  <w:t>[€ …]</w:t>
                </w:r>
              </w:sdtContent>
            </w:sdt>
          </w:p>
        </w:tc>
      </w:tr>
      <w:tr w:rsidR="00214C21" w14:paraId="64066EEB" w14:textId="77777777">
        <w:trPr>
          <w:cantSplit/>
          <w:jc w:val="center"/>
        </w:trPr>
        <w:tc>
          <w:tcPr>
            <w:tcW w:w="5443" w:type="dxa"/>
            <w:shd w:val="clear" w:color="auto" w:fill="FFFFFF"/>
            <w:tcMar>
              <w:top w:w="80" w:type="dxa"/>
              <w:left w:w="100" w:type="dxa"/>
              <w:bottom w:w="80" w:type="dxa"/>
              <w:right w:w="100" w:type="dxa"/>
            </w:tcMar>
            <w:vAlign w:val="center"/>
          </w:tcPr>
          <w:p w14:paraId="74098665" w14:textId="77777777" w:rsidR="00214C21" w:rsidRDefault="00B41876">
            <w:pPr>
              <w:pStyle w:val="Tabeltekst"/>
              <w:spacing w:line="254" w:lineRule="auto"/>
            </w:pPr>
            <w:r>
              <w:t>Langlopende schulden</w:t>
            </w:r>
          </w:p>
        </w:tc>
        <w:tc>
          <w:tcPr>
            <w:tcW w:w="1984" w:type="dxa"/>
            <w:shd w:val="clear" w:color="auto" w:fill="FFFFFF"/>
            <w:tcMar>
              <w:top w:w="80" w:type="dxa"/>
              <w:left w:w="100" w:type="dxa"/>
              <w:bottom w:w="80" w:type="dxa"/>
              <w:right w:w="100" w:type="dxa"/>
            </w:tcMar>
            <w:vAlign w:val="center"/>
          </w:tcPr>
          <w:p w14:paraId="2C75D2B2" w14:textId="77777777" w:rsidR="00214C21" w:rsidRDefault="001B51A9">
            <w:pPr>
              <w:pStyle w:val="Tabeltekst"/>
              <w:spacing w:line="254" w:lineRule="auto"/>
              <w:jc w:val="center"/>
            </w:pPr>
            <w:sdt>
              <w:sdtPr>
                <w:alias w:val="€ …"/>
                <w:tag w:val="antwoord_520"/>
                <w:id w:val="1519"/>
                <w:text/>
              </w:sdtPr>
              <w:sdtEndPr/>
              <w:sdtContent>
                <w:r w:rsidR="00B41876">
                  <w:t>[€ …]</w:t>
                </w:r>
              </w:sdtContent>
            </w:sdt>
          </w:p>
        </w:tc>
        <w:tc>
          <w:tcPr>
            <w:tcW w:w="1984" w:type="dxa"/>
            <w:shd w:val="clear" w:color="auto" w:fill="FFFFFF"/>
            <w:tcMar>
              <w:top w:w="80" w:type="dxa"/>
              <w:left w:w="100" w:type="dxa"/>
              <w:bottom w:w="80" w:type="dxa"/>
              <w:right w:w="100" w:type="dxa"/>
            </w:tcMar>
            <w:vAlign w:val="center"/>
          </w:tcPr>
          <w:p w14:paraId="3F20AFD6" w14:textId="77777777" w:rsidR="00214C21" w:rsidRDefault="001B51A9">
            <w:pPr>
              <w:pStyle w:val="Tabeltekst"/>
              <w:spacing w:line="254" w:lineRule="auto"/>
              <w:jc w:val="center"/>
            </w:pPr>
            <w:sdt>
              <w:sdtPr>
                <w:alias w:val="€ …"/>
                <w:tag w:val="antwoord_521"/>
                <w:id w:val="1520"/>
                <w:text/>
              </w:sdtPr>
              <w:sdtEndPr/>
              <w:sdtContent>
                <w:r w:rsidR="00B41876">
                  <w:t>[€ …]</w:t>
                </w:r>
              </w:sdtContent>
            </w:sdt>
          </w:p>
        </w:tc>
      </w:tr>
      <w:tr w:rsidR="00214C21" w14:paraId="125FC54D" w14:textId="77777777">
        <w:trPr>
          <w:cantSplit/>
          <w:jc w:val="center"/>
        </w:trPr>
        <w:tc>
          <w:tcPr>
            <w:tcW w:w="5443" w:type="dxa"/>
            <w:shd w:val="clear" w:color="auto" w:fill="F1F6FA"/>
            <w:tcMar>
              <w:top w:w="80" w:type="dxa"/>
              <w:left w:w="100" w:type="dxa"/>
              <w:bottom w:w="80" w:type="dxa"/>
              <w:right w:w="100" w:type="dxa"/>
            </w:tcMar>
            <w:vAlign w:val="center"/>
          </w:tcPr>
          <w:p w14:paraId="65DA26D4" w14:textId="77777777" w:rsidR="00214C21" w:rsidRDefault="00B41876">
            <w:pPr>
              <w:pStyle w:val="Tabeltekst"/>
              <w:spacing w:line="254" w:lineRule="auto"/>
            </w:pPr>
            <w:r>
              <w:t>Kortlopende schulden inclusief belastingen</w:t>
            </w:r>
          </w:p>
        </w:tc>
        <w:tc>
          <w:tcPr>
            <w:tcW w:w="1984" w:type="dxa"/>
            <w:shd w:val="clear" w:color="auto" w:fill="F1F6FA"/>
            <w:tcMar>
              <w:top w:w="80" w:type="dxa"/>
              <w:left w:w="100" w:type="dxa"/>
              <w:bottom w:w="80" w:type="dxa"/>
              <w:right w:w="100" w:type="dxa"/>
            </w:tcMar>
            <w:vAlign w:val="center"/>
          </w:tcPr>
          <w:p w14:paraId="7D107DB6" w14:textId="77777777" w:rsidR="00214C21" w:rsidRDefault="001B51A9">
            <w:pPr>
              <w:pStyle w:val="Tabeltekst"/>
              <w:spacing w:line="254" w:lineRule="auto"/>
              <w:jc w:val="center"/>
            </w:pPr>
            <w:sdt>
              <w:sdtPr>
                <w:alias w:val="€ …"/>
                <w:tag w:val="antwoord_522"/>
                <w:id w:val="1521"/>
                <w:text/>
              </w:sdtPr>
              <w:sdtEndPr/>
              <w:sdtContent>
                <w:r w:rsidR="00B41876">
                  <w:t>[€ …]</w:t>
                </w:r>
              </w:sdtContent>
            </w:sdt>
          </w:p>
        </w:tc>
        <w:tc>
          <w:tcPr>
            <w:tcW w:w="1984" w:type="dxa"/>
            <w:shd w:val="clear" w:color="auto" w:fill="F1F6FA"/>
            <w:tcMar>
              <w:top w:w="80" w:type="dxa"/>
              <w:left w:w="100" w:type="dxa"/>
              <w:bottom w:w="80" w:type="dxa"/>
              <w:right w:w="100" w:type="dxa"/>
            </w:tcMar>
            <w:vAlign w:val="center"/>
          </w:tcPr>
          <w:p w14:paraId="7CB3A221" w14:textId="77777777" w:rsidR="00214C21" w:rsidRDefault="001B51A9">
            <w:pPr>
              <w:pStyle w:val="Tabeltekst"/>
              <w:spacing w:line="254" w:lineRule="auto"/>
              <w:jc w:val="center"/>
            </w:pPr>
            <w:sdt>
              <w:sdtPr>
                <w:alias w:val="€ …"/>
                <w:tag w:val="antwoord_523"/>
                <w:id w:val="1522"/>
                <w:text/>
              </w:sdtPr>
              <w:sdtEndPr/>
              <w:sdtContent>
                <w:r w:rsidR="00B41876">
                  <w:t>[€ …]</w:t>
                </w:r>
              </w:sdtContent>
            </w:sdt>
          </w:p>
        </w:tc>
      </w:tr>
      <w:tr w:rsidR="00214C21" w14:paraId="03D663B4" w14:textId="77777777">
        <w:trPr>
          <w:cantSplit/>
          <w:jc w:val="center"/>
        </w:trPr>
        <w:tc>
          <w:tcPr>
            <w:tcW w:w="5443" w:type="dxa"/>
            <w:shd w:val="clear" w:color="auto" w:fill="FFFFFF"/>
            <w:tcMar>
              <w:top w:w="80" w:type="dxa"/>
              <w:left w:w="100" w:type="dxa"/>
              <w:bottom w:w="80" w:type="dxa"/>
              <w:right w:w="100" w:type="dxa"/>
            </w:tcMar>
            <w:vAlign w:val="center"/>
          </w:tcPr>
          <w:p w14:paraId="7F20D171" w14:textId="77777777" w:rsidR="00214C21" w:rsidRDefault="00B41876">
            <w:pPr>
              <w:pStyle w:val="Tabeltekst"/>
              <w:spacing w:line="254" w:lineRule="auto"/>
            </w:pPr>
            <w:r>
              <w:t>Totaal vermogen en schulden</w:t>
            </w:r>
          </w:p>
        </w:tc>
        <w:tc>
          <w:tcPr>
            <w:tcW w:w="1984" w:type="dxa"/>
            <w:shd w:val="clear" w:color="auto" w:fill="FFFFFF"/>
            <w:tcMar>
              <w:top w:w="80" w:type="dxa"/>
              <w:left w:w="100" w:type="dxa"/>
              <w:bottom w:w="80" w:type="dxa"/>
              <w:right w:w="100" w:type="dxa"/>
            </w:tcMar>
            <w:vAlign w:val="center"/>
          </w:tcPr>
          <w:p w14:paraId="290FDE47" w14:textId="77777777" w:rsidR="00214C21" w:rsidRDefault="001B51A9">
            <w:pPr>
              <w:pStyle w:val="Tabeltekst"/>
              <w:spacing w:line="254" w:lineRule="auto"/>
              <w:jc w:val="center"/>
            </w:pPr>
            <w:sdt>
              <w:sdtPr>
                <w:alias w:val="€ …"/>
                <w:tag w:val="antwoord_524"/>
                <w:id w:val="1523"/>
                <w:text/>
              </w:sdtPr>
              <w:sdtEndPr/>
              <w:sdtContent>
                <w:r w:rsidR="00B41876">
                  <w:t>[€ …]</w:t>
                </w:r>
              </w:sdtContent>
            </w:sdt>
          </w:p>
        </w:tc>
        <w:tc>
          <w:tcPr>
            <w:tcW w:w="1984" w:type="dxa"/>
            <w:shd w:val="clear" w:color="auto" w:fill="FFFFFF"/>
            <w:tcMar>
              <w:top w:w="80" w:type="dxa"/>
              <w:left w:w="100" w:type="dxa"/>
              <w:bottom w:w="80" w:type="dxa"/>
              <w:right w:w="100" w:type="dxa"/>
            </w:tcMar>
            <w:vAlign w:val="center"/>
          </w:tcPr>
          <w:p w14:paraId="60CF17F1" w14:textId="77777777" w:rsidR="00214C21" w:rsidRDefault="001B51A9">
            <w:pPr>
              <w:pStyle w:val="Tabeltekst"/>
              <w:spacing w:line="254" w:lineRule="auto"/>
              <w:jc w:val="center"/>
            </w:pPr>
            <w:sdt>
              <w:sdtPr>
                <w:alias w:val="€ …"/>
                <w:tag w:val="antwoord_525"/>
                <w:id w:val="1524"/>
                <w:text/>
              </w:sdtPr>
              <w:sdtEndPr/>
              <w:sdtContent>
                <w:r w:rsidR="00B41876">
                  <w:t>[€ …]</w:t>
                </w:r>
              </w:sdtContent>
            </w:sdt>
          </w:p>
        </w:tc>
      </w:tr>
    </w:tbl>
    <w:p w14:paraId="52BB9A20" w14:textId="77777777" w:rsidR="00214C21" w:rsidRDefault="00214C21">
      <w:pPr>
        <w:spacing w:after="0"/>
      </w:pPr>
    </w:p>
    <w:p w14:paraId="02149E23" w14:textId="77777777" w:rsidR="00214C21" w:rsidRDefault="00B41876">
      <w:pPr>
        <w:pStyle w:val="Kleinetekst"/>
      </w:pPr>
      <w:r>
        <w:t>Controle: totaal activa = totaal vermogen en schulden. Eigen vermogen verandert door inbreng, resultaat en onttrekkingen of uitkeringen. Sluit de kasstand aan op de liquiditeitsbegroting en de schulden op opname en aflossing.</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7143"/>
        <w:gridCol w:w="2268"/>
      </w:tblGrid>
      <w:tr w:rsidR="00214C21" w14:paraId="0786220D" w14:textId="77777777">
        <w:trPr>
          <w:cantSplit/>
          <w:tblHeader/>
          <w:jc w:val="center"/>
        </w:trPr>
        <w:tc>
          <w:tcPr>
            <w:tcW w:w="7143" w:type="dxa"/>
            <w:shd w:val="clear" w:color="auto" w:fill="1A263D"/>
            <w:tcMar>
              <w:top w:w="80" w:type="dxa"/>
              <w:left w:w="100" w:type="dxa"/>
              <w:bottom w:w="80" w:type="dxa"/>
              <w:right w:w="100" w:type="dxa"/>
            </w:tcMar>
            <w:vAlign w:val="center"/>
          </w:tcPr>
          <w:p w14:paraId="6C035664" w14:textId="77777777" w:rsidR="00214C21" w:rsidRDefault="00B41876">
            <w:pPr>
              <w:pStyle w:val="Tabeltekst"/>
              <w:spacing w:line="254" w:lineRule="auto"/>
            </w:pPr>
            <w:r>
              <w:rPr>
                <w:b/>
                <w:color w:val="FFFFFF"/>
              </w:rPr>
              <w:t>Privé per maand</w:t>
            </w:r>
          </w:p>
        </w:tc>
        <w:tc>
          <w:tcPr>
            <w:tcW w:w="2268" w:type="dxa"/>
            <w:shd w:val="clear" w:color="auto" w:fill="1A263D"/>
            <w:tcMar>
              <w:top w:w="80" w:type="dxa"/>
              <w:left w:w="100" w:type="dxa"/>
              <w:bottom w:w="80" w:type="dxa"/>
              <w:right w:w="100" w:type="dxa"/>
            </w:tcMar>
            <w:vAlign w:val="center"/>
          </w:tcPr>
          <w:p w14:paraId="57162494" w14:textId="77777777" w:rsidR="00214C21" w:rsidRDefault="00B41876">
            <w:pPr>
              <w:pStyle w:val="Tabeltekst"/>
              <w:spacing w:line="254" w:lineRule="auto"/>
              <w:jc w:val="center"/>
            </w:pPr>
            <w:r>
              <w:rPr>
                <w:b/>
                <w:color w:val="FFFFFF"/>
              </w:rPr>
              <w:t>Bedrag</w:t>
            </w:r>
          </w:p>
        </w:tc>
      </w:tr>
      <w:tr w:rsidR="00214C21" w14:paraId="61C0CF10" w14:textId="77777777">
        <w:trPr>
          <w:cantSplit/>
          <w:jc w:val="center"/>
        </w:trPr>
        <w:tc>
          <w:tcPr>
            <w:tcW w:w="7143" w:type="dxa"/>
            <w:shd w:val="clear" w:color="auto" w:fill="FFFFFF"/>
            <w:tcMar>
              <w:top w:w="80" w:type="dxa"/>
              <w:left w:w="100" w:type="dxa"/>
              <w:bottom w:w="80" w:type="dxa"/>
              <w:right w:w="100" w:type="dxa"/>
            </w:tcMar>
            <w:vAlign w:val="center"/>
          </w:tcPr>
          <w:p w14:paraId="3FD50FDC" w14:textId="77777777" w:rsidR="00214C21" w:rsidRDefault="00B41876">
            <w:pPr>
              <w:pStyle w:val="Tabeltekst"/>
              <w:spacing w:line="254" w:lineRule="auto"/>
            </w:pPr>
            <w:r>
              <w:t>Wonen en vaste lasten</w:t>
            </w:r>
          </w:p>
        </w:tc>
        <w:tc>
          <w:tcPr>
            <w:tcW w:w="2268" w:type="dxa"/>
            <w:shd w:val="clear" w:color="auto" w:fill="FFFFFF"/>
            <w:tcMar>
              <w:top w:w="80" w:type="dxa"/>
              <w:left w:w="100" w:type="dxa"/>
              <w:bottom w:w="80" w:type="dxa"/>
              <w:right w:w="100" w:type="dxa"/>
            </w:tcMar>
            <w:vAlign w:val="center"/>
          </w:tcPr>
          <w:p w14:paraId="6BCE3B2B" w14:textId="77777777" w:rsidR="00214C21" w:rsidRDefault="001B51A9">
            <w:pPr>
              <w:pStyle w:val="Tabeltekst"/>
              <w:spacing w:line="254" w:lineRule="auto"/>
              <w:jc w:val="center"/>
            </w:pPr>
            <w:sdt>
              <w:sdtPr>
                <w:alias w:val="€ …"/>
                <w:tag w:val="antwoord_526"/>
                <w:id w:val="1525"/>
                <w:text/>
              </w:sdtPr>
              <w:sdtEndPr/>
              <w:sdtContent>
                <w:r w:rsidR="00B41876">
                  <w:t>[€ …]</w:t>
                </w:r>
              </w:sdtContent>
            </w:sdt>
          </w:p>
        </w:tc>
      </w:tr>
      <w:tr w:rsidR="00214C21" w14:paraId="6F660B72" w14:textId="77777777">
        <w:trPr>
          <w:cantSplit/>
          <w:jc w:val="center"/>
        </w:trPr>
        <w:tc>
          <w:tcPr>
            <w:tcW w:w="7143" w:type="dxa"/>
            <w:shd w:val="clear" w:color="auto" w:fill="F1F6FA"/>
            <w:tcMar>
              <w:top w:w="80" w:type="dxa"/>
              <w:left w:w="100" w:type="dxa"/>
              <w:bottom w:w="80" w:type="dxa"/>
              <w:right w:w="100" w:type="dxa"/>
            </w:tcMar>
            <w:vAlign w:val="center"/>
          </w:tcPr>
          <w:p w14:paraId="3CD48F20" w14:textId="77777777" w:rsidR="00214C21" w:rsidRDefault="00B41876">
            <w:pPr>
              <w:pStyle w:val="Tabeltekst"/>
              <w:spacing w:line="254" w:lineRule="auto"/>
            </w:pPr>
            <w:r>
              <w:t>Levensonderhoud en overige uitgaven</w:t>
            </w:r>
          </w:p>
        </w:tc>
        <w:tc>
          <w:tcPr>
            <w:tcW w:w="2268" w:type="dxa"/>
            <w:shd w:val="clear" w:color="auto" w:fill="F1F6FA"/>
            <w:tcMar>
              <w:top w:w="80" w:type="dxa"/>
              <w:left w:w="100" w:type="dxa"/>
              <w:bottom w:w="80" w:type="dxa"/>
              <w:right w:w="100" w:type="dxa"/>
            </w:tcMar>
            <w:vAlign w:val="center"/>
          </w:tcPr>
          <w:p w14:paraId="41839132" w14:textId="77777777" w:rsidR="00214C21" w:rsidRDefault="001B51A9">
            <w:pPr>
              <w:pStyle w:val="Tabeltekst"/>
              <w:spacing w:line="254" w:lineRule="auto"/>
              <w:jc w:val="center"/>
            </w:pPr>
            <w:sdt>
              <w:sdtPr>
                <w:alias w:val="€ …"/>
                <w:tag w:val="antwoord_527"/>
                <w:id w:val="1526"/>
                <w:text/>
              </w:sdtPr>
              <w:sdtEndPr/>
              <w:sdtContent>
                <w:r w:rsidR="00B41876">
                  <w:t>[€ …]</w:t>
                </w:r>
              </w:sdtContent>
            </w:sdt>
          </w:p>
        </w:tc>
      </w:tr>
      <w:tr w:rsidR="00214C21" w14:paraId="7E8A0E0E" w14:textId="77777777">
        <w:trPr>
          <w:cantSplit/>
          <w:jc w:val="center"/>
        </w:trPr>
        <w:tc>
          <w:tcPr>
            <w:tcW w:w="7143" w:type="dxa"/>
            <w:shd w:val="clear" w:color="auto" w:fill="FFFFFF"/>
            <w:tcMar>
              <w:top w:w="80" w:type="dxa"/>
              <w:left w:w="100" w:type="dxa"/>
              <w:bottom w:w="80" w:type="dxa"/>
              <w:right w:w="100" w:type="dxa"/>
            </w:tcMar>
            <w:vAlign w:val="center"/>
          </w:tcPr>
          <w:p w14:paraId="38D1FDEA" w14:textId="77777777" w:rsidR="00214C21" w:rsidRDefault="00B41876">
            <w:pPr>
              <w:pStyle w:val="Tabeltekst"/>
              <w:spacing w:line="254" w:lineRule="auto"/>
            </w:pPr>
            <w:r>
              <w:t>Reservering pensioen en privébuffer</w:t>
            </w:r>
          </w:p>
        </w:tc>
        <w:tc>
          <w:tcPr>
            <w:tcW w:w="2268" w:type="dxa"/>
            <w:shd w:val="clear" w:color="auto" w:fill="FFFFFF"/>
            <w:tcMar>
              <w:top w:w="80" w:type="dxa"/>
              <w:left w:w="100" w:type="dxa"/>
              <w:bottom w:w="80" w:type="dxa"/>
              <w:right w:w="100" w:type="dxa"/>
            </w:tcMar>
            <w:vAlign w:val="center"/>
          </w:tcPr>
          <w:p w14:paraId="6B06CA41" w14:textId="77777777" w:rsidR="00214C21" w:rsidRDefault="001B51A9">
            <w:pPr>
              <w:pStyle w:val="Tabeltekst"/>
              <w:spacing w:line="254" w:lineRule="auto"/>
              <w:jc w:val="center"/>
            </w:pPr>
            <w:sdt>
              <w:sdtPr>
                <w:alias w:val="€ …"/>
                <w:tag w:val="antwoord_528"/>
                <w:id w:val="1527"/>
                <w:text/>
              </w:sdtPr>
              <w:sdtEndPr/>
              <w:sdtContent>
                <w:r w:rsidR="00B41876">
                  <w:t>[€ …]</w:t>
                </w:r>
              </w:sdtContent>
            </w:sdt>
          </w:p>
        </w:tc>
      </w:tr>
      <w:tr w:rsidR="00214C21" w14:paraId="0BE79648" w14:textId="77777777">
        <w:trPr>
          <w:cantSplit/>
          <w:jc w:val="center"/>
        </w:trPr>
        <w:tc>
          <w:tcPr>
            <w:tcW w:w="7143" w:type="dxa"/>
            <w:shd w:val="clear" w:color="auto" w:fill="F1F6FA"/>
            <w:tcMar>
              <w:top w:w="80" w:type="dxa"/>
              <w:left w:w="100" w:type="dxa"/>
              <w:bottom w:w="80" w:type="dxa"/>
              <w:right w:w="100" w:type="dxa"/>
            </w:tcMar>
            <w:vAlign w:val="center"/>
          </w:tcPr>
          <w:p w14:paraId="114A2567" w14:textId="77777777" w:rsidR="00214C21" w:rsidRDefault="00B41876">
            <w:pPr>
              <w:pStyle w:val="Tabeltekst"/>
              <w:spacing w:line="254" w:lineRule="auto"/>
            </w:pPr>
            <w:r>
              <w:t>Totaal benodigde netto middelen</w:t>
            </w:r>
          </w:p>
        </w:tc>
        <w:tc>
          <w:tcPr>
            <w:tcW w:w="2268" w:type="dxa"/>
            <w:shd w:val="clear" w:color="auto" w:fill="F1F6FA"/>
            <w:tcMar>
              <w:top w:w="80" w:type="dxa"/>
              <w:left w:w="100" w:type="dxa"/>
              <w:bottom w:w="80" w:type="dxa"/>
              <w:right w:w="100" w:type="dxa"/>
            </w:tcMar>
            <w:vAlign w:val="center"/>
          </w:tcPr>
          <w:p w14:paraId="64898CB3" w14:textId="77777777" w:rsidR="00214C21" w:rsidRDefault="001B51A9">
            <w:pPr>
              <w:pStyle w:val="Tabeltekst"/>
              <w:spacing w:line="254" w:lineRule="auto"/>
              <w:jc w:val="center"/>
            </w:pPr>
            <w:sdt>
              <w:sdtPr>
                <w:alias w:val="€ …"/>
                <w:tag w:val="antwoord_529"/>
                <w:id w:val="1528"/>
                <w:text/>
              </w:sdtPr>
              <w:sdtEndPr/>
              <w:sdtContent>
                <w:r w:rsidR="00B41876">
                  <w:t>[€ …]</w:t>
                </w:r>
              </w:sdtContent>
            </w:sdt>
          </w:p>
        </w:tc>
      </w:tr>
      <w:tr w:rsidR="00214C21" w14:paraId="79F66C3A" w14:textId="77777777">
        <w:trPr>
          <w:cantSplit/>
          <w:jc w:val="center"/>
        </w:trPr>
        <w:tc>
          <w:tcPr>
            <w:tcW w:w="7143" w:type="dxa"/>
            <w:shd w:val="clear" w:color="auto" w:fill="FFFFFF"/>
            <w:tcMar>
              <w:top w:w="80" w:type="dxa"/>
              <w:left w:w="100" w:type="dxa"/>
              <w:bottom w:w="80" w:type="dxa"/>
              <w:right w:w="100" w:type="dxa"/>
            </w:tcMar>
            <w:vAlign w:val="center"/>
          </w:tcPr>
          <w:p w14:paraId="4E7D072C" w14:textId="77777777" w:rsidR="00214C21" w:rsidRDefault="00B41876">
            <w:pPr>
              <w:pStyle w:val="Tabeltekst"/>
              <w:spacing w:line="254" w:lineRule="auto"/>
            </w:pPr>
            <w:r>
              <w:t>Overige netto inkomsten huishouden</w:t>
            </w:r>
          </w:p>
        </w:tc>
        <w:tc>
          <w:tcPr>
            <w:tcW w:w="2268" w:type="dxa"/>
            <w:shd w:val="clear" w:color="auto" w:fill="FFFFFF"/>
            <w:tcMar>
              <w:top w:w="80" w:type="dxa"/>
              <w:left w:w="100" w:type="dxa"/>
              <w:bottom w:w="80" w:type="dxa"/>
              <w:right w:w="100" w:type="dxa"/>
            </w:tcMar>
            <w:vAlign w:val="center"/>
          </w:tcPr>
          <w:p w14:paraId="2D88F39C" w14:textId="77777777" w:rsidR="00214C21" w:rsidRDefault="001B51A9">
            <w:pPr>
              <w:pStyle w:val="Tabeltekst"/>
              <w:spacing w:line="254" w:lineRule="auto"/>
              <w:jc w:val="center"/>
            </w:pPr>
            <w:sdt>
              <w:sdtPr>
                <w:alias w:val="€ …"/>
                <w:tag w:val="antwoord_530"/>
                <w:id w:val="1529"/>
                <w:text/>
              </w:sdtPr>
              <w:sdtEndPr/>
              <w:sdtContent>
                <w:r w:rsidR="00B41876">
                  <w:t>[€ …]</w:t>
                </w:r>
              </w:sdtContent>
            </w:sdt>
          </w:p>
        </w:tc>
      </w:tr>
      <w:tr w:rsidR="00214C21" w14:paraId="0781E165" w14:textId="77777777">
        <w:trPr>
          <w:cantSplit/>
          <w:jc w:val="center"/>
        </w:trPr>
        <w:tc>
          <w:tcPr>
            <w:tcW w:w="7143" w:type="dxa"/>
            <w:shd w:val="clear" w:color="auto" w:fill="F1F6FA"/>
            <w:tcMar>
              <w:top w:w="80" w:type="dxa"/>
              <w:left w:w="100" w:type="dxa"/>
              <w:bottom w:w="80" w:type="dxa"/>
              <w:right w:w="100" w:type="dxa"/>
            </w:tcMar>
            <w:vAlign w:val="center"/>
          </w:tcPr>
          <w:p w14:paraId="7DA2F4FD" w14:textId="77777777" w:rsidR="00214C21" w:rsidRDefault="00B41876">
            <w:pPr>
              <w:pStyle w:val="Tabeltekst"/>
              <w:spacing w:line="254" w:lineRule="auto"/>
            </w:pPr>
            <w:r>
              <w:t>Benodigd netto inkomen uit onderneming</w:t>
            </w:r>
          </w:p>
        </w:tc>
        <w:tc>
          <w:tcPr>
            <w:tcW w:w="2268" w:type="dxa"/>
            <w:shd w:val="clear" w:color="auto" w:fill="F1F6FA"/>
            <w:tcMar>
              <w:top w:w="80" w:type="dxa"/>
              <w:left w:w="100" w:type="dxa"/>
              <w:bottom w:w="80" w:type="dxa"/>
              <w:right w:w="100" w:type="dxa"/>
            </w:tcMar>
            <w:vAlign w:val="center"/>
          </w:tcPr>
          <w:p w14:paraId="6F9D7AEE" w14:textId="77777777" w:rsidR="00214C21" w:rsidRDefault="001B51A9">
            <w:pPr>
              <w:pStyle w:val="Tabeltekst"/>
              <w:spacing w:line="254" w:lineRule="auto"/>
              <w:jc w:val="center"/>
            </w:pPr>
            <w:sdt>
              <w:sdtPr>
                <w:alias w:val="€ …"/>
                <w:tag w:val="antwoord_531"/>
                <w:id w:val="1530"/>
                <w:text/>
              </w:sdtPr>
              <w:sdtEndPr/>
              <w:sdtContent>
                <w:r w:rsidR="00B41876">
                  <w:t>[€ …]</w:t>
                </w:r>
              </w:sdtContent>
            </w:sdt>
          </w:p>
        </w:tc>
      </w:tr>
    </w:tbl>
    <w:p w14:paraId="1CB08695" w14:textId="77777777" w:rsidR="00214C21" w:rsidRDefault="00214C21">
      <w:pPr>
        <w:spacing w:after="0"/>
      </w:pPr>
    </w:p>
    <w:p w14:paraId="3B27C005" w14:textId="77777777" w:rsidR="00214C21" w:rsidRDefault="00B41876">
      <w:pPr>
        <w:pStyle w:val="Heading2"/>
      </w:pPr>
      <w:r>
        <w:t>Inkomen en aansluiting</w:t>
      </w:r>
    </w:p>
    <w:p w14:paraId="7EFE5B00" w14:textId="77777777" w:rsidR="00214C21" w:rsidRDefault="00B41876">
      <w:pPr>
        <w:pStyle w:val="Invulhulp"/>
      </w:pPr>
      <w:r>
        <w:t>Hoe wordt het privébedrag gefinancierd? Onderbouw netto inkomen passend bij uw situatie en rechtsvorm. Verwerk belastingen in de kasstromen en voorkom dubbeltelling met netto inkomen.</w:t>
      </w:r>
    </w:p>
    <w:p w14:paraId="7EF6115F" w14:textId="77777777" w:rsidR="00214C21" w:rsidRDefault="001B51A9">
      <w:pPr>
        <w:pStyle w:val="Invulveld"/>
      </w:pPr>
      <w:sdt>
        <w:sdtPr>
          <w:alias w:val="Ons huishouden heeft netto € … nodig. De onderneming draagt € … bij via … Dit is verwerkt in … De overbrugging bij onvol"/>
          <w:tag w:val="antwoord_532"/>
          <w:id w:val="1531"/>
        </w:sdtPr>
        <w:sdtEndPr/>
        <w:sdtContent>
          <w:r w:rsidR="00B41876">
            <w:rPr>
              <w:color w:val="000000"/>
            </w:rPr>
            <w:t>[Ons huishouden heeft netto € … nodig. De onderneming draagt € … bij via … Dit is verwerkt in … De overbrugging bij onvoldoende inkomen is …]</w:t>
          </w:r>
        </w:sdtContent>
      </w:sdt>
    </w:p>
    <w:p w14:paraId="41056BD0" w14:textId="77777777" w:rsidR="00214C21" w:rsidRDefault="00B41876">
      <w:r>
        <w:br w:type="page"/>
      </w:r>
    </w:p>
    <w:p w14:paraId="0805DF9C" w14:textId="77777777" w:rsidR="00214C21" w:rsidRDefault="00B41876">
      <w:pPr>
        <w:pStyle w:val="Sectielabel"/>
      </w:pPr>
      <w:r>
        <w:lastRenderedPageBreak/>
        <w:t>22  /  HAALBAARHEID</w:t>
      </w:r>
    </w:p>
    <w:p w14:paraId="64601D5D" w14:textId="77777777" w:rsidR="00214C21" w:rsidRDefault="00B41876">
      <w:pPr>
        <w:pStyle w:val="Heading1"/>
      </w:pPr>
      <w:bookmarkStart w:id="21" w:name="_Toc242630385"/>
      <w:r>
        <w:t>Break even en scenarioanalyse</w:t>
      </w:r>
      <w:bookmarkEnd w:id="21"/>
    </w:p>
    <w:p w14:paraId="565373BE" w14:textId="77777777" w:rsidR="00214C21" w:rsidRDefault="00B41876">
      <w:r>
        <w:t>Test hoeveel omzet nodig is om kosten te dekken en of de onderneming bij tegenvallers genoeg geld overhoudt.</w:t>
      </w:r>
    </w:p>
    <w:p w14:paraId="5A8C1CA2" w14:textId="77777777" w:rsidR="00214C21" w:rsidRDefault="00B41876">
      <w:pPr>
        <w:pStyle w:val="Heading2"/>
      </w:pPr>
      <w:r>
        <w:t>Break even berekenen</w:t>
      </w:r>
    </w:p>
    <w:p w14:paraId="4C33602C" w14:textId="77777777" w:rsidR="00214C21" w:rsidRDefault="00B41876">
      <w:pPr>
        <w:pStyle w:val="Invulhulp"/>
      </w:pPr>
      <w:r>
        <w:t>Bepaal alle variabele kosten. De dekkingsbijdrage is omzet minus variabele kosten; het percentage is de bijdrage gedeeld door omzet. Verwar dit niet met brutomarge als daar nog variabele kosten buiten vallen.</w:t>
      </w:r>
    </w:p>
    <w:p w14:paraId="69FD5258" w14:textId="77777777" w:rsidR="00214C21" w:rsidRDefault="001B51A9">
      <w:pPr>
        <w:pStyle w:val="Invulveld"/>
      </w:pPr>
      <w:sdt>
        <w:sdtPr>
          <w:alias w:val="Vaste bedrijfskosten inclusief afschrijving zijn € … per jaar. De dekkingsbijdrage is …% De benodigde omzet is € … en da"/>
          <w:tag w:val="antwoord_533"/>
          <w:id w:val="1532"/>
        </w:sdtPr>
        <w:sdtEndPr/>
        <w:sdtContent>
          <w:r w:rsidR="00B41876">
            <w:rPr>
              <w:color w:val="000000"/>
            </w:rPr>
            <w:t>[Vaste bedrijfskosten inclusief afschrijving zijn € … per jaar. De dekkingsbijdrage is …% De benodigde omzet is € … en dat vraagt … eenheden of …% bezetting.]</w:t>
          </w:r>
        </w:sdtContent>
      </w:sdt>
    </w:p>
    <w:p w14:paraId="364CFC6B" w14:textId="77777777" w:rsidR="00214C21" w:rsidRDefault="00B41876">
      <w:pPr>
        <w:pStyle w:val="Kleinetekst"/>
      </w:pPr>
      <w:r>
        <w:t>Break-evenomzet = vaste bedrijfskosten ÷ dekkingsbijdragepercentage als decimaal. Dit berekent een bedrijfsresultaat van nul bij de gekozen mix. Rente, aflossing, belastingen en privébehoefte vragen een aanvullende kasstroomtoets. Bij wisselende productmix verandert de uitkomst.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458"/>
        <w:gridCol w:w="1984"/>
        <w:gridCol w:w="1984"/>
        <w:gridCol w:w="1984"/>
      </w:tblGrid>
      <w:tr w:rsidR="00214C21" w14:paraId="5C3BB6EE" w14:textId="77777777">
        <w:trPr>
          <w:cantSplit/>
          <w:tblHeader/>
          <w:jc w:val="center"/>
        </w:trPr>
        <w:tc>
          <w:tcPr>
            <w:tcW w:w="3458" w:type="dxa"/>
            <w:shd w:val="clear" w:color="auto" w:fill="1A263D"/>
            <w:tcMar>
              <w:top w:w="80" w:type="dxa"/>
              <w:left w:w="100" w:type="dxa"/>
              <w:bottom w:w="80" w:type="dxa"/>
              <w:right w:w="100" w:type="dxa"/>
            </w:tcMar>
            <w:vAlign w:val="center"/>
          </w:tcPr>
          <w:p w14:paraId="427C77C7" w14:textId="77777777" w:rsidR="00214C21" w:rsidRDefault="00B41876">
            <w:pPr>
              <w:pStyle w:val="Tabeltekst"/>
              <w:spacing w:line="254" w:lineRule="auto"/>
            </w:pPr>
            <w:r>
              <w:rPr>
                <w:b/>
                <w:color w:val="FFFFFF"/>
              </w:rPr>
              <w:t>Uitkomst</w:t>
            </w:r>
          </w:p>
        </w:tc>
        <w:tc>
          <w:tcPr>
            <w:tcW w:w="1984" w:type="dxa"/>
            <w:shd w:val="clear" w:color="auto" w:fill="1A263D"/>
            <w:tcMar>
              <w:top w:w="80" w:type="dxa"/>
              <w:left w:w="100" w:type="dxa"/>
              <w:bottom w:w="80" w:type="dxa"/>
              <w:right w:w="100" w:type="dxa"/>
            </w:tcMar>
            <w:vAlign w:val="center"/>
          </w:tcPr>
          <w:p w14:paraId="3C0BDE24" w14:textId="77777777" w:rsidR="00214C21" w:rsidRDefault="00B41876">
            <w:pPr>
              <w:pStyle w:val="Tabeltekst"/>
              <w:spacing w:line="254" w:lineRule="auto"/>
              <w:jc w:val="center"/>
            </w:pPr>
            <w:r>
              <w:rPr>
                <w:b/>
                <w:color w:val="FFFFFF"/>
              </w:rPr>
              <w:t>Tegenvallend</w:t>
            </w:r>
          </w:p>
        </w:tc>
        <w:tc>
          <w:tcPr>
            <w:tcW w:w="1984" w:type="dxa"/>
            <w:shd w:val="clear" w:color="auto" w:fill="1A263D"/>
            <w:tcMar>
              <w:top w:w="80" w:type="dxa"/>
              <w:left w:w="100" w:type="dxa"/>
              <w:bottom w:w="80" w:type="dxa"/>
              <w:right w:w="100" w:type="dxa"/>
            </w:tcMar>
            <w:vAlign w:val="center"/>
          </w:tcPr>
          <w:p w14:paraId="2E55E48B" w14:textId="77777777" w:rsidR="00214C21" w:rsidRDefault="00B41876">
            <w:pPr>
              <w:pStyle w:val="Tabeltekst"/>
              <w:spacing w:line="254" w:lineRule="auto"/>
              <w:jc w:val="center"/>
            </w:pPr>
            <w:r>
              <w:rPr>
                <w:b/>
                <w:color w:val="FFFFFF"/>
              </w:rPr>
              <w:t>Basis</w:t>
            </w:r>
          </w:p>
        </w:tc>
        <w:tc>
          <w:tcPr>
            <w:tcW w:w="1984" w:type="dxa"/>
            <w:shd w:val="clear" w:color="auto" w:fill="1A263D"/>
            <w:tcMar>
              <w:top w:w="80" w:type="dxa"/>
              <w:left w:w="100" w:type="dxa"/>
              <w:bottom w:w="80" w:type="dxa"/>
              <w:right w:w="100" w:type="dxa"/>
            </w:tcMar>
            <w:vAlign w:val="center"/>
          </w:tcPr>
          <w:p w14:paraId="302D7DB1" w14:textId="77777777" w:rsidR="00214C21" w:rsidRDefault="00B41876">
            <w:pPr>
              <w:pStyle w:val="Tabeltekst"/>
              <w:spacing w:line="254" w:lineRule="auto"/>
              <w:jc w:val="center"/>
            </w:pPr>
            <w:r>
              <w:rPr>
                <w:b/>
                <w:color w:val="FFFFFF"/>
              </w:rPr>
              <w:t>Gunstig</w:t>
            </w:r>
          </w:p>
        </w:tc>
      </w:tr>
      <w:tr w:rsidR="00214C21" w14:paraId="2661CCB9" w14:textId="77777777">
        <w:trPr>
          <w:cantSplit/>
          <w:jc w:val="center"/>
        </w:trPr>
        <w:tc>
          <w:tcPr>
            <w:tcW w:w="3458" w:type="dxa"/>
            <w:shd w:val="clear" w:color="auto" w:fill="FFFFFF"/>
            <w:tcMar>
              <w:top w:w="80" w:type="dxa"/>
              <w:left w:w="100" w:type="dxa"/>
              <w:bottom w:w="80" w:type="dxa"/>
              <w:right w:w="100" w:type="dxa"/>
            </w:tcMar>
            <w:vAlign w:val="center"/>
          </w:tcPr>
          <w:p w14:paraId="79E5BB2C" w14:textId="77777777" w:rsidR="00214C21" w:rsidRDefault="00B41876">
            <w:pPr>
              <w:pStyle w:val="Tabeltekst"/>
              <w:spacing w:line="254" w:lineRule="auto"/>
            </w:pPr>
            <w:r>
              <w:t>Afzet of omzetverandering</w:t>
            </w:r>
          </w:p>
        </w:tc>
        <w:tc>
          <w:tcPr>
            <w:tcW w:w="1984" w:type="dxa"/>
            <w:shd w:val="clear" w:color="auto" w:fill="FFFFFF"/>
            <w:tcMar>
              <w:top w:w="80" w:type="dxa"/>
              <w:left w:w="100" w:type="dxa"/>
              <w:bottom w:w="80" w:type="dxa"/>
              <w:right w:w="100" w:type="dxa"/>
            </w:tcMar>
            <w:vAlign w:val="center"/>
          </w:tcPr>
          <w:p w14:paraId="7D4A8AB4" w14:textId="77777777" w:rsidR="00214C21" w:rsidRDefault="001B51A9">
            <w:pPr>
              <w:pStyle w:val="Tabeltekst"/>
              <w:spacing w:line="254" w:lineRule="auto"/>
              <w:jc w:val="center"/>
            </w:pPr>
            <w:sdt>
              <w:sdtPr>
                <w:alias w:val="…% en reden"/>
                <w:tag w:val="antwoord_534"/>
                <w:id w:val="1533"/>
                <w:text/>
              </w:sdtPr>
              <w:sdtEndPr/>
              <w:sdtContent>
                <w:r w:rsidR="00B41876">
                  <w:t>[…% en reden]</w:t>
                </w:r>
              </w:sdtContent>
            </w:sdt>
          </w:p>
        </w:tc>
        <w:tc>
          <w:tcPr>
            <w:tcW w:w="1984" w:type="dxa"/>
            <w:shd w:val="clear" w:color="auto" w:fill="FFFFFF"/>
            <w:tcMar>
              <w:top w:w="80" w:type="dxa"/>
              <w:left w:w="100" w:type="dxa"/>
              <w:bottom w:w="80" w:type="dxa"/>
              <w:right w:w="100" w:type="dxa"/>
            </w:tcMar>
            <w:vAlign w:val="center"/>
          </w:tcPr>
          <w:p w14:paraId="2FB8282F" w14:textId="77777777" w:rsidR="00214C21" w:rsidRDefault="001B51A9">
            <w:pPr>
              <w:pStyle w:val="Tabeltekst"/>
              <w:spacing w:line="254" w:lineRule="auto"/>
              <w:jc w:val="center"/>
            </w:pPr>
            <w:sdt>
              <w:sdtPr>
                <w:alias w:val="Basisaannames"/>
                <w:tag w:val="antwoord_535"/>
                <w:id w:val="1534"/>
                <w:text/>
              </w:sdtPr>
              <w:sdtEndPr/>
              <w:sdtContent>
                <w:r w:rsidR="00B41876">
                  <w:t>[Basisaannames]</w:t>
                </w:r>
              </w:sdtContent>
            </w:sdt>
          </w:p>
        </w:tc>
        <w:tc>
          <w:tcPr>
            <w:tcW w:w="1984" w:type="dxa"/>
            <w:shd w:val="clear" w:color="auto" w:fill="FFFFFF"/>
            <w:tcMar>
              <w:top w:w="80" w:type="dxa"/>
              <w:left w:w="100" w:type="dxa"/>
              <w:bottom w:w="80" w:type="dxa"/>
              <w:right w:w="100" w:type="dxa"/>
            </w:tcMar>
            <w:vAlign w:val="center"/>
          </w:tcPr>
          <w:p w14:paraId="46EA523D" w14:textId="77777777" w:rsidR="00214C21" w:rsidRDefault="001B51A9">
            <w:pPr>
              <w:pStyle w:val="Tabeltekst"/>
              <w:spacing w:line="254" w:lineRule="auto"/>
              <w:jc w:val="center"/>
            </w:pPr>
            <w:sdt>
              <w:sdtPr>
                <w:alias w:val="…% en reden"/>
                <w:tag w:val="antwoord_536"/>
                <w:id w:val="1535"/>
                <w:text/>
              </w:sdtPr>
              <w:sdtEndPr/>
              <w:sdtContent>
                <w:r w:rsidR="00B41876">
                  <w:t>[…% en reden]</w:t>
                </w:r>
              </w:sdtContent>
            </w:sdt>
          </w:p>
        </w:tc>
      </w:tr>
      <w:tr w:rsidR="00214C21" w14:paraId="75EC941C" w14:textId="77777777">
        <w:trPr>
          <w:cantSplit/>
          <w:jc w:val="center"/>
        </w:trPr>
        <w:tc>
          <w:tcPr>
            <w:tcW w:w="3458" w:type="dxa"/>
            <w:shd w:val="clear" w:color="auto" w:fill="F1F6FA"/>
            <w:tcMar>
              <w:top w:w="80" w:type="dxa"/>
              <w:left w:w="100" w:type="dxa"/>
              <w:bottom w:w="80" w:type="dxa"/>
              <w:right w:w="100" w:type="dxa"/>
            </w:tcMar>
            <w:vAlign w:val="center"/>
          </w:tcPr>
          <w:p w14:paraId="10F79187" w14:textId="77777777" w:rsidR="00214C21" w:rsidRDefault="00B41876">
            <w:pPr>
              <w:pStyle w:val="Tabeltekst"/>
              <w:spacing w:line="254" w:lineRule="auto"/>
            </w:pPr>
            <w:r>
              <w:t>Marge en kosten</w:t>
            </w:r>
          </w:p>
        </w:tc>
        <w:tc>
          <w:tcPr>
            <w:tcW w:w="1984" w:type="dxa"/>
            <w:shd w:val="clear" w:color="auto" w:fill="F1F6FA"/>
            <w:tcMar>
              <w:top w:w="80" w:type="dxa"/>
              <w:left w:w="100" w:type="dxa"/>
              <w:bottom w:w="80" w:type="dxa"/>
              <w:right w:w="100" w:type="dxa"/>
            </w:tcMar>
            <w:vAlign w:val="center"/>
          </w:tcPr>
          <w:p w14:paraId="0496A3FD" w14:textId="77777777" w:rsidR="00214C21" w:rsidRDefault="001B51A9">
            <w:pPr>
              <w:pStyle w:val="Tabeltekst"/>
              <w:spacing w:line="254" w:lineRule="auto"/>
              <w:jc w:val="center"/>
            </w:pPr>
            <w:sdt>
              <w:sdtPr>
                <w:alias w:val="…% of € …"/>
                <w:tag w:val="antwoord_537"/>
                <w:id w:val="1536"/>
                <w:text/>
              </w:sdtPr>
              <w:sdtEndPr/>
              <w:sdtContent>
                <w:r w:rsidR="00B41876">
                  <w:t>[…% of € …]</w:t>
                </w:r>
              </w:sdtContent>
            </w:sdt>
          </w:p>
        </w:tc>
        <w:tc>
          <w:tcPr>
            <w:tcW w:w="1984" w:type="dxa"/>
            <w:shd w:val="clear" w:color="auto" w:fill="F1F6FA"/>
            <w:tcMar>
              <w:top w:w="80" w:type="dxa"/>
              <w:left w:w="100" w:type="dxa"/>
              <w:bottom w:w="80" w:type="dxa"/>
              <w:right w:w="100" w:type="dxa"/>
            </w:tcMar>
            <w:vAlign w:val="center"/>
          </w:tcPr>
          <w:p w14:paraId="221DE060" w14:textId="77777777" w:rsidR="00214C21" w:rsidRDefault="001B51A9">
            <w:pPr>
              <w:pStyle w:val="Tabeltekst"/>
              <w:spacing w:line="254" w:lineRule="auto"/>
              <w:jc w:val="center"/>
            </w:pPr>
            <w:sdt>
              <w:sdtPr>
                <w:alias w:val="…% of € …"/>
                <w:tag w:val="antwoord_538"/>
                <w:id w:val="1537"/>
                <w:text/>
              </w:sdtPr>
              <w:sdtEndPr/>
              <w:sdtContent>
                <w:r w:rsidR="00B41876">
                  <w:t>[…% of € …]</w:t>
                </w:r>
              </w:sdtContent>
            </w:sdt>
          </w:p>
        </w:tc>
        <w:tc>
          <w:tcPr>
            <w:tcW w:w="1984" w:type="dxa"/>
            <w:shd w:val="clear" w:color="auto" w:fill="F1F6FA"/>
            <w:tcMar>
              <w:top w:w="80" w:type="dxa"/>
              <w:left w:w="100" w:type="dxa"/>
              <w:bottom w:w="80" w:type="dxa"/>
              <w:right w:w="100" w:type="dxa"/>
            </w:tcMar>
            <w:vAlign w:val="center"/>
          </w:tcPr>
          <w:p w14:paraId="6F3596F1" w14:textId="77777777" w:rsidR="00214C21" w:rsidRDefault="001B51A9">
            <w:pPr>
              <w:pStyle w:val="Tabeltekst"/>
              <w:spacing w:line="254" w:lineRule="auto"/>
              <w:jc w:val="center"/>
            </w:pPr>
            <w:sdt>
              <w:sdtPr>
                <w:alias w:val="…% of € …"/>
                <w:tag w:val="antwoord_539"/>
                <w:id w:val="1538"/>
                <w:text/>
              </w:sdtPr>
              <w:sdtEndPr/>
              <w:sdtContent>
                <w:r w:rsidR="00B41876">
                  <w:t>[…% of € …]</w:t>
                </w:r>
              </w:sdtContent>
            </w:sdt>
          </w:p>
        </w:tc>
      </w:tr>
      <w:tr w:rsidR="00214C21" w14:paraId="5B2661CB" w14:textId="77777777">
        <w:trPr>
          <w:cantSplit/>
          <w:jc w:val="center"/>
        </w:trPr>
        <w:tc>
          <w:tcPr>
            <w:tcW w:w="3458" w:type="dxa"/>
            <w:shd w:val="clear" w:color="auto" w:fill="FFFFFF"/>
            <w:tcMar>
              <w:top w:w="80" w:type="dxa"/>
              <w:left w:w="100" w:type="dxa"/>
              <w:bottom w:w="80" w:type="dxa"/>
              <w:right w:w="100" w:type="dxa"/>
            </w:tcMar>
            <w:vAlign w:val="center"/>
          </w:tcPr>
          <w:p w14:paraId="0FFADA0E" w14:textId="77777777" w:rsidR="00214C21" w:rsidRDefault="00B41876">
            <w:pPr>
              <w:pStyle w:val="Tabeltekst"/>
              <w:spacing w:line="254" w:lineRule="auto"/>
            </w:pPr>
            <w:r>
              <w:t>Betaaltermijn klanten</w:t>
            </w:r>
          </w:p>
        </w:tc>
        <w:tc>
          <w:tcPr>
            <w:tcW w:w="1984" w:type="dxa"/>
            <w:shd w:val="clear" w:color="auto" w:fill="FFFFFF"/>
            <w:tcMar>
              <w:top w:w="80" w:type="dxa"/>
              <w:left w:w="100" w:type="dxa"/>
              <w:bottom w:w="80" w:type="dxa"/>
              <w:right w:w="100" w:type="dxa"/>
            </w:tcMar>
            <w:vAlign w:val="center"/>
          </w:tcPr>
          <w:p w14:paraId="258C0382" w14:textId="77777777" w:rsidR="00214C21" w:rsidRDefault="001B51A9">
            <w:pPr>
              <w:pStyle w:val="Tabeltekst"/>
              <w:spacing w:line="254" w:lineRule="auto"/>
              <w:jc w:val="center"/>
            </w:pPr>
            <w:sdt>
              <w:sdtPr>
                <w:alias w:val="… dagen"/>
                <w:tag w:val="antwoord_540"/>
                <w:id w:val="1539"/>
                <w:text/>
              </w:sdtPr>
              <w:sdtEndPr/>
              <w:sdtContent>
                <w:r w:rsidR="00B41876">
                  <w:t>[… dagen]</w:t>
                </w:r>
              </w:sdtContent>
            </w:sdt>
          </w:p>
        </w:tc>
        <w:tc>
          <w:tcPr>
            <w:tcW w:w="1984" w:type="dxa"/>
            <w:shd w:val="clear" w:color="auto" w:fill="FFFFFF"/>
            <w:tcMar>
              <w:top w:w="80" w:type="dxa"/>
              <w:left w:w="100" w:type="dxa"/>
              <w:bottom w:w="80" w:type="dxa"/>
              <w:right w:w="100" w:type="dxa"/>
            </w:tcMar>
            <w:vAlign w:val="center"/>
          </w:tcPr>
          <w:p w14:paraId="076F6374" w14:textId="77777777" w:rsidR="00214C21" w:rsidRDefault="001B51A9">
            <w:pPr>
              <w:pStyle w:val="Tabeltekst"/>
              <w:spacing w:line="254" w:lineRule="auto"/>
              <w:jc w:val="center"/>
            </w:pPr>
            <w:sdt>
              <w:sdtPr>
                <w:alias w:val="… dagen"/>
                <w:tag w:val="antwoord_541"/>
                <w:id w:val="1540"/>
                <w:text/>
              </w:sdtPr>
              <w:sdtEndPr/>
              <w:sdtContent>
                <w:r w:rsidR="00B41876">
                  <w:t>[… dagen]</w:t>
                </w:r>
              </w:sdtContent>
            </w:sdt>
          </w:p>
        </w:tc>
        <w:tc>
          <w:tcPr>
            <w:tcW w:w="1984" w:type="dxa"/>
            <w:shd w:val="clear" w:color="auto" w:fill="FFFFFF"/>
            <w:tcMar>
              <w:top w:w="80" w:type="dxa"/>
              <w:left w:w="100" w:type="dxa"/>
              <w:bottom w:w="80" w:type="dxa"/>
              <w:right w:w="100" w:type="dxa"/>
            </w:tcMar>
            <w:vAlign w:val="center"/>
          </w:tcPr>
          <w:p w14:paraId="574708B8" w14:textId="77777777" w:rsidR="00214C21" w:rsidRDefault="001B51A9">
            <w:pPr>
              <w:pStyle w:val="Tabeltekst"/>
              <w:spacing w:line="254" w:lineRule="auto"/>
              <w:jc w:val="center"/>
            </w:pPr>
            <w:sdt>
              <w:sdtPr>
                <w:alias w:val="… dagen"/>
                <w:tag w:val="antwoord_542"/>
                <w:id w:val="1541"/>
                <w:text/>
              </w:sdtPr>
              <w:sdtEndPr/>
              <w:sdtContent>
                <w:r w:rsidR="00B41876">
                  <w:t>[… dagen]</w:t>
                </w:r>
              </w:sdtContent>
            </w:sdt>
          </w:p>
        </w:tc>
      </w:tr>
      <w:tr w:rsidR="00214C21" w14:paraId="61E29BA4" w14:textId="77777777">
        <w:trPr>
          <w:cantSplit/>
          <w:jc w:val="center"/>
        </w:trPr>
        <w:tc>
          <w:tcPr>
            <w:tcW w:w="3458" w:type="dxa"/>
            <w:shd w:val="clear" w:color="auto" w:fill="F1F6FA"/>
            <w:tcMar>
              <w:top w:w="80" w:type="dxa"/>
              <w:left w:w="100" w:type="dxa"/>
              <w:bottom w:w="80" w:type="dxa"/>
              <w:right w:w="100" w:type="dxa"/>
            </w:tcMar>
            <w:vAlign w:val="center"/>
          </w:tcPr>
          <w:p w14:paraId="6A82989D" w14:textId="77777777" w:rsidR="00214C21" w:rsidRDefault="00B41876">
            <w:pPr>
              <w:pStyle w:val="Tabeltekst"/>
              <w:spacing w:line="254" w:lineRule="auto"/>
            </w:pPr>
            <w:r>
              <w:t>Omzet jaar 1</w:t>
            </w:r>
          </w:p>
        </w:tc>
        <w:tc>
          <w:tcPr>
            <w:tcW w:w="1984" w:type="dxa"/>
            <w:shd w:val="clear" w:color="auto" w:fill="F1F6FA"/>
            <w:tcMar>
              <w:top w:w="80" w:type="dxa"/>
              <w:left w:w="100" w:type="dxa"/>
              <w:bottom w:w="80" w:type="dxa"/>
              <w:right w:w="100" w:type="dxa"/>
            </w:tcMar>
            <w:vAlign w:val="center"/>
          </w:tcPr>
          <w:p w14:paraId="2F25A025" w14:textId="77777777" w:rsidR="00214C21" w:rsidRDefault="001B51A9">
            <w:pPr>
              <w:pStyle w:val="Tabeltekst"/>
              <w:spacing w:line="254" w:lineRule="auto"/>
              <w:jc w:val="center"/>
            </w:pPr>
            <w:sdt>
              <w:sdtPr>
                <w:alias w:val="€ …"/>
                <w:tag w:val="antwoord_543"/>
                <w:id w:val="1542"/>
                <w:text/>
              </w:sdtPr>
              <w:sdtEndPr/>
              <w:sdtContent>
                <w:r w:rsidR="00B41876">
                  <w:t>[€ …]</w:t>
                </w:r>
              </w:sdtContent>
            </w:sdt>
          </w:p>
        </w:tc>
        <w:tc>
          <w:tcPr>
            <w:tcW w:w="1984" w:type="dxa"/>
            <w:shd w:val="clear" w:color="auto" w:fill="F1F6FA"/>
            <w:tcMar>
              <w:top w:w="80" w:type="dxa"/>
              <w:left w:w="100" w:type="dxa"/>
              <w:bottom w:w="80" w:type="dxa"/>
              <w:right w:w="100" w:type="dxa"/>
            </w:tcMar>
            <w:vAlign w:val="center"/>
          </w:tcPr>
          <w:p w14:paraId="517D6E80" w14:textId="77777777" w:rsidR="00214C21" w:rsidRDefault="001B51A9">
            <w:pPr>
              <w:pStyle w:val="Tabeltekst"/>
              <w:spacing w:line="254" w:lineRule="auto"/>
              <w:jc w:val="center"/>
            </w:pPr>
            <w:sdt>
              <w:sdtPr>
                <w:alias w:val="€ …"/>
                <w:tag w:val="antwoord_544"/>
                <w:id w:val="1543"/>
                <w:text/>
              </w:sdtPr>
              <w:sdtEndPr/>
              <w:sdtContent>
                <w:r w:rsidR="00B41876">
                  <w:t>[€ …]</w:t>
                </w:r>
              </w:sdtContent>
            </w:sdt>
          </w:p>
        </w:tc>
        <w:tc>
          <w:tcPr>
            <w:tcW w:w="1984" w:type="dxa"/>
            <w:shd w:val="clear" w:color="auto" w:fill="F1F6FA"/>
            <w:tcMar>
              <w:top w:w="80" w:type="dxa"/>
              <w:left w:w="100" w:type="dxa"/>
              <w:bottom w:w="80" w:type="dxa"/>
              <w:right w:w="100" w:type="dxa"/>
            </w:tcMar>
            <w:vAlign w:val="center"/>
          </w:tcPr>
          <w:p w14:paraId="54051424" w14:textId="77777777" w:rsidR="00214C21" w:rsidRDefault="001B51A9">
            <w:pPr>
              <w:pStyle w:val="Tabeltekst"/>
              <w:spacing w:line="254" w:lineRule="auto"/>
              <w:jc w:val="center"/>
            </w:pPr>
            <w:sdt>
              <w:sdtPr>
                <w:alias w:val="€ …"/>
                <w:tag w:val="antwoord_545"/>
                <w:id w:val="1544"/>
                <w:text/>
              </w:sdtPr>
              <w:sdtEndPr/>
              <w:sdtContent>
                <w:r w:rsidR="00B41876">
                  <w:t>[€ …]</w:t>
                </w:r>
              </w:sdtContent>
            </w:sdt>
          </w:p>
        </w:tc>
      </w:tr>
      <w:tr w:rsidR="00214C21" w14:paraId="4EBFFBB0" w14:textId="77777777">
        <w:trPr>
          <w:cantSplit/>
          <w:jc w:val="center"/>
        </w:trPr>
        <w:tc>
          <w:tcPr>
            <w:tcW w:w="3458" w:type="dxa"/>
            <w:shd w:val="clear" w:color="auto" w:fill="FFFFFF"/>
            <w:tcMar>
              <w:top w:w="80" w:type="dxa"/>
              <w:left w:w="100" w:type="dxa"/>
              <w:bottom w:w="80" w:type="dxa"/>
              <w:right w:w="100" w:type="dxa"/>
            </w:tcMar>
            <w:vAlign w:val="center"/>
          </w:tcPr>
          <w:p w14:paraId="4D79D85D" w14:textId="77777777" w:rsidR="00214C21" w:rsidRDefault="00B41876">
            <w:pPr>
              <w:pStyle w:val="Tabeltekst"/>
              <w:spacing w:line="254" w:lineRule="auto"/>
            </w:pPr>
            <w:r>
              <w:t>Bedrijfsresultaat jaar 1</w:t>
            </w:r>
          </w:p>
        </w:tc>
        <w:tc>
          <w:tcPr>
            <w:tcW w:w="1984" w:type="dxa"/>
            <w:shd w:val="clear" w:color="auto" w:fill="FFFFFF"/>
            <w:tcMar>
              <w:top w:w="80" w:type="dxa"/>
              <w:left w:w="100" w:type="dxa"/>
              <w:bottom w:w="80" w:type="dxa"/>
              <w:right w:w="100" w:type="dxa"/>
            </w:tcMar>
            <w:vAlign w:val="center"/>
          </w:tcPr>
          <w:p w14:paraId="566E564E" w14:textId="77777777" w:rsidR="00214C21" w:rsidRDefault="001B51A9">
            <w:pPr>
              <w:pStyle w:val="Tabeltekst"/>
              <w:spacing w:line="254" w:lineRule="auto"/>
              <w:jc w:val="center"/>
            </w:pPr>
            <w:sdt>
              <w:sdtPr>
                <w:alias w:val="€ …"/>
                <w:tag w:val="antwoord_546"/>
                <w:id w:val="1545"/>
                <w:text/>
              </w:sdtPr>
              <w:sdtEndPr/>
              <w:sdtContent>
                <w:r w:rsidR="00B41876">
                  <w:t>[€ …]</w:t>
                </w:r>
              </w:sdtContent>
            </w:sdt>
          </w:p>
        </w:tc>
        <w:tc>
          <w:tcPr>
            <w:tcW w:w="1984" w:type="dxa"/>
            <w:shd w:val="clear" w:color="auto" w:fill="FFFFFF"/>
            <w:tcMar>
              <w:top w:w="80" w:type="dxa"/>
              <w:left w:w="100" w:type="dxa"/>
              <w:bottom w:w="80" w:type="dxa"/>
              <w:right w:w="100" w:type="dxa"/>
            </w:tcMar>
            <w:vAlign w:val="center"/>
          </w:tcPr>
          <w:p w14:paraId="61F1C51A" w14:textId="77777777" w:rsidR="00214C21" w:rsidRDefault="001B51A9">
            <w:pPr>
              <w:pStyle w:val="Tabeltekst"/>
              <w:spacing w:line="254" w:lineRule="auto"/>
              <w:jc w:val="center"/>
            </w:pPr>
            <w:sdt>
              <w:sdtPr>
                <w:alias w:val="€ …"/>
                <w:tag w:val="antwoord_547"/>
                <w:id w:val="1546"/>
                <w:text/>
              </w:sdtPr>
              <w:sdtEndPr/>
              <w:sdtContent>
                <w:r w:rsidR="00B41876">
                  <w:t>[€ …]</w:t>
                </w:r>
              </w:sdtContent>
            </w:sdt>
          </w:p>
        </w:tc>
        <w:tc>
          <w:tcPr>
            <w:tcW w:w="1984" w:type="dxa"/>
            <w:shd w:val="clear" w:color="auto" w:fill="FFFFFF"/>
            <w:tcMar>
              <w:top w:w="80" w:type="dxa"/>
              <w:left w:w="100" w:type="dxa"/>
              <w:bottom w:w="80" w:type="dxa"/>
              <w:right w:w="100" w:type="dxa"/>
            </w:tcMar>
            <w:vAlign w:val="center"/>
          </w:tcPr>
          <w:p w14:paraId="13235D53" w14:textId="77777777" w:rsidR="00214C21" w:rsidRDefault="001B51A9">
            <w:pPr>
              <w:pStyle w:val="Tabeltekst"/>
              <w:spacing w:line="254" w:lineRule="auto"/>
              <w:jc w:val="center"/>
            </w:pPr>
            <w:sdt>
              <w:sdtPr>
                <w:alias w:val="€ …"/>
                <w:tag w:val="antwoord_548"/>
                <w:id w:val="1547"/>
                <w:text/>
              </w:sdtPr>
              <w:sdtEndPr/>
              <w:sdtContent>
                <w:r w:rsidR="00B41876">
                  <w:t>[€ …]</w:t>
                </w:r>
              </w:sdtContent>
            </w:sdt>
          </w:p>
        </w:tc>
      </w:tr>
      <w:tr w:rsidR="00214C21" w14:paraId="4588CA40" w14:textId="77777777">
        <w:trPr>
          <w:cantSplit/>
          <w:jc w:val="center"/>
        </w:trPr>
        <w:tc>
          <w:tcPr>
            <w:tcW w:w="3458" w:type="dxa"/>
            <w:shd w:val="clear" w:color="auto" w:fill="F1F6FA"/>
            <w:tcMar>
              <w:top w:w="80" w:type="dxa"/>
              <w:left w:w="100" w:type="dxa"/>
              <w:bottom w:w="80" w:type="dxa"/>
              <w:right w:w="100" w:type="dxa"/>
            </w:tcMar>
            <w:vAlign w:val="center"/>
          </w:tcPr>
          <w:p w14:paraId="3627742B" w14:textId="77777777" w:rsidR="00214C21" w:rsidRDefault="00B41876">
            <w:pPr>
              <w:pStyle w:val="Tabeltekst"/>
              <w:spacing w:line="254" w:lineRule="auto"/>
            </w:pPr>
            <w:r>
              <w:t>Laagste kasstand</w:t>
            </w:r>
          </w:p>
        </w:tc>
        <w:tc>
          <w:tcPr>
            <w:tcW w:w="1984" w:type="dxa"/>
            <w:shd w:val="clear" w:color="auto" w:fill="F1F6FA"/>
            <w:tcMar>
              <w:top w:w="80" w:type="dxa"/>
              <w:left w:w="100" w:type="dxa"/>
              <w:bottom w:w="80" w:type="dxa"/>
              <w:right w:w="100" w:type="dxa"/>
            </w:tcMar>
            <w:vAlign w:val="center"/>
          </w:tcPr>
          <w:p w14:paraId="22A0584F" w14:textId="77777777" w:rsidR="00214C21" w:rsidRDefault="001B51A9">
            <w:pPr>
              <w:pStyle w:val="Tabeltekst"/>
              <w:spacing w:line="254" w:lineRule="auto"/>
              <w:jc w:val="center"/>
            </w:pPr>
            <w:sdt>
              <w:sdtPr>
                <w:alias w:val="€ …"/>
                <w:tag w:val="antwoord_549"/>
                <w:id w:val="1548"/>
                <w:text/>
              </w:sdtPr>
              <w:sdtEndPr/>
              <w:sdtContent>
                <w:r w:rsidR="00B41876">
                  <w:t>[€ …]</w:t>
                </w:r>
              </w:sdtContent>
            </w:sdt>
          </w:p>
        </w:tc>
        <w:tc>
          <w:tcPr>
            <w:tcW w:w="1984" w:type="dxa"/>
            <w:shd w:val="clear" w:color="auto" w:fill="F1F6FA"/>
            <w:tcMar>
              <w:top w:w="80" w:type="dxa"/>
              <w:left w:w="100" w:type="dxa"/>
              <w:bottom w:w="80" w:type="dxa"/>
              <w:right w:w="100" w:type="dxa"/>
            </w:tcMar>
            <w:vAlign w:val="center"/>
          </w:tcPr>
          <w:p w14:paraId="7C689B7F" w14:textId="77777777" w:rsidR="00214C21" w:rsidRDefault="001B51A9">
            <w:pPr>
              <w:pStyle w:val="Tabeltekst"/>
              <w:spacing w:line="254" w:lineRule="auto"/>
              <w:jc w:val="center"/>
            </w:pPr>
            <w:sdt>
              <w:sdtPr>
                <w:alias w:val="€ …"/>
                <w:tag w:val="antwoord_550"/>
                <w:id w:val="1549"/>
                <w:text/>
              </w:sdtPr>
              <w:sdtEndPr/>
              <w:sdtContent>
                <w:r w:rsidR="00B41876">
                  <w:t>[€ …]</w:t>
                </w:r>
              </w:sdtContent>
            </w:sdt>
          </w:p>
        </w:tc>
        <w:tc>
          <w:tcPr>
            <w:tcW w:w="1984" w:type="dxa"/>
            <w:shd w:val="clear" w:color="auto" w:fill="F1F6FA"/>
            <w:tcMar>
              <w:top w:w="80" w:type="dxa"/>
              <w:left w:w="100" w:type="dxa"/>
              <w:bottom w:w="80" w:type="dxa"/>
              <w:right w:w="100" w:type="dxa"/>
            </w:tcMar>
            <w:vAlign w:val="center"/>
          </w:tcPr>
          <w:p w14:paraId="54225E4E" w14:textId="77777777" w:rsidR="00214C21" w:rsidRDefault="001B51A9">
            <w:pPr>
              <w:pStyle w:val="Tabeltekst"/>
              <w:spacing w:line="254" w:lineRule="auto"/>
              <w:jc w:val="center"/>
            </w:pPr>
            <w:sdt>
              <w:sdtPr>
                <w:alias w:val="€ …"/>
                <w:tag w:val="antwoord_551"/>
                <w:id w:val="1550"/>
                <w:text/>
              </w:sdtPr>
              <w:sdtEndPr/>
              <w:sdtContent>
                <w:r w:rsidR="00B41876">
                  <w:t>[€ …]</w:t>
                </w:r>
              </w:sdtContent>
            </w:sdt>
          </w:p>
        </w:tc>
      </w:tr>
      <w:tr w:rsidR="00214C21" w14:paraId="34E10E1B" w14:textId="77777777">
        <w:trPr>
          <w:cantSplit/>
          <w:jc w:val="center"/>
        </w:trPr>
        <w:tc>
          <w:tcPr>
            <w:tcW w:w="3458" w:type="dxa"/>
            <w:shd w:val="clear" w:color="auto" w:fill="FFFFFF"/>
            <w:tcMar>
              <w:top w:w="80" w:type="dxa"/>
              <w:left w:w="100" w:type="dxa"/>
              <w:bottom w:w="80" w:type="dxa"/>
              <w:right w:w="100" w:type="dxa"/>
            </w:tcMar>
            <w:vAlign w:val="center"/>
          </w:tcPr>
          <w:p w14:paraId="2BC3D304" w14:textId="77777777" w:rsidR="00214C21" w:rsidRDefault="00B41876">
            <w:pPr>
              <w:pStyle w:val="Tabeltekst"/>
              <w:spacing w:line="254" w:lineRule="auto"/>
            </w:pPr>
            <w:r>
              <w:t>Extra financiering nodig</w:t>
            </w:r>
          </w:p>
        </w:tc>
        <w:tc>
          <w:tcPr>
            <w:tcW w:w="1984" w:type="dxa"/>
            <w:shd w:val="clear" w:color="auto" w:fill="FFFFFF"/>
            <w:tcMar>
              <w:top w:w="80" w:type="dxa"/>
              <w:left w:w="100" w:type="dxa"/>
              <w:bottom w:w="80" w:type="dxa"/>
              <w:right w:w="100" w:type="dxa"/>
            </w:tcMar>
            <w:vAlign w:val="center"/>
          </w:tcPr>
          <w:p w14:paraId="12830B29" w14:textId="77777777" w:rsidR="00214C21" w:rsidRDefault="001B51A9">
            <w:pPr>
              <w:pStyle w:val="Tabeltekst"/>
              <w:spacing w:line="254" w:lineRule="auto"/>
              <w:jc w:val="center"/>
            </w:pPr>
            <w:sdt>
              <w:sdtPr>
                <w:alias w:val="€ …"/>
                <w:tag w:val="antwoord_552"/>
                <w:id w:val="1551"/>
                <w:text/>
              </w:sdtPr>
              <w:sdtEndPr/>
              <w:sdtContent>
                <w:r w:rsidR="00B41876">
                  <w:t>[€ …]</w:t>
                </w:r>
              </w:sdtContent>
            </w:sdt>
          </w:p>
        </w:tc>
        <w:tc>
          <w:tcPr>
            <w:tcW w:w="1984" w:type="dxa"/>
            <w:shd w:val="clear" w:color="auto" w:fill="FFFFFF"/>
            <w:tcMar>
              <w:top w:w="80" w:type="dxa"/>
              <w:left w:w="100" w:type="dxa"/>
              <w:bottom w:w="80" w:type="dxa"/>
              <w:right w:w="100" w:type="dxa"/>
            </w:tcMar>
            <w:vAlign w:val="center"/>
          </w:tcPr>
          <w:p w14:paraId="484FDB0B" w14:textId="77777777" w:rsidR="00214C21" w:rsidRDefault="001B51A9">
            <w:pPr>
              <w:pStyle w:val="Tabeltekst"/>
              <w:spacing w:line="254" w:lineRule="auto"/>
              <w:jc w:val="center"/>
            </w:pPr>
            <w:sdt>
              <w:sdtPr>
                <w:alias w:val="€ …"/>
                <w:tag w:val="antwoord_553"/>
                <w:id w:val="1552"/>
                <w:text/>
              </w:sdtPr>
              <w:sdtEndPr/>
              <w:sdtContent>
                <w:r w:rsidR="00B41876">
                  <w:t>[€ …]</w:t>
                </w:r>
              </w:sdtContent>
            </w:sdt>
          </w:p>
        </w:tc>
        <w:tc>
          <w:tcPr>
            <w:tcW w:w="1984" w:type="dxa"/>
            <w:shd w:val="clear" w:color="auto" w:fill="FFFFFF"/>
            <w:tcMar>
              <w:top w:w="80" w:type="dxa"/>
              <w:left w:w="100" w:type="dxa"/>
              <w:bottom w:w="80" w:type="dxa"/>
              <w:right w:w="100" w:type="dxa"/>
            </w:tcMar>
            <w:vAlign w:val="center"/>
          </w:tcPr>
          <w:p w14:paraId="3A9302D9" w14:textId="77777777" w:rsidR="00214C21" w:rsidRDefault="001B51A9">
            <w:pPr>
              <w:pStyle w:val="Tabeltekst"/>
              <w:spacing w:line="254" w:lineRule="auto"/>
              <w:jc w:val="center"/>
            </w:pPr>
            <w:sdt>
              <w:sdtPr>
                <w:alias w:val="€ …"/>
                <w:tag w:val="antwoord_554"/>
                <w:id w:val="1553"/>
                <w:text/>
              </w:sdtPr>
              <w:sdtEndPr/>
              <w:sdtContent>
                <w:r w:rsidR="00B41876">
                  <w:t>[€ …]</w:t>
                </w:r>
              </w:sdtContent>
            </w:sdt>
          </w:p>
        </w:tc>
      </w:tr>
    </w:tbl>
    <w:p w14:paraId="38E70264" w14:textId="77777777" w:rsidR="00214C21" w:rsidRDefault="00214C21">
      <w:pPr>
        <w:spacing w:after="0"/>
      </w:pPr>
    </w:p>
    <w:p w14:paraId="11539557" w14:textId="77777777" w:rsidR="00214C21" w:rsidRDefault="00B41876">
      <w:pPr>
        <w:pStyle w:val="Heading2"/>
      </w:pPr>
      <w:r>
        <w:t>Wat u doet bij tegenvallers</w:t>
      </w:r>
    </w:p>
    <w:p w14:paraId="4E94EA5E" w14:textId="77777777" w:rsidR="00214C21" w:rsidRDefault="00B41876">
      <w:pPr>
        <w:pStyle w:val="Invulhulp"/>
      </w:pPr>
      <w:r>
        <w:t>Kies een realistisch tegenvallend scenario. Laat zien welke maatregel uitvoerbaar is en hoeveel geld en tijd die oplevert.</w:t>
      </w:r>
    </w:p>
    <w:p w14:paraId="41F00817" w14:textId="77777777" w:rsidR="00214C21" w:rsidRDefault="001B51A9">
      <w:pPr>
        <w:pStyle w:val="Invulveld"/>
      </w:pPr>
      <w:sdt>
        <w:sdtPr>
          <w:alias w:val="Bij … grijpen wij in door … vóór … Dit levert € … of … capaciteit op. De onderneming blijft haalbaar als …"/>
          <w:tag w:val="antwoord_555"/>
          <w:id w:val="1554"/>
        </w:sdtPr>
        <w:sdtEndPr/>
        <w:sdtContent>
          <w:r w:rsidR="00B41876">
            <w:rPr>
              <w:color w:val="000000"/>
            </w:rPr>
            <w:t>[Bij … grijpen wij in door … vóór … Dit levert € … of … capaciteit op. De onderneming blijft haalbaar als …]</w:t>
          </w:r>
        </w:sdtContent>
      </w:sdt>
    </w:p>
    <w:p w14:paraId="3073426F" w14:textId="77777777" w:rsidR="00214C21" w:rsidRDefault="00B41876">
      <w:pPr>
        <w:pStyle w:val="Heading2"/>
      </w:pPr>
      <w:r>
        <w:t>Conclusie en beslisgrens</w:t>
      </w:r>
    </w:p>
    <w:p w14:paraId="50C85B43" w14:textId="77777777" w:rsidR="00214C21" w:rsidRDefault="001B51A9">
      <w:pPr>
        <w:pStyle w:val="Invulveld"/>
      </w:pPr>
      <w:sdt>
        <w:sdtPr>
          <w:alias w:val="Wij voeren dit plan uit wanneer … Anders passen wij … aan. De eerstvolgende toets vindt plaats op …"/>
          <w:tag w:val="antwoord_556"/>
          <w:id w:val="1555"/>
        </w:sdtPr>
        <w:sdtEndPr/>
        <w:sdtContent>
          <w:r w:rsidR="00B41876">
            <w:rPr>
              <w:color w:val="000000"/>
            </w:rPr>
            <w:t>[Wij voeren dit plan uit wanneer … Anders passen wij … aan. De eerstvolgende toets vindt plaats op …]</w:t>
          </w:r>
        </w:sdtContent>
      </w:sdt>
    </w:p>
    <w:p w14:paraId="3162095C" w14:textId="77777777" w:rsidR="00214C21" w:rsidRDefault="00B41876">
      <w:r>
        <w:br w:type="page"/>
      </w:r>
    </w:p>
    <w:p w14:paraId="190DD71B" w14:textId="77777777" w:rsidR="00214C21" w:rsidRDefault="00B41876">
      <w:pPr>
        <w:pStyle w:val="Sectielabel"/>
      </w:pPr>
      <w:r>
        <w:lastRenderedPageBreak/>
        <w:t>23  /  ACTIE</w:t>
      </w:r>
    </w:p>
    <w:p w14:paraId="4301E1A1" w14:textId="77777777" w:rsidR="00214C21" w:rsidRDefault="00B41876">
      <w:pPr>
        <w:pStyle w:val="Heading1"/>
      </w:pPr>
      <w:bookmarkStart w:id="22" w:name="_Toc242630386"/>
      <w:r>
        <w:t>Uitvoering en sturing</w:t>
      </w:r>
      <w:bookmarkEnd w:id="22"/>
    </w:p>
    <w:p w14:paraId="3A39A785" w14:textId="77777777" w:rsidR="00214C21" w:rsidRDefault="00B41876">
      <w:r>
        <w:t>Maak de eerste 90 dagen concreet en leg vast hoe u de rest van het jaar op koers blijft.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757"/>
        <w:gridCol w:w="3969"/>
        <w:gridCol w:w="1191"/>
        <w:gridCol w:w="2494"/>
      </w:tblGrid>
      <w:tr w:rsidR="00214C21" w14:paraId="6A3B3882" w14:textId="77777777">
        <w:trPr>
          <w:cantSplit/>
          <w:tblHeader/>
          <w:jc w:val="center"/>
        </w:trPr>
        <w:tc>
          <w:tcPr>
            <w:tcW w:w="1757" w:type="dxa"/>
            <w:shd w:val="clear" w:color="auto" w:fill="1A263D"/>
            <w:tcMar>
              <w:top w:w="80" w:type="dxa"/>
              <w:left w:w="100" w:type="dxa"/>
              <w:bottom w:w="80" w:type="dxa"/>
              <w:right w:w="100" w:type="dxa"/>
            </w:tcMar>
            <w:vAlign w:val="center"/>
          </w:tcPr>
          <w:p w14:paraId="50DC5E79" w14:textId="77777777" w:rsidR="00214C21" w:rsidRDefault="00B41876">
            <w:pPr>
              <w:pStyle w:val="Tabeltekst"/>
              <w:spacing w:line="254" w:lineRule="auto"/>
            </w:pPr>
            <w:r>
              <w:rPr>
                <w:b/>
                <w:color w:val="FFFFFF"/>
              </w:rPr>
              <w:t>Periode</w:t>
            </w:r>
          </w:p>
        </w:tc>
        <w:tc>
          <w:tcPr>
            <w:tcW w:w="3969" w:type="dxa"/>
            <w:shd w:val="clear" w:color="auto" w:fill="1A263D"/>
            <w:tcMar>
              <w:top w:w="80" w:type="dxa"/>
              <w:left w:w="100" w:type="dxa"/>
              <w:bottom w:w="80" w:type="dxa"/>
              <w:right w:w="100" w:type="dxa"/>
            </w:tcMar>
            <w:vAlign w:val="center"/>
          </w:tcPr>
          <w:p w14:paraId="31213AE6" w14:textId="77777777" w:rsidR="00214C21" w:rsidRDefault="00B41876">
            <w:pPr>
              <w:pStyle w:val="Tabeltekst"/>
              <w:spacing w:line="254" w:lineRule="auto"/>
            </w:pPr>
            <w:r>
              <w:rPr>
                <w:b/>
                <w:color w:val="FFFFFF"/>
              </w:rPr>
              <w:t>Resultaat of mijlpaal</w:t>
            </w:r>
          </w:p>
        </w:tc>
        <w:tc>
          <w:tcPr>
            <w:tcW w:w="1191" w:type="dxa"/>
            <w:shd w:val="clear" w:color="auto" w:fill="1A263D"/>
            <w:tcMar>
              <w:top w:w="80" w:type="dxa"/>
              <w:left w:w="100" w:type="dxa"/>
              <w:bottom w:w="80" w:type="dxa"/>
              <w:right w:w="100" w:type="dxa"/>
            </w:tcMar>
            <w:vAlign w:val="center"/>
          </w:tcPr>
          <w:p w14:paraId="62DD5575" w14:textId="77777777" w:rsidR="00214C21" w:rsidRDefault="00B41876">
            <w:pPr>
              <w:pStyle w:val="Tabeltekst"/>
              <w:spacing w:line="254" w:lineRule="auto"/>
            </w:pPr>
            <w:r>
              <w:rPr>
                <w:b/>
                <w:color w:val="FFFFFF"/>
              </w:rPr>
              <w:t>Eigenaar</w:t>
            </w:r>
          </w:p>
        </w:tc>
        <w:tc>
          <w:tcPr>
            <w:tcW w:w="2494" w:type="dxa"/>
            <w:shd w:val="clear" w:color="auto" w:fill="1A263D"/>
            <w:tcMar>
              <w:top w:w="80" w:type="dxa"/>
              <w:left w:w="100" w:type="dxa"/>
              <w:bottom w:w="80" w:type="dxa"/>
              <w:right w:w="100" w:type="dxa"/>
            </w:tcMar>
            <w:vAlign w:val="center"/>
          </w:tcPr>
          <w:p w14:paraId="6024436B" w14:textId="77777777" w:rsidR="00214C21" w:rsidRDefault="00B41876">
            <w:pPr>
              <w:pStyle w:val="Tabeltekst"/>
              <w:spacing w:line="254" w:lineRule="auto"/>
            </w:pPr>
            <w:r>
              <w:rPr>
                <w:b/>
                <w:color w:val="FFFFFF"/>
              </w:rPr>
              <w:t>Budget en bewijs</w:t>
            </w:r>
          </w:p>
        </w:tc>
      </w:tr>
      <w:tr w:rsidR="00214C21" w14:paraId="0C2845E3" w14:textId="77777777">
        <w:trPr>
          <w:cantSplit/>
          <w:jc w:val="center"/>
        </w:trPr>
        <w:tc>
          <w:tcPr>
            <w:tcW w:w="1757" w:type="dxa"/>
            <w:shd w:val="clear" w:color="auto" w:fill="FFFFFF"/>
            <w:tcMar>
              <w:top w:w="80" w:type="dxa"/>
              <w:left w:w="100" w:type="dxa"/>
              <w:bottom w:w="80" w:type="dxa"/>
              <w:right w:w="100" w:type="dxa"/>
            </w:tcMar>
            <w:vAlign w:val="center"/>
          </w:tcPr>
          <w:p w14:paraId="7CF3CEDB" w14:textId="77777777" w:rsidR="00214C21" w:rsidRDefault="00B41876">
            <w:pPr>
              <w:pStyle w:val="Tabeltekst"/>
              <w:spacing w:line="254" w:lineRule="auto"/>
            </w:pPr>
            <w:r>
              <w:t>Dag 1 tot 30</w:t>
            </w:r>
          </w:p>
        </w:tc>
        <w:tc>
          <w:tcPr>
            <w:tcW w:w="3969" w:type="dxa"/>
            <w:shd w:val="clear" w:color="auto" w:fill="FFFFFF"/>
            <w:tcMar>
              <w:top w:w="80" w:type="dxa"/>
              <w:left w:w="100" w:type="dxa"/>
              <w:bottom w:w="80" w:type="dxa"/>
              <w:right w:w="100" w:type="dxa"/>
            </w:tcMar>
            <w:vAlign w:val="center"/>
          </w:tcPr>
          <w:p w14:paraId="30539C86" w14:textId="77777777" w:rsidR="00214C21" w:rsidRDefault="001B51A9">
            <w:pPr>
              <w:pStyle w:val="Tabeltekst"/>
              <w:spacing w:line="254" w:lineRule="auto"/>
            </w:pPr>
            <w:sdt>
              <w:sdtPr>
                <w:alias w:val="Belangrijkste onzekerheid toetsen en basis regelen"/>
                <w:tag w:val="antwoord_557"/>
                <w:id w:val="1556"/>
                <w:text/>
              </w:sdtPr>
              <w:sdtEndPr/>
              <w:sdtContent>
                <w:r w:rsidR="00B41876">
                  <w:t>[Belangrijkste onzekerheid toetsen en basis regelen]</w:t>
                </w:r>
              </w:sdtContent>
            </w:sdt>
          </w:p>
        </w:tc>
        <w:tc>
          <w:tcPr>
            <w:tcW w:w="1191" w:type="dxa"/>
            <w:shd w:val="clear" w:color="auto" w:fill="FFFFFF"/>
            <w:tcMar>
              <w:top w:w="80" w:type="dxa"/>
              <w:left w:w="100" w:type="dxa"/>
              <w:bottom w:w="80" w:type="dxa"/>
              <w:right w:w="100" w:type="dxa"/>
            </w:tcMar>
            <w:vAlign w:val="center"/>
          </w:tcPr>
          <w:p w14:paraId="12A888FD" w14:textId="77777777" w:rsidR="00214C21" w:rsidRDefault="001B51A9">
            <w:pPr>
              <w:pStyle w:val="Tabeltekst"/>
              <w:spacing w:line="254" w:lineRule="auto"/>
            </w:pPr>
            <w:sdt>
              <w:sdtPr>
                <w:alias w:val="Naam"/>
                <w:tag w:val="antwoord_558"/>
                <w:id w:val="1557"/>
                <w:text/>
              </w:sdtPr>
              <w:sdtEndPr/>
              <w:sdtContent>
                <w:r w:rsidR="00B41876">
                  <w:t>[Naam]</w:t>
                </w:r>
              </w:sdtContent>
            </w:sdt>
          </w:p>
        </w:tc>
        <w:tc>
          <w:tcPr>
            <w:tcW w:w="2494" w:type="dxa"/>
            <w:shd w:val="clear" w:color="auto" w:fill="FFFFFF"/>
            <w:tcMar>
              <w:top w:w="80" w:type="dxa"/>
              <w:left w:w="100" w:type="dxa"/>
              <w:bottom w:w="80" w:type="dxa"/>
              <w:right w:w="100" w:type="dxa"/>
            </w:tcMar>
            <w:vAlign w:val="center"/>
          </w:tcPr>
          <w:p w14:paraId="669C1040" w14:textId="77777777" w:rsidR="00214C21" w:rsidRDefault="001B51A9">
            <w:pPr>
              <w:pStyle w:val="Tabeltekst"/>
              <w:spacing w:line="254" w:lineRule="auto"/>
            </w:pPr>
            <w:sdt>
              <w:sdtPr>
                <w:alias w:val="€ … en bewijs van voltooiing"/>
                <w:tag w:val="antwoord_559"/>
                <w:id w:val="1558"/>
                <w:text/>
              </w:sdtPr>
              <w:sdtEndPr/>
              <w:sdtContent>
                <w:r w:rsidR="00B41876">
                  <w:t>[€ … en bewijs van voltooiing]</w:t>
                </w:r>
              </w:sdtContent>
            </w:sdt>
          </w:p>
        </w:tc>
      </w:tr>
      <w:tr w:rsidR="00214C21" w14:paraId="5EAAFDC5" w14:textId="77777777">
        <w:trPr>
          <w:cantSplit/>
          <w:jc w:val="center"/>
        </w:trPr>
        <w:tc>
          <w:tcPr>
            <w:tcW w:w="1757" w:type="dxa"/>
            <w:shd w:val="clear" w:color="auto" w:fill="F1F6FA"/>
            <w:tcMar>
              <w:top w:w="80" w:type="dxa"/>
              <w:left w:w="100" w:type="dxa"/>
              <w:bottom w:w="80" w:type="dxa"/>
              <w:right w:w="100" w:type="dxa"/>
            </w:tcMar>
            <w:vAlign w:val="center"/>
          </w:tcPr>
          <w:p w14:paraId="000DD8C1" w14:textId="77777777" w:rsidR="00214C21" w:rsidRDefault="00B41876">
            <w:pPr>
              <w:pStyle w:val="Tabeltekst"/>
              <w:spacing w:line="254" w:lineRule="auto"/>
            </w:pPr>
            <w:r>
              <w:t>Dag 31 tot 60</w:t>
            </w:r>
          </w:p>
        </w:tc>
        <w:tc>
          <w:tcPr>
            <w:tcW w:w="3969" w:type="dxa"/>
            <w:shd w:val="clear" w:color="auto" w:fill="F1F6FA"/>
            <w:tcMar>
              <w:top w:w="80" w:type="dxa"/>
              <w:left w:w="100" w:type="dxa"/>
              <w:bottom w:w="80" w:type="dxa"/>
              <w:right w:w="100" w:type="dxa"/>
            </w:tcMar>
            <w:vAlign w:val="center"/>
          </w:tcPr>
          <w:p w14:paraId="2E411BF0" w14:textId="77777777" w:rsidR="00214C21" w:rsidRDefault="001B51A9">
            <w:pPr>
              <w:pStyle w:val="Tabeltekst"/>
              <w:spacing w:line="254" w:lineRule="auto"/>
            </w:pPr>
            <w:sdt>
              <w:sdtPr>
                <w:alias w:val="Verkoop of uitvoering valideren"/>
                <w:tag w:val="antwoord_560"/>
                <w:id w:val="1559"/>
                <w:text/>
              </w:sdtPr>
              <w:sdtEndPr/>
              <w:sdtContent>
                <w:r w:rsidR="00B41876">
                  <w:t>[Verkoop of uitvoering valideren]</w:t>
                </w:r>
              </w:sdtContent>
            </w:sdt>
          </w:p>
        </w:tc>
        <w:tc>
          <w:tcPr>
            <w:tcW w:w="1191" w:type="dxa"/>
            <w:shd w:val="clear" w:color="auto" w:fill="F1F6FA"/>
            <w:tcMar>
              <w:top w:w="80" w:type="dxa"/>
              <w:left w:w="100" w:type="dxa"/>
              <w:bottom w:w="80" w:type="dxa"/>
              <w:right w:w="100" w:type="dxa"/>
            </w:tcMar>
            <w:vAlign w:val="center"/>
          </w:tcPr>
          <w:p w14:paraId="12D98608" w14:textId="77777777" w:rsidR="00214C21" w:rsidRDefault="001B51A9">
            <w:pPr>
              <w:pStyle w:val="Tabeltekst"/>
              <w:spacing w:line="254" w:lineRule="auto"/>
            </w:pPr>
            <w:sdt>
              <w:sdtPr>
                <w:alias w:val="Naam"/>
                <w:tag w:val="antwoord_561"/>
                <w:id w:val="1560"/>
                <w:text/>
              </w:sdtPr>
              <w:sdtEndPr/>
              <w:sdtContent>
                <w:r w:rsidR="00B41876">
                  <w:t>[Naam]</w:t>
                </w:r>
              </w:sdtContent>
            </w:sdt>
          </w:p>
        </w:tc>
        <w:tc>
          <w:tcPr>
            <w:tcW w:w="2494" w:type="dxa"/>
            <w:shd w:val="clear" w:color="auto" w:fill="F1F6FA"/>
            <w:tcMar>
              <w:top w:w="80" w:type="dxa"/>
              <w:left w:w="100" w:type="dxa"/>
              <w:bottom w:w="80" w:type="dxa"/>
              <w:right w:w="100" w:type="dxa"/>
            </w:tcMar>
            <w:vAlign w:val="center"/>
          </w:tcPr>
          <w:p w14:paraId="3DF798BA" w14:textId="77777777" w:rsidR="00214C21" w:rsidRDefault="001B51A9">
            <w:pPr>
              <w:pStyle w:val="Tabeltekst"/>
              <w:spacing w:line="254" w:lineRule="auto"/>
            </w:pPr>
            <w:sdt>
              <w:sdtPr>
                <w:alias w:val="€ … en bewijs van voltooiing"/>
                <w:tag w:val="antwoord_562"/>
                <w:id w:val="1561"/>
                <w:text/>
              </w:sdtPr>
              <w:sdtEndPr/>
              <w:sdtContent>
                <w:r w:rsidR="00B41876">
                  <w:t>[€ … en bewijs van voltooiing]</w:t>
                </w:r>
              </w:sdtContent>
            </w:sdt>
          </w:p>
        </w:tc>
      </w:tr>
      <w:tr w:rsidR="00214C21" w14:paraId="732DAEC6" w14:textId="77777777">
        <w:trPr>
          <w:cantSplit/>
          <w:jc w:val="center"/>
        </w:trPr>
        <w:tc>
          <w:tcPr>
            <w:tcW w:w="1757" w:type="dxa"/>
            <w:shd w:val="clear" w:color="auto" w:fill="FFFFFF"/>
            <w:tcMar>
              <w:top w:w="80" w:type="dxa"/>
              <w:left w:w="100" w:type="dxa"/>
              <w:bottom w:w="80" w:type="dxa"/>
              <w:right w:w="100" w:type="dxa"/>
            </w:tcMar>
            <w:vAlign w:val="center"/>
          </w:tcPr>
          <w:p w14:paraId="60D6657A" w14:textId="77777777" w:rsidR="00214C21" w:rsidRDefault="00B41876">
            <w:pPr>
              <w:pStyle w:val="Tabeltekst"/>
              <w:spacing w:line="254" w:lineRule="auto"/>
            </w:pPr>
            <w:r>
              <w:t>Dag 61 tot 90</w:t>
            </w:r>
          </w:p>
        </w:tc>
        <w:tc>
          <w:tcPr>
            <w:tcW w:w="3969" w:type="dxa"/>
            <w:shd w:val="clear" w:color="auto" w:fill="FFFFFF"/>
            <w:tcMar>
              <w:top w:w="80" w:type="dxa"/>
              <w:left w:w="100" w:type="dxa"/>
              <w:bottom w:w="80" w:type="dxa"/>
              <w:right w:w="100" w:type="dxa"/>
            </w:tcMar>
            <w:vAlign w:val="center"/>
          </w:tcPr>
          <w:p w14:paraId="1BFFDD47" w14:textId="77777777" w:rsidR="00214C21" w:rsidRDefault="001B51A9">
            <w:pPr>
              <w:pStyle w:val="Tabeltekst"/>
              <w:spacing w:line="254" w:lineRule="auto"/>
            </w:pPr>
            <w:sdt>
              <w:sdtPr>
                <w:alias w:val="Verbeteren en besluit over vervolg"/>
                <w:tag w:val="antwoord_563"/>
                <w:id w:val="1562"/>
                <w:text/>
              </w:sdtPr>
              <w:sdtEndPr/>
              <w:sdtContent>
                <w:r w:rsidR="00B41876">
                  <w:t>[Verbeteren en besluit over vervolg]</w:t>
                </w:r>
              </w:sdtContent>
            </w:sdt>
          </w:p>
        </w:tc>
        <w:tc>
          <w:tcPr>
            <w:tcW w:w="1191" w:type="dxa"/>
            <w:shd w:val="clear" w:color="auto" w:fill="FFFFFF"/>
            <w:tcMar>
              <w:top w:w="80" w:type="dxa"/>
              <w:left w:w="100" w:type="dxa"/>
              <w:bottom w:w="80" w:type="dxa"/>
              <w:right w:w="100" w:type="dxa"/>
            </w:tcMar>
            <w:vAlign w:val="center"/>
          </w:tcPr>
          <w:p w14:paraId="41D8AC1C" w14:textId="77777777" w:rsidR="00214C21" w:rsidRDefault="001B51A9">
            <w:pPr>
              <w:pStyle w:val="Tabeltekst"/>
              <w:spacing w:line="254" w:lineRule="auto"/>
            </w:pPr>
            <w:sdt>
              <w:sdtPr>
                <w:alias w:val="Naam"/>
                <w:tag w:val="antwoord_564"/>
                <w:id w:val="1563"/>
                <w:text/>
              </w:sdtPr>
              <w:sdtEndPr/>
              <w:sdtContent>
                <w:r w:rsidR="00B41876">
                  <w:t>[Naam]</w:t>
                </w:r>
              </w:sdtContent>
            </w:sdt>
          </w:p>
        </w:tc>
        <w:tc>
          <w:tcPr>
            <w:tcW w:w="2494" w:type="dxa"/>
            <w:shd w:val="clear" w:color="auto" w:fill="FFFFFF"/>
            <w:tcMar>
              <w:top w:w="80" w:type="dxa"/>
              <w:left w:w="100" w:type="dxa"/>
              <w:bottom w:w="80" w:type="dxa"/>
              <w:right w:w="100" w:type="dxa"/>
            </w:tcMar>
            <w:vAlign w:val="center"/>
          </w:tcPr>
          <w:p w14:paraId="304F744E" w14:textId="77777777" w:rsidR="00214C21" w:rsidRDefault="001B51A9">
            <w:pPr>
              <w:pStyle w:val="Tabeltekst"/>
              <w:spacing w:line="254" w:lineRule="auto"/>
            </w:pPr>
            <w:sdt>
              <w:sdtPr>
                <w:alias w:val="€ … en bewijs van voltooiing"/>
                <w:tag w:val="antwoord_565"/>
                <w:id w:val="1564"/>
                <w:text/>
              </w:sdtPr>
              <w:sdtEndPr/>
              <w:sdtContent>
                <w:r w:rsidR="00B41876">
                  <w:t>[€ … en bewijs van voltooiing]</w:t>
                </w:r>
              </w:sdtContent>
            </w:sdt>
          </w:p>
        </w:tc>
      </w:tr>
      <w:tr w:rsidR="00214C21" w14:paraId="23EFF853" w14:textId="77777777">
        <w:trPr>
          <w:cantSplit/>
          <w:jc w:val="center"/>
        </w:trPr>
        <w:tc>
          <w:tcPr>
            <w:tcW w:w="1757" w:type="dxa"/>
            <w:shd w:val="clear" w:color="auto" w:fill="F1F6FA"/>
            <w:tcMar>
              <w:top w:w="80" w:type="dxa"/>
              <w:left w:w="100" w:type="dxa"/>
              <w:bottom w:w="80" w:type="dxa"/>
              <w:right w:w="100" w:type="dxa"/>
            </w:tcMar>
            <w:vAlign w:val="center"/>
          </w:tcPr>
          <w:p w14:paraId="3A96C4FC" w14:textId="77777777" w:rsidR="00214C21" w:rsidRDefault="00B41876">
            <w:pPr>
              <w:pStyle w:val="Tabeltekst"/>
              <w:spacing w:line="254" w:lineRule="auto"/>
            </w:pPr>
            <w:r>
              <w:t>Maand 4 tot 6</w:t>
            </w:r>
          </w:p>
        </w:tc>
        <w:tc>
          <w:tcPr>
            <w:tcW w:w="3969" w:type="dxa"/>
            <w:shd w:val="clear" w:color="auto" w:fill="F1F6FA"/>
            <w:tcMar>
              <w:top w:w="80" w:type="dxa"/>
              <w:left w:w="100" w:type="dxa"/>
              <w:bottom w:w="80" w:type="dxa"/>
              <w:right w:w="100" w:type="dxa"/>
            </w:tcMar>
            <w:vAlign w:val="center"/>
          </w:tcPr>
          <w:p w14:paraId="450FD67B" w14:textId="77777777" w:rsidR="00214C21" w:rsidRDefault="001B51A9">
            <w:pPr>
              <w:pStyle w:val="Tabeltekst"/>
              <w:spacing w:line="254" w:lineRule="auto"/>
            </w:pPr>
            <w:sdt>
              <w:sdtPr>
                <w:alias w:val="Vervolgmijlpaal"/>
                <w:tag w:val="antwoord_566"/>
                <w:id w:val="1565"/>
                <w:text/>
              </w:sdtPr>
              <w:sdtEndPr/>
              <w:sdtContent>
                <w:r w:rsidR="00B41876">
                  <w:t>[Vervolgmijlpaal]</w:t>
                </w:r>
              </w:sdtContent>
            </w:sdt>
          </w:p>
        </w:tc>
        <w:tc>
          <w:tcPr>
            <w:tcW w:w="1191" w:type="dxa"/>
            <w:shd w:val="clear" w:color="auto" w:fill="F1F6FA"/>
            <w:tcMar>
              <w:top w:w="80" w:type="dxa"/>
              <w:left w:w="100" w:type="dxa"/>
              <w:bottom w:w="80" w:type="dxa"/>
              <w:right w:w="100" w:type="dxa"/>
            </w:tcMar>
            <w:vAlign w:val="center"/>
          </w:tcPr>
          <w:p w14:paraId="0BA40BD9" w14:textId="77777777" w:rsidR="00214C21" w:rsidRDefault="001B51A9">
            <w:pPr>
              <w:pStyle w:val="Tabeltekst"/>
              <w:spacing w:line="254" w:lineRule="auto"/>
            </w:pPr>
            <w:sdt>
              <w:sdtPr>
                <w:alias w:val="Naam"/>
                <w:tag w:val="antwoord_567"/>
                <w:id w:val="1566"/>
                <w:text/>
              </w:sdtPr>
              <w:sdtEndPr/>
              <w:sdtContent>
                <w:r w:rsidR="00B41876">
                  <w:t>[Naam]</w:t>
                </w:r>
              </w:sdtContent>
            </w:sdt>
          </w:p>
        </w:tc>
        <w:tc>
          <w:tcPr>
            <w:tcW w:w="2494" w:type="dxa"/>
            <w:shd w:val="clear" w:color="auto" w:fill="F1F6FA"/>
            <w:tcMar>
              <w:top w:w="80" w:type="dxa"/>
              <w:left w:w="100" w:type="dxa"/>
              <w:bottom w:w="80" w:type="dxa"/>
              <w:right w:w="100" w:type="dxa"/>
            </w:tcMar>
            <w:vAlign w:val="center"/>
          </w:tcPr>
          <w:p w14:paraId="2F672B2C" w14:textId="77777777" w:rsidR="00214C21" w:rsidRDefault="001B51A9">
            <w:pPr>
              <w:pStyle w:val="Tabeltekst"/>
              <w:spacing w:line="254" w:lineRule="auto"/>
            </w:pPr>
            <w:sdt>
              <w:sdtPr>
                <w:alias w:val="€ … en bewijs van voltooiing"/>
                <w:tag w:val="antwoord_568"/>
                <w:id w:val="1567"/>
                <w:text/>
              </w:sdtPr>
              <w:sdtEndPr/>
              <w:sdtContent>
                <w:r w:rsidR="00B41876">
                  <w:t>[€ … en bewijs van voltooiing]</w:t>
                </w:r>
              </w:sdtContent>
            </w:sdt>
          </w:p>
        </w:tc>
      </w:tr>
      <w:tr w:rsidR="00214C21" w14:paraId="76C105EF" w14:textId="77777777">
        <w:trPr>
          <w:cantSplit/>
          <w:jc w:val="center"/>
        </w:trPr>
        <w:tc>
          <w:tcPr>
            <w:tcW w:w="1757" w:type="dxa"/>
            <w:shd w:val="clear" w:color="auto" w:fill="FFFFFF"/>
            <w:tcMar>
              <w:top w:w="80" w:type="dxa"/>
              <w:left w:w="100" w:type="dxa"/>
              <w:bottom w:w="80" w:type="dxa"/>
              <w:right w:w="100" w:type="dxa"/>
            </w:tcMar>
            <w:vAlign w:val="center"/>
          </w:tcPr>
          <w:p w14:paraId="48164A9D" w14:textId="77777777" w:rsidR="00214C21" w:rsidRDefault="00B41876">
            <w:pPr>
              <w:pStyle w:val="Tabeltekst"/>
              <w:spacing w:line="254" w:lineRule="auto"/>
            </w:pPr>
            <w:r>
              <w:t>Maand 7 tot 12</w:t>
            </w:r>
          </w:p>
        </w:tc>
        <w:tc>
          <w:tcPr>
            <w:tcW w:w="3969" w:type="dxa"/>
            <w:shd w:val="clear" w:color="auto" w:fill="FFFFFF"/>
            <w:tcMar>
              <w:top w:w="80" w:type="dxa"/>
              <w:left w:w="100" w:type="dxa"/>
              <w:bottom w:w="80" w:type="dxa"/>
              <w:right w:w="100" w:type="dxa"/>
            </w:tcMar>
            <w:vAlign w:val="center"/>
          </w:tcPr>
          <w:p w14:paraId="1A39474C" w14:textId="77777777" w:rsidR="00214C21" w:rsidRDefault="001B51A9">
            <w:pPr>
              <w:pStyle w:val="Tabeltekst"/>
              <w:spacing w:line="254" w:lineRule="auto"/>
            </w:pPr>
            <w:sdt>
              <w:sdtPr>
                <w:alias w:val="Vervolgmijlpaal"/>
                <w:tag w:val="antwoord_569"/>
                <w:id w:val="1568"/>
                <w:text/>
              </w:sdtPr>
              <w:sdtEndPr/>
              <w:sdtContent>
                <w:r w:rsidR="00B41876">
                  <w:t>[Vervolgmijlpaal]</w:t>
                </w:r>
              </w:sdtContent>
            </w:sdt>
          </w:p>
        </w:tc>
        <w:tc>
          <w:tcPr>
            <w:tcW w:w="1191" w:type="dxa"/>
            <w:shd w:val="clear" w:color="auto" w:fill="FFFFFF"/>
            <w:tcMar>
              <w:top w:w="80" w:type="dxa"/>
              <w:left w:w="100" w:type="dxa"/>
              <w:bottom w:w="80" w:type="dxa"/>
              <w:right w:w="100" w:type="dxa"/>
            </w:tcMar>
            <w:vAlign w:val="center"/>
          </w:tcPr>
          <w:p w14:paraId="2270F56B" w14:textId="77777777" w:rsidR="00214C21" w:rsidRDefault="001B51A9">
            <w:pPr>
              <w:pStyle w:val="Tabeltekst"/>
              <w:spacing w:line="254" w:lineRule="auto"/>
            </w:pPr>
            <w:sdt>
              <w:sdtPr>
                <w:alias w:val="Naam"/>
                <w:tag w:val="antwoord_570"/>
                <w:id w:val="1569"/>
                <w:text/>
              </w:sdtPr>
              <w:sdtEndPr/>
              <w:sdtContent>
                <w:r w:rsidR="00B41876">
                  <w:t>[Naam]</w:t>
                </w:r>
              </w:sdtContent>
            </w:sdt>
          </w:p>
        </w:tc>
        <w:tc>
          <w:tcPr>
            <w:tcW w:w="2494" w:type="dxa"/>
            <w:shd w:val="clear" w:color="auto" w:fill="FFFFFF"/>
            <w:tcMar>
              <w:top w:w="80" w:type="dxa"/>
              <w:left w:w="100" w:type="dxa"/>
              <w:bottom w:w="80" w:type="dxa"/>
              <w:right w:w="100" w:type="dxa"/>
            </w:tcMar>
            <w:vAlign w:val="center"/>
          </w:tcPr>
          <w:p w14:paraId="6283D64C" w14:textId="77777777" w:rsidR="00214C21" w:rsidRDefault="001B51A9">
            <w:pPr>
              <w:pStyle w:val="Tabeltekst"/>
              <w:spacing w:line="254" w:lineRule="auto"/>
            </w:pPr>
            <w:sdt>
              <w:sdtPr>
                <w:alias w:val="€ … en bewijs van voltooiing"/>
                <w:tag w:val="antwoord_571"/>
                <w:id w:val="1570"/>
                <w:text/>
              </w:sdtPr>
              <w:sdtEndPr/>
              <w:sdtContent>
                <w:r w:rsidR="00B41876">
                  <w:t>[€ … en bewijs van voltooiing]</w:t>
                </w:r>
              </w:sdtContent>
            </w:sdt>
          </w:p>
        </w:tc>
      </w:tr>
    </w:tbl>
    <w:p w14:paraId="660DAA57" w14:textId="77777777" w:rsidR="00214C21" w:rsidRDefault="00214C21">
      <w:pPr>
        <w:spacing w:after="0"/>
      </w:pPr>
    </w:p>
    <w:p w14:paraId="354CCA03" w14:textId="77777777" w:rsidR="00214C21" w:rsidRDefault="00B41876">
      <w:pPr>
        <w:pStyle w:val="Heading2"/>
      </w:pPr>
      <w:r>
        <w:t>Kerncijfers voor uw maandbespreking</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3402"/>
        <w:gridCol w:w="3175"/>
      </w:tblGrid>
      <w:tr w:rsidR="00214C21" w14:paraId="3452CAD7" w14:textId="77777777">
        <w:trPr>
          <w:cantSplit/>
          <w:tblHeader/>
          <w:jc w:val="center"/>
        </w:trPr>
        <w:tc>
          <w:tcPr>
            <w:tcW w:w="2835" w:type="dxa"/>
            <w:shd w:val="clear" w:color="auto" w:fill="1A263D"/>
            <w:tcMar>
              <w:top w:w="80" w:type="dxa"/>
              <w:left w:w="100" w:type="dxa"/>
              <w:bottom w:w="80" w:type="dxa"/>
              <w:right w:w="100" w:type="dxa"/>
            </w:tcMar>
            <w:vAlign w:val="center"/>
          </w:tcPr>
          <w:p w14:paraId="5DEE98F9" w14:textId="77777777" w:rsidR="00214C21" w:rsidRDefault="00B41876">
            <w:pPr>
              <w:pStyle w:val="Tabeltekst"/>
              <w:spacing w:line="254" w:lineRule="auto"/>
            </w:pPr>
            <w:r>
              <w:rPr>
                <w:b/>
                <w:color w:val="FFFFFF"/>
              </w:rPr>
              <w:t>Kengetal</w:t>
            </w:r>
          </w:p>
        </w:tc>
        <w:tc>
          <w:tcPr>
            <w:tcW w:w="3402" w:type="dxa"/>
            <w:shd w:val="clear" w:color="auto" w:fill="1A263D"/>
            <w:tcMar>
              <w:top w:w="80" w:type="dxa"/>
              <w:left w:w="100" w:type="dxa"/>
              <w:bottom w:w="80" w:type="dxa"/>
              <w:right w:w="100" w:type="dxa"/>
            </w:tcMar>
            <w:vAlign w:val="center"/>
          </w:tcPr>
          <w:p w14:paraId="256F7807" w14:textId="77777777" w:rsidR="00214C21" w:rsidRDefault="00B41876">
            <w:pPr>
              <w:pStyle w:val="Tabeltekst"/>
              <w:spacing w:line="254" w:lineRule="auto"/>
            </w:pPr>
            <w:r>
              <w:rPr>
                <w:b/>
                <w:color w:val="FFFFFF"/>
              </w:rPr>
              <w:t>Doel en meetbron</w:t>
            </w:r>
          </w:p>
        </w:tc>
        <w:tc>
          <w:tcPr>
            <w:tcW w:w="3175" w:type="dxa"/>
            <w:shd w:val="clear" w:color="auto" w:fill="1A263D"/>
            <w:tcMar>
              <w:top w:w="80" w:type="dxa"/>
              <w:left w:w="100" w:type="dxa"/>
              <w:bottom w:w="80" w:type="dxa"/>
              <w:right w:w="100" w:type="dxa"/>
            </w:tcMar>
            <w:vAlign w:val="center"/>
          </w:tcPr>
          <w:p w14:paraId="405C69C7" w14:textId="77777777" w:rsidR="00214C21" w:rsidRDefault="00B41876">
            <w:pPr>
              <w:pStyle w:val="Tabeltekst"/>
              <w:spacing w:line="254" w:lineRule="auto"/>
            </w:pPr>
            <w:r>
              <w:rPr>
                <w:b/>
                <w:color w:val="FFFFFF"/>
              </w:rPr>
              <w:t>Grens en actie</w:t>
            </w:r>
          </w:p>
        </w:tc>
      </w:tr>
      <w:tr w:rsidR="00214C21" w14:paraId="628F0E75" w14:textId="77777777">
        <w:trPr>
          <w:cantSplit/>
          <w:jc w:val="center"/>
        </w:trPr>
        <w:tc>
          <w:tcPr>
            <w:tcW w:w="2835" w:type="dxa"/>
            <w:shd w:val="clear" w:color="auto" w:fill="FFFFFF"/>
            <w:tcMar>
              <w:top w:w="80" w:type="dxa"/>
              <w:left w:w="100" w:type="dxa"/>
              <w:bottom w:w="80" w:type="dxa"/>
              <w:right w:w="100" w:type="dxa"/>
            </w:tcMar>
            <w:vAlign w:val="center"/>
          </w:tcPr>
          <w:p w14:paraId="673C61E2" w14:textId="77777777" w:rsidR="00214C21" w:rsidRDefault="00B41876">
            <w:pPr>
              <w:pStyle w:val="Tabeltekst"/>
              <w:spacing w:line="254" w:lineRule="auto"/>
            </w:pPr>
            <w:r>
              <w:t>Omzet en orders</w:t>
            </w:r>
          </w:p>
        </w:tc>
        <w:tc>
          <w:tcPr>
            <w:tcW w:w="3402" w:type="dxa"/>
            <w:shd w:val="clear" w:color="auto" w:fill="FFFFFF"/>
            <w:tcMar>
              <w:top w:w="80" w:type="dxa"/>
              <w:left w:w="100" w:type="dxa"/>
              <w:bottom w:w="80" w:type="dxa"/>
              <w:right w:w="100" w:type="dxa"/>
            </w:tcMar>
            <w:vAlign w:val="center"/>
          </w:tcPr>
          <w:p w14:paraId="12841BC2" w14:textId="77777777" w:rsidR="00214C21" w:rsidRDefault="001B51A9">
            <w:pPr>
              <w:pStyle w:val="Tabeltekst"/>
              <w:spacing w:line="254" w:lineRule="auto"/>
            </w:pPr>
            <w:sdt>
              <w:sdtPr>
                <w:alias w:val="Doel; administratie of verkoopsysteem"/>
                <w:tag w:val="antwoord_572"/>
                <w:id w:val="1571"/>
                <w:text/>
              </w:sdtPr>
              <w:sdtEndPr/>
              <w:sdtContent>
                <w:r w:rsidR="00B41876">
                  <w:t>[Doel; administratie of verkoopsysteem]</w:t>
                </w:r>
              </w:sdtContent>
            </w:sdt>
          </w:p>
        </w:tc>
        <w:tc>
          <w:tcPr>
            <w:tcW w:w="3175" w:type="dxa"/>
            <w:shd w:val="clear" w:color="auto" w:fill="FFFFFF"/>
            <w:tcMar>
              <w:top w:w="80" w:type="dxa"/>
              <w:left w:w="100" w:type="dxa"/>
              <w:bottom w:w="80" w:type="dxa"/>
              <w:right w:w="100" w:type="dxa"/>
            </w:tcMar>
            <w:vAlign w:val="center"/>
          </w:tcPr>
          <w:p w14:paraId="7129903B" w14:textId="77777777" w:rsidR="00214C21" w:rsidRDefault="001B51A9">
            <w:pPr>
              <w:pStyle w:val="Tabeltekst"/>
              <w:spacing w:line="254" w:lineRule="auto"/>
            </w:pPr>
            <w:sdt>
              <w:sdtPr>
                <w:alias w:val="Wanneer en welke actie"/>
                <w:tag w:val="antwoord_573"/>
                <w:id w:val="1572"/>
                <w:text/>
              </w:sdtPr>
              <w:sdtEndPr/>
              <w:sdtContent>
                <w:r w:rsidR="00B41876">
                  <w:t>[Wanneer en welke actie]</w:t>
                </w:r>
              </w:sdtContent>
            </w:sdt>
          </w:p>
        </w:tc>
      </w:tr>
      <w:tr w:rsidR="00214C21" w14:paraId="0E37E412" w14:textId="77777777">
        <w:trPr>
          <w:cantSplit/>
          <w:jc w:val="center"/>
        </w:trPr>
        <w:tc>
          <w:tcPr>
            <w:tcW w:w="2835" w:type="dxa"/>
            <w:shd w:val="clear" w:color="auto" w:fill="F1F6FA"/>
            <w:tcMar>
              <w:top w:w="80" w:type="dxa"/>
              <w:left w:w="100" w:type="dxa"/>
              <w:bottom w:w="80" w:type="dxa"/>
              <w:right w:w="100" w:type="dxa"/>
            </w:tcMar>
            <w:vAlign w:val="center"/>
          </w:tcPr>
          <w:p w14:paraId="252A956B" w14:textId="77777777" w:rsidR="00214C21" w:rsidRDefault="00B41876">
            <w:pPr>
              <w:pStyle w:val="Tabeltekst"/>
              <w:spacing w:line="254" w:lineRule="auto"/>
            </w:pPr>
            <w:r>
              <w:t>Marge en bedrijfsresultaat</w:t>
            </w:r>
          </w:p>
        </w:tc>
        <w:tc>
          <w:tcPr>
            <w:tcW w:w="3402" w:type="dxa"/>
            <w:shd w:val="clear" w:color="auto" w:fill="F1F6FA"/>
            <w:tcMar>
              <w:top w:w="80" w:type="dxa"/>
              <w:left w:w="100" w:type="dxa"/>
              <w:bottom w:w="80" w:type="dxa"/>
              <w:right w:w="100" w:type="dxa"/>
            </w:tcMar>
            <w:vAlign w:val="center"/>
          </w:tcPr>
          <w:p w14:paraId="6DB2E776" w14:textId="77777777" w:rsidR="00214C21" w:rsidRDefault="001B51A9">
            <w:pPr>
              <w:pStyle w:val="Tabeltekst"/>
              <w:spacing w:line="254" w:lineRule="auto"/>
            </w:pPr>
            <w:sdt>
              <w:sdtPr>
                <w:alias w:val="Doel; maandelijkse cijfers"/>
                <w:tag w:val="antwoord_574"/>
                <w:id w:val="1573"/>
                <w:text/>
              </w:sdtPr>
              <w:sdtEndPr/>
              <w:sdtContent>
                <w:r w:rsidR="00B41876">
                  <w:t>[Doel; maandelijkse cijfers]</w:t>
                </w:r>
              </w:sdtContent>
            </w:sdt>
          </w:p>
        </w:tc>
        <w:tc>
          <w:tcPr>
            <w:tcW w:w="3175" w:type="dxa"/>
            <w:shd w:val="clear" w:color="auto" w:fill="F1F6FA"/>
            <w:tcMar>
              <w:top w:w="80" w:type="dxa"/>
              <w:left w:w="100" w:type="dxa"/>
              <w:bottom w:w="80" w:type="dxa"/>
              <w:right w:w="100" w:type="dxa"/>
            </w:tcMar>
            <w:vAlign w:val="center"/>
          </w:tcPr>
          <w:p w14:paraId="03667F8D" w14:textId="77777777" w:rsidR="00214C21" w:rsidRDefault="001B51A9">
            <w:pPr>
              <w:pStyle w:val="Tabeltekst"/>
              <w:spacing w:line="254" w:lineRule="auto"/>
            </w:pPr>
            <w:sdt>
              <w:sdtPr>
                <w:alias w:val="Wanneer en welke actie"/>
                <w:tag w:val="antwoord_575"/>
                <w:id w:val="1574"/>
                <w:text/>
              </w:sdtPr>
              <w:sdtEndPr/>
              <w:sdtContent>
                <w:r w:rsidR="00B41876">
                  <w:t>[Wanneer en welke actie]</w:t>
                </w:r>
              </w:sdtContent>
            </w:sdt>
          </w:p>
        </w:tc>
      </w:tr>
      <w:tr w:rsidR="00214C21" w14:paraId="0FF22229" w14:textId="77777777">
        <w:trPr>
          <w:cantSplit/>
          <w:jc w:val="center"/>
        </w:trPr>
        <w:tc>
          <w:tcPr>
            <w:tcW w:w="2835" w:type="dxa"/>
            <w:shd w:val="clear" w:color="auto" w:fill="FFFFFF"/>
            <w:tcMar>
              <w:top w:w="80" w:type="dxa"/>
              <w:left w:w="100" w:type="dxa"/>
              <w:bottom w:w="80" w:type="dxa"/>
              <w:right w:w="100" w:type="dxa"/>
            </w:tcMar>
            <w:vAlign w:val="center"/>
          </w:tcPr>
          <w:p w14:paraId="11354196" w14:textId="77777777" w:rsidR="00214C21" w:rsidRDefault="00B41876">
            <w:pPr>
              <w:pStyle w:val="Tabeltekst"/>
              <w:spacing w:line="254" w:lineRule="auto"/>
            </w:pPr>
            <w:r>
              <w:t>Kasstand en openstaande posten</w:t>
            </w:r>
          </w:p>
        </w:tc>
        <w:tc>
          <w:tcPr>
            <w:tcW w:w="3402" w:type="dxa"/>
            <w:shd w:val="clear" w:color="auto" w:fill="FFFFFF"/>
            <w:tcMar>
              <w:top w:w="80" w:type="dxa"/>
              <w:left w:w="100" w:type="dxa"/>
              <w:bottom w:w="80" w:type="dxa"/>
              <w:right w:w="100" w:type="dxa"/>
            </w:tcMar>
            <w:vAlign w:val="center"/>
          </w:tcPr>
          <w:p w14:paraId="4321D010" w14:textId="77777777" w:rsidR="00214C21" w:rsidRDefault="001B51A9">
            <w:pPr>
              <w:pStyle w:val="Tabeltekst"/>
              <w:spacing w:line="254" w:lineRule="auto"/>
            </w:pPr>
            <w:sdt>
              <w:sdtPr>
                <w:alias w:val="Doel; bank en administratie"/>
                <w:tag w:val="antwoord_576"/>
                <w:id w:val="1575"/>
                <w:text/>
              </w:sdtPr>
              <w:sdtEndPr/>
              <w:sdtContent>
                <w:r w:rsidR="00B41876">
                  <w:t>[Doel; bank en administratie]</w:t>
                </w:r>
              </w:sdtContent>
            </w:sdt>
          </w:p>
        </w:tc>
        <w:tc>
          <w:tcPr>
            <w:tcW w:w="3175" w:type="dxa"/>
            <w:shd w:val="clear" w:color="auto" w:fill="FFFFFF"/>
            <w:tcMar>
              <w:top w:w="80" w:type="dxa"/>
              <w:left w:w="100" w:type="dxa"/>
              <w:bottom w:w="80" w:type="dxa"/>
              <w:right w:w="100" w:type="dxa"/>
            </w:tcMar>
            <w:vAlign w:val="center"/>
          </w:tcPr>
          <w:p w14:paraId="0337D4FA" w14:textId="77777777" w:rsidR="00214C21" w:rsidRDefault="001B51A9">
            <w:pPr>
              <w:pStyle w:val="Tabeltekst"/>
              <w:spacing w:line="254" w:lineRule="auto"/>
            </w:pPr>
            <w:sdt>
              <w:sdtPr>
                <w:alias w:val="Wanneer en welke actie"/>
                <w:tag w:val="antwoord_577"/>
                <w:id w:val="1576"/>
                <w:text/>
              </w:sdtPr>
              <w:sdtEndPr/>
              <w:sdtContent>
                <w:r w:rsidR="00B41876">
                  <w:t>[Wanneer en welke actie]</w:t>
                </w:r>
              </w:sdtContent>
            </w:sdt>
          </w:p>
        </w:tc>
      </w:tr>
      <w:tr w:rsidR="00214C21" w14:paraId="31D56167" w14:textId="77777777">
        <w:trPr>
          <w:cantSplit/>
          <w:jc w:val="center"/>
        </w:trPr>
        <w:tc>
          <w:tcPr>
            <w:tcW w:w="2835" w:type="dxa"/>
            <w:shd w:val="clear" w:color="auto" w:fill="F1F6FA"/>
            <w:tcMar>
              <w:top w:w="80" w:type="dxa"/>
              <w:left w:w="100" w:type="dxa"/>
              <w:bottom w:w="80" w:type="dxa"/>
              <w:right w:w="100" w:type="dxa"/>
            </w:tcMar>
            <w:vAlign w:val="center"/>
          </w:tcPr>
          <w:p w14:paraId="5715403C" w14:textId="77777777" w:rsidR="00214C21" w:rsidRDefault="00B41876">
            <w:pPr>
              <w:pStyle w:val="Tabeltekst"/>
              <w:spacing w:line="254" w:lineRule="auto"/>
            </w:pPr>
            <w:r>
              <w:t>Klantbehoud of herhaalaankoop</w:t>
            </w:r>
          </w:p>
        </w:tc>
        <w:tc>
          <w:tcPr>
            <w:tcW w:w="3402" w:type="dxa"/>
            <w:shd w:val="clear" w:color="auto" w:fill="F1F6FA"/>
            <w:tcMar>
              <w:top w:w="80" w:type="dxa"/>
              <w:left w:w="100" w:type="dxa"/>
              <w:bottom w:w="80" w:type="dxa"/>
              <w:right w:w="100" w:type="dxa"/>
            </w:tcMar>
            <w:vAlign w:val="center"/>
          </w:tcPr>
          <w:p w14:paraId="654E1742" w14:textId="77777777" w:rsidR="00214C21" w:rsidRDefault="001B51A9">
            <w:pPr>
              <w:pStyle w:val="Tabeltekst"/>
              <w:spacing w:line="254" w:lineRule="auto"/>
            </w:pPr>
            <w:sdt>
              <w:sdtPr>
                <w:alias w:val="Doel; klantregistratie"/>
                <w:tag w:val="antwoord_578"/>
                <w:id w:val="1577"/>
                <w:text/>
              </w:sdtPr>
              <w:sdtEndPr/>
              <w:sdtContent>
                <w:r w:rsidR="00B41876">
                  <w:t>[Doel; klantregistratie]</w:t>
                </w:r>
              </w:sdtContent>
            </w:sdt>
          </w:p>
        </w:tc>
        <w:tc>
          <w:tcPr>
            <w:tcW w:w="3175" w:type="dxa"/>
            <w:shd w:val="clear" w:color="auto" w:fill="F1F6FA"/>
            <w:tcMar>
              <w:top w:w="80" w:type="dxa"/>
              <w:left w:w="100" w:type="dxa"/>
              <w:bottom w:w="80" w:type="dxa"/>
              <w:right w:w="100" w:type="dxa"/>
            </w:tcMar>
            <w:vAlign w:val="center"/>
          </w:tcPr>
          <w:p w14:paraId="7FDF3A88" w14:textId="77777777" w:rsidR="00214C21" w:rsidRDefault="001B51A9">
            <w:pPr>
              <w:pStyle w:val="Tabeltekst"/>
              <w:spacing w:line="254" w:lineRule="auto"/>
            </w:pPr>
            <w:sdt>
              <w:sdtPr>
                <w:alias w:val="Wanneer en welke actie"/>
                <w:tag w:val="antwoord_579"/>
                <w:id w:val="1578"/>
                <w:text/>
              </w:sdtPr>
              <w:sdtEndPr/>
              <w:sdtContent>
                <w:r w:rsidR="00B41876">
                  <w:t>[Wanneer en welke actie]</w:t>
                </w:r>
              </w:sdtContent>
            </w:sdt>
          </w:p>
        </w:tc>
      </w:tr>
      <w:tr w:rsidR="00214C21" w14:paraId="47EF0664" w14:textId="77777777">
        <w:trPr>
          <w:cantSplit/>
          <w:jc w:val="center"/>
        </w:trPr>
        <w:tc>
          <w:tcPr>
            <w:tcW w:w="2835" w:type="dxa"/>
            <w:shd w:val="clear" w:color="auto" w:fill="FFFFFF"/>
            <w:tcMar>
              <w:top w:w="80" w:type="dxa"/>
              <w:left w:w="100" w:type="dxa"/>
              <w:bottom w:w="80" w:type="dxa"/>
              <w:right w:w="100" w:type="dxa"/>
            </w:tcMar>
            <w:vAlign w:val="center"/>
          </w:tcPr>
          <w:p w14:paraId="620678C5" w14:textId="77777777" w:rsidR="00214C21" w:rsidRDefault="00B41876">
            <w:pPr>
              <w:pStyle w:val="Tabeltekst"/>
              <w:spacing w:line="254" w:lineRule="auto"/>
            </w:pPr>
            <w:r>
              <w:t>Capaciteit of leverkwaliteit</w:t>
            </w:r>
          </w:p>
        </w:tc>
        <w:tc>
          <w:tcPr>
            <w:tcW w:w="3402" w:type="dxa"/>
            <w:shd w:val="clear" w:color="auto" w:fill="FFFFFF"/>
            <w:tcMar>
              <w:top w:w="80" w:type="dxa"/>
              <w:left w:w="100" w:type="dxa"/>
              <w:bottom w:w="80" w:type="dxa"/>
              <w:right w:w="100" w:type="dxa"/>
            </w:tcMar>
            <w:vAlign w:val="center"/>
          </w:tcPr>
          <w:p w14:paraId="2D53FAEE" w14:textId="77777777" w:rsidR="00214C21" w:rsidRDefault="001B51A9">
            <w:pPr>
              <w:pStyle w:val="Tabeltekst"/>
              <w:spacing w:line="254" w:lineRule="auto"/>
            </w:pPr>
            <w:sdt>
              <w:sdtPr>
                <w:alias w:val="Doel; planning of kwaliteitsregistratie"/>
                <w:tag w:val="antwoord_580"/>
                <w:id w:val="1579"/>
                <w:text/>
              </w:sdtPr>
              <w:sdtEndPr/>
              <w:sdtContent>
                <w:r w:rsidR="00B41876">
                  <w:t>[Doel; planning of kwaliteitsregistratie]</w:t>
                </w:r>
              </w:sdtContent>
            </w:sdt>
          </w:p>
        </w:tc>
        <w:tc>
          <w:tcPr>
            <w:tcW w:w="3175" w:type="dxa"/>
            <w:shd w:val="clear" w:color="auto" w:fill="FFFFFF"/>
            <w:tcMar>
              <w:top w:w="80" w:type="dxa"/>
              <w:left w:w="100" w:type="dxa"/>
              <w:bottom w:w="80" w:type="dxa"/>
              <w:right w:w="100" w:type="dxa"/>
            </w:tcMar>
            <w:vAlign w:val="center"/>
          </w:tcPr>
          <w:p w14:paraId="09CE3C61" w14:textId="77777777" w:rsidR="00214C21" w:rsidRDefault="001B51A9">
            <w:pPr>
              <w:pStyle w:val="Tabeltekst"/>
              <w:spacing w:line="254" w:lineRule="auto"/>
            </w:pPr>
            <w:sdt>
              <w:sdtPr>
                <w:alias w:val="Wanneer en welke actie"/>
                <w:tag w:val="antwoord_581"/>
                <w:id w:val="1580"/>
                <w:text/>
              </w:sdtPr>
              <w:sdtEndPr/>
              <w:sdtContent>
                <w:r w:rsidR="00B41876">
                  <w:t>[Wanneer en welke actie]</w:t>
                </w:r>
              </w:sdtContent>
            </w:sdt>
          </w:p>
        </w:tc>
      </w:tr>
    </w:tbl>
    <w:p w14:paraId="37D50A2A" w14:textId="77777777" w:rsidR="00214C21" w:rsidRDefault="00214C21">
      <w:pPr>
        <w:spacing w:after="0"/>
      </w:pPr>
    </w:p>
    <w:p w14:paraId="02F3ACF3" w14:textId="77777777" w:rsidR="00214C21" w:rsidRDefault="00B41876">
      <w:pPr>
        <w:pStyle w:val="Heading2"/>
      </w:pPr>
      <w:r>
        <w:t>Bespreken en bijsturen</w:t>
      </w:r>
    </w:p>
    <w:p w14:paraId="593EA8E3" w14:textId="77777777" w:rsidR="00214C21" w:rsidRDefault="00B41876">
      <w:pPr>
        <w:pStyle w:val="Invulhulp"/>
      </w:pPr>
      <w:r>
        <w:t>Wie beoordeelt de cijfers, hoe vaak en wie beslist over wijzigingen? Bewaar grote wijzigingen met datum en reden.</w:t>
      </w:r>
    </w:p>
    <w:p w14:paraId="53E1F8AA" w14:textId="77777777" w:rsidR="00214C21" w:rsidRDefault="001B51A9">
      <w:pPr>
        <w:pStyle w:val="Invulveld"/>
      </w:pPr>
      <w:sdt>
        <w:sdtPr>
          <w:alias w:val="Elke … bespreken … de realisatie tegenover het plan. Acties worden vastgelegd door … De volgende herziening is op …"/>
          <w:tag w:val="antwoord_582"/>
          <w:id w:val="1581"/>
        </w:sdtPr>
        <w:sdtEndPr/>
        <w:sdtContent>
          <w:r w:rsidR="00B41876">
            <w:rPr>
              <w:color w:val="000000"/>
            </w:rPr>
            <w:t>[Elke … bespreken … de realisatie tegenover het plan. Acties worden vastgelegd door … De volgende herziening is op …]</w:t>
          </w:r>
        </w:sdtContent>
      </w:sdt>
    </w:p>
    <w:p w14:paraId="1F0D6754" w14:textId="77777777" w:rsidR="00214C21" w:rsidRDefault="00B41876">
      <w:r>
        <w:br w:type="page"/>
      </w:r>
    </w:p>
    <w:p w14:paraId="6041C5A0" w14:textId="77777777" w:rsidR="00214C21" w:rsidRDefault="00B41876">
      <w:pPr>
        <w:pStyle w:val="Sectielabel"/>
      </w:pPr>
      <w:r>
        <w:lastRenderedPageBreak/>
        <w:t>24  /  CONTROLE</w:t>
      </w:r>
    </w:p>
    <w:p w14:paraId="5647693C" w14:textId="77777777" w:rsidR="00214C21" w:rsidRDefault="00B41876">
      <w:pPr>
        <w:pStyle w:val="Heading1"/>
      </w:pPr>
      <w:bookmarkStart w:id="23" w:name="_Toc242630387"/>
      <w:r>
        <w:t>Controle voordat u het plan deelt</w:t>
      </w:r>
      <w:bookmarkEnd w:id="23"/>
    </w:p>
    <w:p w14:paraId="0C9D0209" w14:textId="77777777" w:rsidR="00214C21" w:rsidRDefault="00B41876">
      <w:r>
        <w:t>Gebruik deze controle om gaten, tegenstrijdigheden en onbevestigde aannames te vinden. Vink pas af wanneer u de onderbouwing kunt aanwijzen.</w:t>
      </w:r>
    </w:p>
    <w:p w14:paraId="7E63C192" w14:textId="77777777" w:rsidR="00214C21" w:rsidRDefault="00B41876">
      <w:pPr>
        <w:spacing w:after="200"/>
      </w:pPr>
      <w:r>
        <w:t>☐  De doelgroep, het klantprobleem en het aanbod zijn concreet en sluiten op elkaar aan.</w:t>
      </w:r>
    </w:p>
    <w:p w14:paraId="540607FB" w14:textId="77777777" w:rsidR="00214C21" w:rsidRDefault="00B41876">
      <w:pPr>
        <w:spacing w:after="200"/>
      </w:pPr>
      <w:r>
        <w:t>☐  Vraag en betaalbereidheid zijn onderbouwd; openstaande aannames hebben een test en beslisgrens.</w:t>
      </w:r>
    </w:p>
    <w:p w14:paraId="066D1176" w14:textId="77777777" w:rsidR="00214C21" w:rsidRDefault="00B41876">
      <w:pPr>
        <w:spacing w:after="200"/>
      </w:pPr>
      <w:r>
        <w:t>☐  De verwachte omzet past bij marktbereik, verkoopaantallen en levercapaciteit.</w:t>
      </w:r>
    </w:p>
    <w:p w14:paraId="21439736" w14:textId="77777777" w:rsidR="00214C21" w:rsidRDefault="00B41876">
      <w:pPr>
        <w:spacing w:after="200"/>
      </w:pPr>
      <w:r>
        <w:t>☐  Strategische keuzes zijn zichtbaar in marketing, organisatie, budget en acties.</w:t>
      </w:r>
    </w:p>
    <w:p w14:paraId="390CC710" w14:textId="77777777" w:rsidR="00214C21" w:rsidRDefault="00B41876">
      <w:pPr>
        <w:spacing w:after="200"/>
      </w:pPr>
      <w:r>
        <w:t>☐  Branchevergelijkingen hebben een bron, periode en passende definitie.</w:t>
      </w:r>
    </w:p>
    <w:p w14:paraId="3A3D7F7D" w14:textId="77777777" w:rsidR="00214C21" w:rsidRDefault="00B41876">
      <w:pPr>
        <w:spacing w:after="200"/>
      </w:pPr>
      <w:r>
        <w:t>☐  Investeringen en financiering sluiten op elkaar aan; onzekere middelen zijn herkenbaar.</w:t>
      </w:r>
    </w:p>
    <w:p w14:paraId="6450AD9C" w14:textId="77777777" w:rsidR="00214C21" w:rsidRDefault="00B41876">
      <w:pPr>
        <w:spacing w:after="200"/>
      </w:pPr>
      <w:r>
        <w:t>☐  Exploitatie, maandelijkse kasstromen, balans en privébehoefte sluiten op elkaar aan.</w:t>
      </w:r>
    </w:p>
    <w:p w14:paraId="0621134A" w14:textId="77777777" w:rsidR="00214C21" w:rsidRDefault="00B41876">
      <w:pPr>
        <w:spacing w:after="200"/>
      </w:pPr>
      <w:r>
        <w:t>☐  Rente, aflossing, belastingen, btw en betaaltermijnen zijn op de juiste plek verwerkt.</w:t>
      </w:r>
    </w:p>
    <w:p w14:paraId="3DEDBAA6" w14:textId="77777777" w:rsidR="00214C21" w:rsidRDefault="00B41876">
      <w:pPr>
        <w:spacing w:after="200"/>
      </w:pPr>
      <w:r>
        <w:t>☐  Het tegenvallende scenario is doorgerekend en noodmaatregelen zijn uitvoerbaar.</w:t>
      </w:r>
    </w:p>
    <w:p w14:paraId="641E580E" w14:textId="77777777" w:rsidR="00214C21" w:rsidRDefault="00B41876">
      <w:pPr>
        <w:spacing w:after="200"/>
      </w:pPr>
      <w:r>
        <w:t>☐  Vergunningen, contracten, privacy, verzekeringen en andere relevante voorwaarden zijn gecontroleerd.</w:t>
      </w:r>
    </w:p>
    <w:p w14:paraId="7B25048C" w14:textId="77777777" w:rsidR="00214C21" w:rsidRDefault="00B41876">
      <w:pPr>
        <w:spacing w:after="200"/>
      </w:pPr>
      <w:r>
        <w:t>☐  Elke prioriteit heeft een eigenaar, datum, budget en meetbaar resultaat.</w:t>
      </w:r>
    </w:p>
    <w:p w14:paraId="562C6B8A" w14:textId="77777777" w:rsidR="00214C21" w:rsidRDefault="00B41876">
      <w:pPr>
        <w:spacing w:after="200"/>
      </w:pPr>
      <w:r>
        <w:t>☐  Invulhulp en ongebruikte velden zijn verwijderd; inhoudsopgave en bijlagen zijn bijgewerkt.</w:t>
      </w:r>
    </w:p>
    <w:p w14:paraId="01267091" w14:textId="77777777" w:rsidR="00214C21" w:rsidRDefault="00B41876">
      <w:pPr>
        <w:pStyle w:val="Heading2"/>
      </w:pPr>
      <w:r>
        <w:t>Conclusie van de beoordeling</w:t>
      </w:r>
    </w:p>
    <w:p w14:paraId="3AB91F93" w14:textId="77777777" w:rsidR="00214C21" w:rsidRDefault="001B51A9">
      <w:pPr>
        <w:pStyle w:val="Invulveld"/>
      </w:pPr>
      <w:sdt>
        <w:sdtPr>
          <w:alias w:val="Het plan is gereed voor … Openstaande punten zijn … Verantwoordelijk is … met als deadline …"/>
          <w:tag w:val="antwoord_583"/>
          <w:id w:val="1582"/>
        </w:sdtPr>
        <w:sdtEndPr/>
        <w:sdtContent>
          <w:r w:rsidR="00B41876">
            <w:rPr>
              <w:color w:val="000000"/>
            </w:rPr>
            <w:t>[Het plan is gereed voor … Openstaande punten zijn … Verantwoordelijk is … met als deadline …]</w:t>
          </w:r>
        </w:sdtContent>
      </w:sdt>
    </w:p>
    <w:p w14:paraId="6AFD2D62" w14:textId="77777777" w:rsidR="00214C21" w:rsidRDefault="00B41876">
      <w:pPr>
        <w:pStyle w:val="Heading2"/>
      </w:pPr>
      <w:r>
        <w:t>Review en versie</w:t>
      </w:r>
    </w:p>
    <w:p w14:paraId="0DC2EBE3" w14:textId="77777777" w:rsidR="00214C21" w:rsidRDefault="001B51A9">
      <w:pPr>
        <w:pStyle w:val="Invulveld"/>
      </w:pPr>
      <w:sdt>
        <w:sdtPr>
          <w:alias w:val="Beoordeeld door … op … Versie … De volgende actualisatie is gepland op …"/>
          <w:tag w:val="antwoord_584"/>
          <w:id w:val="1583"/>
        </w:sdtPr>
        <w:sdtEndPr/>
        <w:sdtContent>
          <w:r w:rsidR="00B41876">
            <w:rPr>
              <w:color w:val="000000"/>
            </w:rPr>
            <w:t>[Beoordeeld door … op … Versie … De volgende actualisatie is gepland op …]</w:t>
          </w:r>
        </w:sdtContent>
      </w:sdt>
    </w:p>
    <w:p w14:paraId="09E00A82" w14:textId="77777777" w:rsidR="00214C21" w:rsidRDefault="00B41876">
      <w:r>
        <w:br w:type="page"/>
      </w:r>
    </w:p>
    <w:p w14:paraId="72FFC2B0" w14:textId="77777777" w:rsidR="00214C21" w:rsidRDefault="00B41876">
      <w:pPr>
        <w:pStyle w:val="Sectielabel"/>
      </w:pPr>
      <w:r>
        <w:lastRenderedPageBreak/>
        <w:t>25  /  DOSSIER</w:t>
      </w:r>
    </w:p>
    <w:p w14:paraId="58DCD33F" w14:textId="77777777" w:rsidR="00214C21" w:rsidRDefault="00B41876">
      <w:pPr>
        <w:pStyle w:val="Heading1"/>
      </w:pPr>
      <w:bookmarkStart w:id="24" w:name="_Toc242630388"/>
      <w:r>
        <w:t>Bijlagen en bronnen</w:t>
      </w:r>
      <w:bookmarkEnd w:id="24"/>
    </w:p>
    <w:p w14:paraId="2AA0F4B9" w14:textId="77777777" w:rsidR="00214C21" w:rsidRDefault="00B41876">
      <w:r>
        <w:t>Voeg uitsluitend stukken toe die het plan onderbouwen. Nummer de bijlagen en verwijs vanuit de tekst naar de relevante bijlage.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64"/>
        <w:gridCol w:w="6690"/>
        <w:gridCol w:w="1757"/>
      </w:tblGrid>
      <w:tr w:rsidR="00214C21" w14:paraId="3C60042E" w14:textId="77777777">
        <w:trPr>
          <w:cantSplit/>
          <w:tblHeader/>
          <w:jc w:val="center"/>
        </w:trPr>
        <w:tc>
          <w:tcPr>
            <w:tcW w:w="964" w:type="dxa"/>
            <w:shd w:val="clear" w:color="auto" w:fill="1A263D"/>
            <w:tcMar>
              <w:top w:w="80" w:type="dxa"/>
              <w:left w:w="100" w:type="dxa"/>
              <w:bottom w:w="80" w:type="dxa"/>
              <w:right w:w="100" w:type="dxa"/>
            </w:tcMar>
            <w:vAlign w:val="center"/>
          </w:tcPr>
          <w:p w14:paraId="7BD93911" w14:textId="77777777" w:rsidR="00214C21" w:rsidRDefault="00B41876">
            <w:pPr>
              <w:pStyle w:val="Tabeltekst"/>
              <w:spacing w:line="254" w:lineRule="auto"/>
            </w:pPr>
            <w:r>
              <w:rPr>
                <w:b/>
                <w:color w:val="FFFFFF"/>
              </w:rPr>
              <w:t>Bijlage</w:t>
            </w:r>
          </w:p>
        </w:tc>
        <w:tc>
          <w:tcPr>
            <w:tcW w:w="6690" w:type="dxa"/>
            <w:shd w:val="clear" w:color="auto" w:fill="1A263D"/>
            <w:tcMar>
              <w:top w:w="80" w:type="dxa"/>
              <w:left w:w="100" w:type="dxa"/>
              <w:bottom w:w="80" w:type="dxa"/>
              <w:right w:w="100" w:type="dxa"/>
            </w:tcMar>
            <w:vAlign w:val="center"/>
          </w:tcPr>
          <w:p w14:paraId="576F358A" w14:textId="77777777" w:rsidR="00214C21" w:rsidRDefault="00B41876">
            <w:pPr>
              <w:pStyle w:val="Tabeltekst"/>
              <w:spacing w:line="254" w:lineRule="auto"/>
            </w:pPr>
            <w:r>
              <w:rPr>
                <w:b/>
                <w:color w:val="FFFFFF"/>
              </w:rPr>
              <w:t>Inhoud</w:t>
            </w:r>
          </w:p>
        </w:tc>
        <w:tc>
          <w:tcPr>
            <w:tcW w:w="1757" w:type="dxa"/>
            <w:shd w:val="clear" w:color="auto" w:fill="1A263D"/>
            <w:tcMar>
              <w:top w:w="80" w:type="dxa"/>
              <w:left w:w="100" w:type="dxa"/>
              <w:bottom w:w="80" w:type="dxa"/>
              <w:right w:w="100" w:type="dxa"/>
            </w:tcMar>
            <w:vAlign w:val="center"/>
          </w:tcPr>
          <w:p w14:paraId="6065CC6B" w14:textId="77777777" w:rsidR="00214C21" w:rsidRDefault="00B41876">
            <w:pPr>
              <w:pStyle w:val="Tabeltekst"/>
              <w:spacing w:line="254" w:lineRule="auto"/>
            </w:pPr>
            <w:r>
              <w:rPr>
                <w:b/>
                <w:color w:val="FFFFFF"/>
              </w:rPr>
              <w:t>Versie of datum</w:t>
            </w:r>
          </w:p>
        </w:tc>
      </w:tr>
      <w:tr w:rsidR="00214C21" w14:paraId="2FCBE539" w14:textId="77777777">
        <w:trPr>
          <w:cantSplit/>
          <w:jc w:val="center"/>
        </w:trPr>
        <w:tc>
          <w:tcPr>
            <w:tcW w:w="964" w:type="dxa"/>
            <w:shd w:val="clear" w:color="auto" w:fill="FFFFFF"/>
            <w:tcMar>
              <w:top w:w="80" w:type="dxa"/>
              <w:left w:w="100" w:type="dxa"/>
              <w:bottom w:w="80" w:type="dxa"/>
              <w:right w:w="100" w:type="dxa"/>
            </w:tcMar>
            <w:vAlign w:val="center"/>
          </w:tcPr>
          <w:p w14:paraId="4A8D3459" w14:textId="77777777" w:rsidR="00214C21" w:rsidRDefault="00B41876">
            <w:pPr>
              <w:pStyle w:val="Tabeltekst"/>
              <w:spacing w:line="254" w:lineRule="auto"/>
            </w:pPr>
            <w:r>
              <w:t>A</w:t>
            </w:r>
          </w:p>
        </w:tc>
        <w:tc>
          <w:tcPr>
            <w:tcW w:w="6690" w:type="dxa"/>
            <w:shd w:val="clear" w:color="auto" w:fill="FFFFFF"/>
            <w:tcMar>
              <w:top w:w="80" w:type="dxa"/>
              <w:left w:w="100" w:type="dxa"/>
              <w:bottom w:w="80" w:type="dxa"/>
              <w:right w:w="100" w:type="dxa"/>
            </w:tcMar>
            <w:vAlign w:val="center"/>
          </w:tcPr>
          <w:p w14:paraId="261E19CB" w14:textId="77777777" w:rsidR="00214C21" w:rsidRDefault="001B51A9">
            <w:pPr>
              <w:pStyle w:val="Tabeltekst"/>
              <w:spacing w:line="254" w:lineRule="auto"/>
            </w:pPr>
            <w:sdt>
              <w:sdtPr>
                <w:alias w:val="Cv en relevante ervaring"/>
                <w:tag w:val="antwoord_585"/>
                <w:id w:val="1584"/>
                <w:text/>
              </w:sdtPr>
              <w:sdtEndPr/>
              <w:sdtContent>
                <w:r w:rsidR="00B41876">
                  <w:t>[Cv en relevante ervaring]</w:t>
                </w:r>
              </w:sdtContent>
            </w:sdt>
          </w:p>
        </w:tc>
        <w:tc>
          <w:tcPr>
            <w:tcW w:w="1757" w:type="dxa"/>
            <w:shd w:val="clear" w:color="auto" w:fill="FFFFFF"/>
            <w:tcMar>
              <w:top w:w="80" w:type="dxa"/>
              <w:left w:w="100" w:type="dxa"/>
              <w:bottom w:w="80" w:type="dxa"/>
              <w:right w:w="100" w:type="dxa"/>
            </w:tcMar>
            <w:vAlign w:val="center"/>
          </w:tcPr>
          <w:p w14:paraId="6BD043F4" w14:textId="77777777" w:rsidR="00214C21" w:rsidRDefault="001B51A9">
            <w:pPr>
              <w:pStyle w:val="Tabeltekst"/>
              <w:spacing w:line="254" w:lineRule="auto"/>
            </w:pPr>
            <w:sdt>
              <w:sdtPr>
                <w:alias w:val="Datum"/>
                <w:tag w:val="antwoord_586"/>
                <w:id w:val="1585"/>
                <w:text/>
              </w:sdtPr>
              <w:sdtEndPr/>
              <w:sdtContent>
                <w:r w:rsidR="00B41876">
                  <w:t>[Datum]</w:t>
                </w:r>
              </w:sdtContent>
            </w:sdt>
          </w:p>
        </w:tc>
      </w:tr>
      <w:tr w:rsidR="00214C21" w14:paraId="6F170C20" w14:textId="77777777">
        <w:trPr>
          <w:cantSplit/>
          <w:jc w:val="center"/>
        </w:trPr>
        <w:tc>
          <w:tcPr>
            <w:tcW w:w="964" w:type="dxa"/>
            <w:shd w:val="clear" w:color="auto" w:fill="F1F6FA"/>
            <w:tcMar>
              <w:top w:w="80" w:type="dxa"/>
              <w:left w:w="100" w:type="dxa"/>
              <w:bottom w:w="80" w:type="dxa"/>
              <w:right w:w="100" w:type="dxa"/>
            </w:tcMar>
            <w:vAlign w:val="center"/>
          </w:tcPr>
          <w:p w14:paraId="3C257FAB" w14:textId="77777777" w:rsidR="00214C21" w:rsidRDefault="00B41876">
            <w:pPr>
              <w:pStyle w:val="Tabeltekst"/>
              <w:spacing w:line="254" w:lineRule="auto"/>
            </w:pPr>
            <w:r>
              <w:t>B</w:t>
            </w:r>
          </w:p>
        </w:tc>
        <w:tc>
          <w:tcPr>
            <w:tcW w:w="6690" w:type="dxa"/>
            <w:shd w:val="clear" w:color="auto" w:fill="F1F6FA"/>
            <w:tcMar>
              <w:top w:w="80" w:type="dxa"/>
              <w:left w:w="100" w:type="dxa"/>
              <w:bottom w:w="80" w:type="dxa"/>
              <w:right w:w="100" w:type="dxa"/>
            </w:tcMar>
            <w:vAlign w:val="center"/>
          </w:tcPr>
          <w:p w14:paraId="059F934C" w14:textId="77777777" w:rsidR="00214C21" w:rsidRDefault="001B51A9">
            <w:pPr>
              <w:pStyle w:val="Tabeltekst"/>
              <w:spacing w:line="254" w:lineRule="auto"/>
            </w:pPr>
            <w:sdt>
              <w:sdtPr>
                <w:alias w:val="Marktonderzoek, klantbewijs en bronnen"/>
                <w:tag w:val="antwoord_587"/>
                <w:id w:val="1586"/>
                <w:text/>
              </w:sdtPr>
              <w:sdtEndPr/>
              <w:sdtContent>
                <w:r w:rsidR="00B41876">
                  <w:t>[Marktonderzoek, klantbewijs en bronnen]</w:t>
                </w:r>
              </w:sdtContent>
            </w:sdt>
          </w:p>
        </w:tc>
        <w:tc>
          <w:tcPr>
            <w:tcW w:w="1757" w:type="dxa"/>
            <w:shd w:val="clear" w:color="auto" w:fill="F1F6FA"/>
            <w:tcMar>
              <w:top w:w="80" w:type="dxa"/>
              <w:left w:w="100" w:type="dxa"/>
              <w:bottom w:w="80" w:type="dxa"/>
              <w:right w:w="100" w:type="dxa"/>
            </w:tcMar>
            <w:vAlign w:val="center"/>
          </w:tcPr>
          <w:p w14:paraId="55E28BB9" w14:textId="77777777" w:rsidR="00214C21" w:rsidRDefault="001B51A9">
            <w:pPr>
              <w:pStyle w:val="Tabeltekst"/>
              <w:spacing w:line="254" w:lineRule="auto"/>
            </w:pPr>
            <w:sdt>
              <w:sdtPr>
                <w:alias w:val="Datum"/>
                <w:tag w:val="antwoord_588"/>
                <w:id w:val="1587"/>
                <w:text/>
              </w:sdtPr>
              <w:sdtEndPr/>
              <w:sdtContent>
                <w:r w:rsidR="00B41876">
                  <w:t>[Datum]</w:t>
                </w:r>
              </w:sdtContent>
            </w:sdt>
          </w:p>
        </w:tc>
      </w:tr>
      <w:tr w:rsidR="00214C21" w14:paraId="6490D23C" w14:textId="77777777">
        <w:trPr>
          <w:cantSplit/>
          <w:jc w:val="center"/>
        </w:trPr>
        <w:tc>
          <w:tcPr>
            <w:tcW w:w="964" w:type="dxa"/>
            <w:shd w:val="clear" w:color="auto" w:fill="FFFFFF"/>
            <w:tcMar>
              <w:top w:w="80" w:type="dxa"/>
              <w:left w:w="100" w:type="dxa"/>
              <w:bottom w:w="80" w:type="dxa"/>
              <w:right w:w="100" w:type="dxa"/>
            </w:tcMar>
            <w:vAlign w:val="center"/>
          </w:tcPr>
          <w:p w14:paraId="6239123F" w14:textId="77777777" w:rsidR="00214C21" w:rsidRDefault="00B41876">
            <w:pPr>
              <w:pStyle w:val="Tabeltekst"/>
              <w:spacing w:line="254" w:lineRule="auto"/>
            </w:pPr>
            <w:r>
              <w:t>C</w:t>
            </w:r>
          </w:p>
        </w:tc>
        <w:tc>
          <w:tcPr>
            <w:tcW w:w="6690" w:type="dxa"/>
            <w:shd w:val="clear" w:color="auto" w:fill="FFFFFF"/>
            <w:tcMar>
              <w:top w:w="80" w:type="dxa"/>
              <w:left w:w="100" w:type="dxa"/>
              <w:bottom w:w="80" w:type="dxa"/>
              <w:right w:w="100" w:type="dxa"/>
            </w:tcMar>
            <w:vAlign w:val="center"/>
          </w:tcPr>
          <w:p w14:paraId="427DE702" w14:textId="77777777" w:rsidR="00214C21" w:rsidRDefault="001B51A9">
            <w:pPr>
              <w:pStyle w:val="Tabeltekst"/>
              <w:spacing w:line="254" w:lineRule="auto"/>
            </w:pPr>
            <w:sdt>
              <w:sdtPr>
                <w:alias w:val="Branchevergelijking en definities"/>
                <w:tag w:val="antwoord_589"/>
                <w:id w:val="1588"/>
                <w:text/>
              </w:sdtPr>
              <w:sdtEndPr/>
              <w:sdtContent>
                <w:r w:rsidR="00B41876">
                  <w:t>[Branchevergelijking en definities]</w:t>
                </w:r>
              </w:sdtContent>
            </w:sdt>
          </w:p>
        </w:tc>
        <w:tc>
          <w:tcPr>
            <w:tcW w:w="1757" w:type="dxa"/>
            <w:shd w:val="clear" w:color="auto" w:fill="FFFFFF"/>
            <w:tcMar>
              <w:top w:w="80" w:type="dxa"/>
              <w:left w:w="100" w:type="dxa"/>
              <w:bottom w:w="80" w:type="dxa"/>
              <w:right w:w="100" w:type="dxa"/>
            </w:tcMar>
            <w:vAlign w:val="center"/>
          </w:tcPr>
          <w:p w14:paraId="731415AF" w14:textId="77777777" w:rsidR="00214C21" w:rsidRDefault="001B51A9">
            <w:pPr>
              <w:pStyle w:val="Tabeltekst"/>
              <w:spacing w:line="254" w:lineRule="auto"/>
            </w:pPr>
            <w:sdt>
              <w:sdtPr>
                <w:alias w:val="Datum"/>
                <w:tag w:val="antwoord_590"/>
                <w:id w:val="1589"/>
                <w:text/>
              </w:sdtPr>
              <w:sdtEndPr/>
              <w:sdtContent>
                <w:r w:rsidR="00B41876">
                  <w:t>[Datum]</w:t>
                </w:r>
              </w:sdtContent>
            </w:sdt>
          </w:p>
        </w:tc>
      </w:tr>
      <w:tr w:rsidR="00214C21" w14:paraId="76A9644C" w14:textId="77777777">
        <w:trPr>
          <w:cantSplit/>
          <w:jc w:val="center"/>
        </w:trPr>
        <w:tc>
          <w:tcPr>
            <w:tcW w:w="964" w:type="dxa"/>
            <w:shd w:val="clear" w:color="auto" w:fill="F1F6FA"/>
            <w:tcMar>
              <w:top w:w="80" w:type="dxa"/>
              <w:left w:w="100" w:type="dxa"/>
              <w:bottom w:w="80" w:type="dxa"/>
              <w:right w:w="100" w:type="dxa"/>
            </w:tcMar>
            <w:vAlign w:val="center"/>
          </w:tcPr>
          <w:p w14:paraId="22DE24C9" w14:textId="77777777" w:rsidR="00214C21" w:rsidRDefault="00B41876">
            <w:pPr>
              <w:pStyle w:val="Tabeltekst"/>
              <w:spacing w:line="254" w:lineRule="auto"/>
            </w:pPr>
            <w:r>
              <w:t>D</w:t>
            </w:r>
          </w:p>
        </w:tc>
        <w:tc>
          <w:tcPr>
            <w:tcW w:w="6690" w:type="dxa"/>
            <w:shd w:val="clear" w:color="auto" w:fill="F1F6FA"/>
            <w:tcMar>
              <w:top w:w="80" w:type="dxa"/>
              <w:left w:w="100" w:type="dxa"/>
              <w:bottom w:w="80" w:type="dxa"/>
              <w:right w:w="100" w:type="dxa"/>
            </w:tcMar>
            <w:vAlign w:val="center"/>
          </w:tcPr>
          <w:p w14:paraId="3F35F675" w14:textId="77777777" w:rsidR="00214C21" w:rsidRDefault="001B51A9">
            <w:pPr>
              <w:pStyle w:val="Tabeltekst"/>
              <w:spacing w:line="254" w:lineRule="auto"/>
            </w:pPr>
            <w:sdt>
              <w:sdtPr>
                <w:alias w:val="Offertes, investeringen en financieringsafspraken"/>
                <w:tag w:val="antwoord_591"/>
                <w:id w:val="1590"/>
                <w:text/>
              </w:sdtPr>
              <w:sdtEndPr/>
              <w:sdtContent>
                <w:r w:rsidR="00B41876">
                  <w:t>[Offertes, investeringen en financieringsafspraken]</w:t>
                </w:r>
              </w:sdtContent>
            </w:sdt>
          </w:p>
        </w:tc>
        <w:tc>
          <w:tcPr>
            <w:tcW w:w="1757" w:type="dxa"/>
            <w:shd w:val="clear" w:color="auto" w:fill="F1F6FA"/>
            <w:tcMar>
              <w:top w:w="80" w:type="dxa"/>
              <w:left w:w="100" w:type="dxa"/>
              <w:bottom w:w="80" w:type="dxa"/>
              <w:right w:w="100" w:type="dxa"/>
            </w:tcMar>
            <w:vAlign w:val="center"/>
          </w:tcPr>
          <w:p w14:paraId="143CAC44" w14:textId="77777777" w:rsidR="00214C21" w:rsidRDefault="001B51A9">
            <w:pPr>
              <w:pStyle w:val="Tabeltekst"/>
              <w:spacing w:line="254" w:lineRule="auto"/>
            </w:pPr>
            <w:sdt>
              <w:sdtPr>
                <w:alias w:val="Datum"/>
                <w:tag w:val="antwoord_592"/>
                <w:id w:val="1591"/>
                <w:text/>
              </w:sdtPr>
              <w:sdtEndPr/>
              <w:sdtContent>
                <w:r w:rsidR="00B41876">
                  <w:t>[Datum]</w:t>
                </w:r>
              </w:sdtContent>
            </w:sdt>
          </w:p>
        </w:tc>
      </w:tr>
      <w:tr w:rsidR="00214C21" w14:paraId="6DE3056F" w14:textId="77777777">
        <w:trPr>
          <w:cantSplit/>
          <w:jc w:val="center"/>
        </w:trPr>
        <w:tc>
          <w:tcPr>
            <w:tcW w:w="964" w:type="dxa"/>
            <w:shd w:val="clear" w:color="auto" w:fill="FFFFFF"/>
            <w:tcMar>
              <w:top w:w="80" w:type="dxa"/>
              <w:left w:w="100" w:type="dxa"/>
              <w:bottom w:w="80" w:type="dxa"/>
              <w:right w:w="100" w:type="dxa"/>
            </w:tcMar>
            <w:vAlign w:val="center"/>
          </w:tcPr>
          <w:p w14:paraId="5B79AF45" w14:textId="77777777" w:rsidR="00214C21" w:rsidRDefault="00B41876">
            <w:pPr>
              <w:pStyle w:val="Tabeltekst"/>
              <w:spacing w:line="254" w:lineRule="auto"/>
            </w:pPr>
            <w:r>
              <w:t>E</w:t>
            </w:r>
          </w:p>
        </w:tc>
        <w:tc>
          <w:tcPr>
            <w:tcW w:w="6690" w:type="dxa"/>
            <w:shd w:val="clear" w:color="auto" w:fill="FFFFFF"/>
            <w:tcMar>
              <w:top w:w="80" w:type="dxa"/>
              <w:left w:w="100" w:type="dxa"/>
              <w:bottom w:w="80" w:type="dxa"/>
              <w:right w:w="100" w:type="dxa"/>
            </w:tcMar>
            <w:vAlign w:val="center"/>
          </w:tcPr>
          <w:p w14:paraId="6645C70D" w14:textId="77777777" w:rsidR="00214C21" w:rsidRDefault="001B51A9">
            <w:pPr>
              <w:pStyle w:val="Tabeltekst"/>
              <w:spacing w:line="254" w:lineRule="auto"/>
            </w:pPr>
            <w:sdt>
              <w:sdtPr>
                <w:alias w:val="Rekenmodel en financiële specificaties"/>
                <w:tag w:val="antwoord_593"/>
                <w:id w:val="1592"/>
                <w:text/>
              </w:sdtPr>
              <w:sdtEndPr/>
              <w:sdtContent>
                <w:r w:rsidR="00B41876">
                  <w:t>[Rekenmodel en financiële specificaties]</w:t>
                </w:r>
              </w:sdtContent>
            </w:sdt>
          </w:p>
        </w:tc>
        <w:tc>
          <w:tcPr>
            <w:tcW w:w="1757" w:type="dxa"/>
            <w:shd w:val="clear" w:color="auto" w:fill="FFFFFF"/>
            <w:tcMar>
              <w:top w:w="80" w:type="dxa"/>
              <w:left w:w="100" w:type="dxa"/>
              <w:bottom w:w="80" w:type="dxa"/>
              <w:right w:w="100" w:type="dxa"/>
            </w:tcMar>
            <w:vAlign w:val="center"/>
          </w:tcPr>
          <w:p w14:paraId="1DF22786" w14:textId="77777777" w:rsidR="00214C21" w:rsidRDefault="001B51A9">
            <w:pPr>
              <w:pStyle w:val="Tabeltekst"/>
              <w:spacing w:line="254" w:lineRule="auto"/>
            </w:pPr>
            <w:sdt>
              <w:sdtPr>
                <w:alias w:val="Datum"/>
                <w:tag w:val="antwoord_594"/>
                <w:id w:val="1593"/>
                <w:text/>
              </w:sdtPr>
              <w:sdtEndPr/>
              <w:sdtContent>
                <w:r w:rsidR="00B41876">
                  <w:t>[Datum]</w:t>
                </w:r>
              </w:sdtContent>
            </w:sdt>
          </w:p>
        </w:tc>
      </w:tr>
      <w:tr w:rsidR="00214C21" w14:paraId="0D4C0453" w14:textId="77777777">
        <w:trPr>
          <w:cantSplit/>
          <w:jc w:val="center"/>
        </w:trPr>
        <w:tc>
          <w:tcPr>
            <w:tcW w:w="964" w:type="dxa"/>
            <w:shd w:val="clear" w:color="auto" w:fill="F1F6FA"/>
            <w:tcMar>
              <w:top w:w="80" w:type="dxa"/>
              <w:left w:w="100" w:type="dxa"/>
              <w:bottom w:w="80" w:type="dxa"/>
              <w:right w:w="100" w:type="dxa"/>
            </w:tcMar>
            <w:vAlign w:val="center"/>
          </w:tcPr>
          <w:p w14:paraId="395477A6" w14:textId="77777777" w:rsidR="00214C21" w:rsidRDefault="00B41876">
            <w:pPr>
              <w:pStyle w:val="Tabeltekst"/>
              <w:spacing w:line="254" w:lineRule="auto"/>
            </w:pPr>
            <w:r>
              <w:t>F</w:t>
            </w:r>
          </w:p>
        </w:tc>
        <w:tc>
          <w:tcPr>
            <w:tcW w:w="6690" w:type="dxa"/>
            <w:shd w:val="clear" w:color="auto" w:fill="F1F6FA"/>
            <w:tcMar>
              <w:top w:w="80" w:type="dxa"/>
              <w:left w:w="100" w:type="dxa"/>
              <w:bottom w:w="80" w:type="dxa"/>
              <w:right w:w="100" w:type="dxa"/>
            </w:tcMar>
            <w:vAlign w:val="center"/>
          </w:tcPr>
          <w:p w14:paraId="787EECC0" w14:textId="77777777" w:rsidR="00214C21" w:rsidRDefault="001B51A9">
            <w:pPr>
              <w:pStyle w:val="Tabeltekst"/>
              <w:spacing w:line="254" w:lineRule="auto"/>
            </w:pPr>
            <w:sdt>
              <w:sdtPr>
                <w:alias w:val="Contracten, vergunningen en relevante bevestigingen"/>
                <w:tag w:val="antwoord_595"/>
                <w:id w:val="1594"/>
                <w:text/>
              </w:sdtPr>
              <w:sdtEndPr/>
              <w:sdtContent>
                <w:r w:rsidR="00B41876">
                  <w:t>[Contracten, vergunningen en relevante bevestigingen]</w:t>
                </w:r>
              </w:sdtContent>
            </w:sdt>
          </w:p>
        </w:tc>
        <w:tc>
          <w:tcPr>
            <w:tcW w:w="1757" w:type="dxa"/>
            <w:shd w:val="clear" w:color="auto" w:fill="F1F6FA"/>
            <w:tcMar>
              <w:top w:w="80" w:type="dxa"/>
              <w:left w:w="100" w:type="dxa"/>
              <w:bottom w:w="80" w:type="dxa"/>
              <w:right w:w="100" w:type="dxa"/>
            </w:tcMar>
            <w:vAlign w:val="center"/>
          </w:tcPr>
          <w:p w14:paraId="384D6C99" w14:textId="77777777" w:rsidR="00214C21" w:rsidRDefault="001B51A9">
            <w:pPr>
              <w:pStyle w:val="Tabeltekst"/>
              <w:spacing w:line="254" w:lineRule="auto"/>
            </w:pPr>
            <w:sdt>
              <w:sdtPr>
                <w:alias w:val="Datum"/>
                <w:tag w:val="antwoord_596"/>
                <w:id w:val="1595"/>
                <w:text/>
              </w:sdtPr>
              <w:sdtEndPr/>
              <w:sdtContent>
                <w:r w:rsidR="00B41876">
                  <w:t>[Datum]</w:t>
                </w:r>
              </w:sdtContent>
            </w:sdt>
          </w:p>
        </w:tc>
      </w:tr>
      <w:tr w:rsidR="00214C21" w14:paraId="23CDA64D" w14:textId="77777777">
        <w:trPr>
          <w:cantSplit/>
          <w:jc w:val="center"/>
        </w:trPr>
        <w:tc>
          <w:tcPr>
            <w:tcW w:w="964" w:type="dxa"/>
            <w:shd w:val="clear" w:color="auto" w:fill="FFFFFF"/>
            <w:tcMar>
              <w:top w:w="80" w:type="dxa"/>
              <w:left w:w="100" w:type="dxa"/>
              <w:bottom w:w="80" w:type="dxa"/>
              <w:right w:w="100" w:type="dxa"/>
            </w:tcMar>
            <w:vAlign w:val="center"/>
          </w:tcPr>
          <w:p w14:paraId="384E965B" w14:textId="77777777" w:rsidR="00214C21" w:rsidRDefault="00B41876">
            <w:pPr>
              <w:pStyle w:val="Tabeltekst"/>
              <w:spacing w:line="254" w:lineRule="auto"/>
            </w:pPr>
            <w:r>
              <w:t>G</w:t>
            </w:r>
          </w:p>
        </w:tc>
        <w:tc>
          <w:tcPr>
            <w:tcW w:w="6690" w:type="dxa"/>
            <w:shd w:val="clear" w:color="auto" w:fill="FFFFFF"/>
            <w:tcMar>
              <w:top w:w="80" w:type="dxa"/>
              <w:left w:w="100" w:type="dxa"/>
              <w:bottom w:w="80" w:type="dxa"/>
              <w:right w:w="100" w:type="dxa"/>
            </w:tcMar>
            <w:vAlign w:val="center"/>
          </w:tcPr>
          <w:p w14:paraId="39EAEF5C" w14:textId="77777777" w:rsidR="00214C21" w:rsidRDefault="001B51A9">
            <w:pPr>
              <w:pStyle w:val="Tabeltekst"/>
              <w:spacing w:line="254" w:lineRule="auto"/>
            </w:pPr>
            <w:sdt>
              <w:sdtPr>
                <w:alias w:val="Overige stukken, bijvoorbeeld overname of productinformatie"/>
                <w:tag w:val="antwoord_597"/>
                <w:id w:val="1596"/>
                <w:text/>
              </w:sdtPr>
              <w:sdtEndPr/>
              <w:sdtContent>
                <w:r w:rsidR="00B41876">
                  <w:t>[Overige stukken, bijvoorbeeld overname of productinformatie]</w:t>
                </w:r>
              </w:sdtContent>
            </w:sdt>
          </w:p>
        </w:tc>
        <w:tc>
          <w:tcPr>
            <w:tcW w:w="1757" w:type="dxa"/>
            <w:shd w:val="clear" w:color="auto" w:fill="FFFFFF"/>
            <w:tcMar>
              <w:top w:w="80" w:type="dxa"/>
              <w:left w:w="100" w:type="dxa"/>
              <w:bottom w:w="80" w:type="dxa"/>
              <w:right w:w="100" w:type="dxa"/>
            </w:tcMar>
            <w:vAlign w:val="center"/>
          </w:tcPr>
          <w:p w14:paraId="04ED6F26" w14:textId="77777777" w:rsidR="00214C21" w:rsidRDefault="001B51A9">
            <w:pPr>
              <w:pStyle w:val="Tabeltekst"/>
              <w:spacing w:line="254" w:lineRule="auto"/>
            </w:pPr>
            <w:sdt>
              <w:sdtPr>
                <w:alias w:val="Datum"/>
                <w:tag w:val="antwoord_598"/>
                <w:id w:val="1597"/>
                <w:text/>
              </w:sdtPr>
              <w:sdtEndPr/>
              <w:sdtContent>
                <w:r w:rsidR="00B41876">
                  <w:t>[Datum]</w:t>
                </w:r>
              </w:sdtContent>
            </w:sdt>
          </w:p>
        </w:tc>
      </w:tr>
    </w:tbl>
    <w:p w14:paraId="237192DE" w14:textId="77777777" w:rsidR="00214C21" w:rsidRDefault="00214C21">
      <w:pPr>
        <w:spacing w:after="0"/>
      </w:pPr>
    </w:p>
    <w:p w14:paraId="571C1FA5" w14:textId="77777777" w:rsidR="00214C21" w:rsidRDefault="00B41876">
      <w:pPr>
        <w:pStyle w:val="Heading2"/>
      </w:pPr>
      <w:r>
        <w:t>Bronnen van uw onderbouwing</w:t>
      </w:r>
    </w:p>
    <w:p w14:paraId="6CF6E457" w14:textId="77777777" w:rsidR="00214C21" w:rsidRDefault="00B41876">
      <w:pPr>
        <w:pStyle w:val="Invulhulp"/>
      </w:pPr>
      <w:r>
        <w:t>Noteer organisatie, titel, link, cijferperiode en raadpleegdatum. Vermeld bij een eigen test de werkwijze, omvang en datum.</w:t>
      </w:r>
    </w:p>
    <w:p w14:paraId="56A2D0EB" w14:textId="77777777" w:rsidR="00214C21" w:rsidRDefault="001B51A9">
      <w:pPr>
        <w:pStyle w:val="Invulveld"/>
      </w:pPr>
      <w:sdt>
        <w:sdtPr>
          <w:alias w:val="Bron 1 … Bron 2 … Eigen onderzoek …"/>
          <w:tag w:val="antwoord_599"/>
          <w:id w:val="1598"/>
        </w:sdtPr>
        <w:sdtEndPr/>
        <w:sdtContent>
          <w:r w:rsidR="00B41876">
            <w:rPr>
              <w:color w:val="000000"/>
            </w:rPr>
            <w:t>[Bron 1 … Bron 2 … Eigen onderzoek …]</w:t>
          </w:r>
        </w:sdtContent>
      </w:sdt>
    </w:p>
    <w:p w14:paraId="3F35B631" w14:textId="77777777" w:rsidR="00214C21" w:rsidRDefault="00B41876">
      <w:pPr>
        <w:pStyle w:val="Heading2"/>
      </w:pPr>
      <w:r>
        <w:t>Verder werken met FirmFocus</w:t>
      </w:r>
    </w:p>
    <w:p w14:paraId="0A9B4215" w14:textId="77777777" w:rsidR="00214C21" w:rsidRDefault="00B41876">
      <w:r>
        <w:t>Gebruik uw plan als vertrekpunt voor verdere uitwerking. In de Business Planner brengt u tekst en financiële prognoses samen. Brancheinformatie helpt u uw aannames te vergelijken. FirmFocus Advisor kan helpen bij vragen en keuzes; controleer belangrijke uitkomsten voordat u ze gebruikt.</w:t>
      </w:r>
    </w:p>
    <w:p w14:paraId="0142CFA9" w14:textId="096F3597" w:rsidR="00214C21" w:rsidRDefault="00B41876">
      <w:hyperlink r:id="rId15">
        <w:r>
          <w:rPr>
            <w:color w:val="2472AA"/>
            <w:sz w:val="19"/>
          </w:rPr>
          <w:t>FirmFocus Business Planner</w:t>
        </w:r>
      </w:hyperlink>
    </w:p>
    <w:p w14:paraId="7B254A6D" w14:textId="42E70EE7" w:rsidR="00214C21" w:rsidRDefault="00B41876">
      <w:hyperlink r:id="rId16">
        <w:r>
          <w:rPr>
            <w:color w:val="2472AA"/>
            <w:sz w:val="19"/>
          </w:rPr>
          <w:t>FirmFocus brancheinformatie</w:t>
        </w:r>
      </w:hyperlink>
    </w:p>
    <w:p w14:paraId="60A5351A" w14:textId="186A1F47" w:rsidR="00214C21" w:rsidRDefault="00B41876">
      <w:hyperlink r:id="rId17">
        <w:r>
          <w:rPr>
            <w:color w:val="2472AA"/>
            <w:sz w:val="19"/>
          </w:rPr>
          <w:t>KVK uitleg over het ondernemingsplan</w:t>
        </w:r>
      </w:hyperlink>
    </w:p>
    <w:p w14:paraId="3CF3156A" w14:textId="0FB0EF3B" w:rsidR="00214C21" w:rsidRDefault="00B41876">
      <w:hyperlink r:id="rId18">
        <w:r>
          <w:rPr>
            <w:color w:val="2472AA"/>
            <w:sz w:val="19"/>
          </w:rPr>
          <w:t>KVK uitleg over het financieel plan</w:t>
        </w:r>
      </w:hyperlink>
    </w:p>
    <w:p w14:paraId="54895DB8" w14:textId="77777777" w:rsidR="00214C21" w:rsidRDefault="00B41876">
      <w:pPr>
        <w:pStyle w:val="Kleinetekst"/>
      </w:pPr>
      <w:r>
        <w:t>Template ontwikkeld door FirmFocus · www.firmfocus.biz · Editie oktober 2026</w:t>
      </w:r>
    </w:p>
    <w:sectPr w:rsidR="00214C21" w:rsidSect="00034616">
      <w:headerReference w:type="default" r:id="rId19"/>
      <w:footerReference w:type="default" r:id="rId20"/>
      <w:pgSz w:w="11906" w:h="16838"/>
      <w:pgMar w:top="1134" w:right="1247" w:bottom="1020" w:left="1247"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A93A5" w14:textId="77777777" w:rsidR="001B51A9" w:rsidRDefault="001B51A9">
      <w:pPr>
        <w:spacing w:after="0" w:line="240" w:lineRule="auto"/>
      </w:pPr>
      <w:r>
        <w:separator/>
      </w:r>
    </w:p>
  </w:endnote>
  <w:endnote w:type="continuationSeparator" w:id="0">
    <w:p w14:paraId="30FF7919" w14:textId="77777777" w:rsidR="001B51A9" w:rsidRDefault="001B5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D3D67" w14:textId="77777777" w:rsidR="00214C21" w:rsidRDefault="00B41876">
    <w:pPr>
      <w:pStyle w:val="Footer"/>
      <w:tabs>
        <w:tab w:val="right" w:pos="9411"/>
      </w:tabs>
    </w:pPr>
    <w:r>
      <w:rPr>
        <w:color w:val="4B5563"/>
        <w:sz w:val="16"/>
      </w:rPr>
      <w:t>FIRMFOCUS  /  ONDERNEMINGSPLAN</w:t>
    </w:r>
    <w:r>
      <w:rPr>
        <w:color w:val="4B5563"/>
        <w:sz w:val="16"/>
      </w:rPr>
      <w:tab/>
    </w:r>
    <w:r>
      <w:fldChar w:fldCharType="begin"/>
    </w:r>
    <w:r>
      <w:instrText>PAGE</w:instrText>
    </w:r>
    <w:r>
      <w:fldChar w:fldCharType="separate"/>
    </w:r>
    <w:r w:rsidR="0083704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420A0" w14:textId="77777777" w:rsidR="001B51A9" w:rsidRDefault="001B51A9">
      <w:pPr>
        <w:spacing w:after="0" w:line="240" w:lineRule="auto"/>
      </w:pPr>
      <w:r>
        <w:separator/>
      </w:r>
    </w:p>
  </w:footnote>
  <w:footnote w:type="continuationSeparator" w:id="0">
    <w:p w14:paraId="5808463F" w14:textId="77777777" w:rsidR="001B51A9" w:rsidRDefault="001B51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76CC7" w14:textId="77777777" w:rsidR="00214C21" w:rsidRDefault="00B41876">
    <w:pPr>
      <w:pStyle w:val="Header"/>
      <w:jc w:val="right"/>
    </w:pPr>
    <w:r>
      <w:rPr>
        <w:noProof/>
      </w:rPr>
      <w:drawing>
        <wp:inline distT="0" distB="0" distL="0" distR="0" wp14:anchorId="0749AA20" wp14:editId="30104AC5">
          <wp:extent cx="1116000" cy="225292"/>
          <wp:effectExtent l="0" t="0" r="0" b="0"/>
          <wp:docPr id="11284936" name="Picture 11284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focus-logo.png"/>
                  <pic:cNvPicPr/>
                </pic:nvPicPr>
                <pic:blipFill>
                  <a:blip r:embed="rId1"/>
                  <a:stretch>
                    <a:fillRect/>
                  </a:stretch>
                </pic:blipFill>
                <pic:spPr>
                  <a:xfrm>
                    <a:off x="0" y="0"/>
                    <a:ext cx="1116000" cy="2252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97837692">
    <w:abstractNumId w:val="8"/>
  </w:num>
  <w:num w:numId="2" w16cid:durableId="1943299150">
    <w:abstractNumId w:val="6"/>
  </w:num>
  <w:num w:numId="3" w16cid:durableId="398721340">
    <w:abstractNumId w:val="5"/>
  </w:num>
  <w:num w:numId="4" w16cid:durableId="23556319">
    <w:abstractNumId w:val="4"/>
  </w:num>
  <w:num w:numId="5" w16cid:durableId="86315523">
    <w:abstractNumId w:val="7"/>
  </w:num>
  <w:num w:numId="6" w16cid:durableId="1058741538">
    <w:abstractNumId w:val="3"/>
  </w:num>
  <w:num w:numId="7" w16cid:durableId="59643912">
    <w:abstractNumId w:val="2"/>
  </w:num>
  <w:num w:numId="8" w16cid:durableId="127088204">
    <w:abstractNumId w:val="1"/>
  </w:num>
  <w:num w:numId="9" w16cid:durableId="1464419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3971"/>
    <w:rsid w:val="000D46A9"/>
    <w:rsid w:val="0015074B"/>
    <w:rsid w:val="001902E3"/>
    <w:rsid w:val="001B51A9"/>
    <w:rsid w:val="00214C21"/>
    <w:rsid w:val="002933A7"/>
    <w:rsid w:val="0029639D"/>
    <w:rsid w:val="00326F90"/>
    <w:rsid w:val="0035458F"/>
    <w:rsid w:val="004927F6"/>
    <w:rsid w:val="00504B37"/>
    <w:rsid w:val="00610C57"/>
    <w:rsid w:val="00656C80"/>
    <w:rsid w:val="006C649B"/>
    <w:rsid w:val="00837042"/>
    <w:rsid w:val="008A47A4"/>
    <w:rsid w:val="009B1A35"/>
    <w:rsid w:val="00A275A8"/>
    <w:rsid w:val="00AA1D8D"/>
    <w:rsid w:val="00B41876"/>
    <w:rsid w:val="00B47730"/>
    <w:rsid w:val="00CB0664"/>
    <w:rsid w:val="00CE1AEF"/>
    <w:rsid w:val="00DD076F"/>
    <w:rsid w:val="00FB228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E36C88"/>
  <w14:defaultImageDpi w14:val="300"/>
  <w15:docId w15:val="{6B21DB19-1CC4-4F18-A5CF-716C98C1F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after="200"/>
      <w:outlineLvl w:val="0"/>
    </w:pPr>
    <w:rPr>
      <w:rFonts w:asciiTheme="majorHAnsi" w:eastAsiaTheme="majorEastAsia" w:hAnsiTheme="majorHAnsi" w:cstheme="majorBidi"/>
      <w:b/>
      <w:bCs/>
      <w:sz w:val="48"/>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contextualSpacing/>
    </w:pPr>
    <w:rPr>
      <w:rFonts w:asciiTheme="majorHAnsi" w:eastAsiaTheme="majorEastAsia" w:hAnsiTheme="majorHAnsi" w:cstheme="majorBidi"/>
      <w:b/>
      <w:kern w:val="28"/>
      <w:sz w:val="7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heme="majorHAnsi" w:eastAsiaTheme="majorEastAsia" w:hAnsiTheme="majorHAnsi" w:cstheme="majorBidi"/>
      <w:iCs/>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vulhulp">
    <w:name w:val="Invulhulp"/>
    <w:pPr>
      <w:spacing w:after="140" w:line="264" w:lineRule="auto"/>
    </w:pPr>
    <w:rPr>
      <w:rFonts w:ascii="Calibri" w:hAnsi="Calibri"/>
      <w:color w:val="4B5563"/>
      <w:sz w:val="19"/>
    </w:rPr>
  </w:style>
  <w:style w:type="paragraph" w:customStyle="1" w:styleId="Invulveld">
    <w:name w:val="Invulveld"/>
    <w:pPr>
      <w:spacing w:after="180" w:line="264" w:lineRule="auto"/>
    </w:pPr>
    <w:rPr>
      <w:rFonts w:ascii="Calibri" w:hAnsi="Calibri"/>
      <w:color w:val="64748B"/>
      <w:sz w:val="21"/>
    </w:rPr>
  </w:style>
  <w:style w:type="paragraph" w:customStyle="1" w:styleId="Kleinetekst">
    <w:name w:val="Kleine tekst"/>
    <w:pPr>
      <w:spacing w:after="100" w:line="264" w:lineRule="auto"/>
    </w:pPr>
    <w:rPr>
      <w:rFonts w:ascii="Calibri" w:hAnsi="Calibri"/>
      <w:color w:val="4B5563"/>
      <w:sz w:val="17"/>
    </w:rPr>
  </w:style>
  <w:style w:type="paragraph" w:customStyle="1" w:styleId="Sectielabel">
    <w:name w:val="Sectielabel"/>
    <w:pPr>
      <w:spacing w:after="140" w:line="264" w:lineRule="auto"/>
    </w:pPr>
    <w:rPr>
      <w:rFonts w:ascii="Calibri" w:hAnsi="Calibri"/>
      <w:b/>
      <w:color w:val="2472AA"/>
      <w:sz w:val="18"/>
    </w:rPr>
  </w:style>
  <w:style w:type="paragraph" w:customStyle="1" w:styleId="Tabeltekst">
    <w:name w:val="Tabeltekst"/>
    <w:pPr>
      <w:spacing w:after="20" w:line="264" w:lineRule="auto"/>
    </w:pPr>
    <w:rPr>
      <w:rFonts w:ascii="Calibri" w:hAnsi="Calibri"/>
      <w:color w:val="000000"/>
      <w:sz w:val="18"/>
    </w:rPr>
  </w:style>
  <w:style w:type="paragraph" w:customStyle="1" w:styleId="TOC11">
    <w:name w:val="TOC 11"/>
    <w:pPr>
      <w:spacing w:after="180" w:line="264" w:lineRule="auto"/>
    </w:pPr>
    <w:rPr>
      <w:rFonts w:ascii="Calibri" w:hAnsi="Calibri"/>
      <w:color w:val="000000"/>
    </w:rPr>
  </w:style>
  <w:style w:type="paragraph" w:customStyle="1" w:styleId="Paginatitel">
    <w:name w:val="Paginatitel"/>
    <w:pPr>
      <w:spacing w:line="264" w:lineRule="auto"/>
    </w:pPr>
    <w:rPr>
      <w:rFonts w:ascii="Calibri" w:hAnsi="Calibri"/>
      <w:b/>
      <w:color w:val="000000"/>
      <w:sz w:val="48"/>
    </w:rPr>
  </w:style>
  <w:style w:type="paragraph" w:styleId="TOC1">
    <w:name w:val="toc 1"/>
    <w:basedOn w:val="Normal"/>
    <w:next w:val="Normal"/>
    <w:autoRedefine/>
    <w:uiPriority w:val="39"/>
    <w:unhideWhenUsed/>
    <w:rsid w:val="00837042"/>
    <w:pPr>
      <w:spacing w:after="100"/>
    </w:pPr>
  </w:style>
  <w:style w:type="character" w:styleId="Hyperlink">
    <w:name w:val="Hyperlink"/>
    <w:basedOn w:val="DefaultParagraphFont"/>
    <w:uiPriority w:val="99"/>
    <w:unhideWhenUsed/>
    <w:rsid w:val="008370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Microsoft_Excel_Worksheet.xlsx"/><Relationship Id="rId18" Type="http://schemas.openxmlformats.org/officeDocument/2006/relationships/hyperlink" Target="https://www.kvk.nl/geldzaken/financieel-pla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yperlink" Target="https://www.kvk.nl/starten/een-ondernemingsplan-maken-hoe-doe-je-dat/" TargetMode="External"/><Relationship Id="rId2" Type="http://schemas.openxmlformats.org/officeDocument/2006/relationships/numbering" Target="numbering.xml"/><Relationship Id="rId16" Type="http://schemas.openxmlformats.org/officeDocument/2006/relationships/hyperlink" Target="https://www.firmfocus.biz/NL/BI/vind-bedrijfsta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irmfocus.biz/NL/BI/vind-bedrijfstak" TargetMode="External"/><Relationship Id="rId5" Type="http://schemas.openxmlformats.org/officeDocument/2006/relationships/webSettings" Target="webSettings.xml"/><Relationship Id="rId15" Type="http://schemas.openxmlformats.org/officeDocument/2006/relationships/hyperlink" Target="https://www.firmfocus.biz/business-planner" TargetMode="External"/><Relationship Id="rId10" Type="http://schemas.openxmlformats.org/officeDocument/2006/relationships/hyperlink" Target="https://www.firmfocus.biz"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firmfocus.biz/business-planner"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6897</Words>
  <Characters>39319</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46124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FirmFocus ondernemingsplan met financiële wizard</dc:title>
  <dc:subject>Generiek ondernemingsplan met ingesloten Excel-invulroute</dc:subject>
  <dc:creator>FirmFocus</dc:creator>
  <cp:keywords>ondernemingsplan, businessplan, strategie, marketing, financiën, FirmFocus</cp:keywords>
  <dc:description/>
  <cp:lastModifiedBy>Neville Jonkman</cp:lastModifiedBy>
  <cp:revision>7</cp:revision>
  <dcterms:created xsi:type="dcterms:W3CDTF">2013-12-23T23:15:00Z</dcterms:created>
  <dcterms:modified xsi:type="dcterms:W3CDTF">2026-10-11T14:59:00Z</dcterms:modified>
  <cp:category/>
</cp:coreProperties>
</file>